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9DAD0" w14:textId="77777777" w:rsidR="006A2542" w:rsidRPr="002159CC" w:rsidRDefault="007F2F21" w:rsidP="002159CC">
      <w:pPr>
        <w:bidi/>
        <w:spacing w:before="2400" w:after="480"/>
        <w:jc w:val="center"/>
        <w:rPr>
          <w:b/>
        </w:rPr>
      </w:pPr>
      <w:r w:rsidRPr="002159CC">
        <w:rPr>
          <w:rFonts w:eastAsia="B Nazanin" w:cs="B Nazanin"/>
          <w:b/>
          <w:sz w:val="50"/>
        </w:rPr>
        <w:t>چگونه</w:t>
      </w:r>
      <w:r w:rsidRPr="002159CC">
        <w:rPr>
          <w:rFonts w:eastAsia="B Nazanin" w:cs="B Nazanin"/>
          <w:b/>
          <w:sz w:val="50"/>
        </w:rPr>
        <w:t xml:space="preserve"> </w:t>
      </w:r>
      <w:r w:rsidRPr="002159CC">
        <w:rPr>
          <w:rFonts w:eastAsia="B Nazanin" w:cs="B Nazanin"/>
          <w:b/>
          <w:sz w:val="50"/>
        </w:rPr>
        <w:t>در</w:t>
      </w:r>
      <w:r w:rsidRPr="002159CC">
        <w:rPr>
          <w:rFonts w:eastAsia="B Nazanin" w:cs="B Nazanin"/>
          <w:b/>
          <w:sz w:val="50"/>
        </w:rPr>
        <w:t xml:space="preserve"> </w:t>
      </w:r>
      <w:r w:rsidRPr="002159CC">
        <w:rPr>
          <w:rFonts w:eastAsia="B Nazanin" w:cs="B Nazanin"/>
          <w:b/>
          <w:sz w:val="50"/>
        </w:rPr>
        <w:t>سه</w:t>
      </w:r>
      <w:r w:rsidRPr="002159CC">
        <w:rPr>
          <w:rFonts w:eastAsia="B Nazanin" w:cs="B Nazanin"/>
          <w:b/>
          <w:sz w:val="50"/>
        </w:rPr>
        <w:t xml:space="preserve"> </w:t>
      </w:r>
      <w:r w:rsidRPr="002159CC">
        <w:rPr>
          <w:rFonts w:eastAsia="B Nazanin" w:cs="B Nazanin"/>
          <w:b/>
          <w:sz w:val="50"/>
        </w:rPr>
        <w:t>ماه</w:t>
      </w:r>
      <w:r w:rsidRPr="002159CC">
        <w:rPr>
          <w:rFonts w:eastAsia="B Nazanin" w:cs="B Nazanin"/>
          <w:b/>
          <w:sz w:val="50"/>
        </w:rPr>
        <w:t xml:space="preserve"> </w:t>
      </w:r>
      <w:r w:rsidRPr="002159CC">
        <w:rPr>
          <w:rFonts w:eastAsia="B Nazanin" w:cs="B Nazanin"/>
          <w:b/>
          <w:sz w:val="50"/>
        </w:rPr>
        <w:t>زبان</w:t>
      </w:r>
      <w:r w:rsidRPr="002159CC">
        <w:rPr>
          <w:rFonts w:eastAsia="B Nazanin" w:cs="B Nazanin"/>
          <w:b/>
          <w:sz w:val="50"/>
        </w:rPr>
        <w:t xml:space="preserve"> </w:t>
      </w:r>
      <w:r w:rsidRPr="002159CC">
        <w:rPr>
          <w:rFonts w:eastAsia="B Nazanin" w:cs="B Nazanin"/>
          <w:b/>
          <w:sz w:val="50"/>
        </w:rPr>
        <w:t>انگلیسی</w:t>
      </w:r>
      <w:r w:rsidRPr="002159CC">
        <w:rPr>
          <w:rFonts w:eastAsia="B Nazanin" w:cs="B Nazanin"/>
          <w:b/>
          <w:sz w:val="50"/>
        </w:rPr>
        <w:t xml:space="preserve"> </w:t>
      </w:r>
      <w:r w:rsidRPr="002159CC">
        <w:rPr>
          <w:rFonts w:eastAsia="B Nazanin" w:cs="B Nazanin"/>
          <w:b/>
          <w:sz w:val="50"/>
        </w:rPr>
        <w:t>خود</w:t>
      </w:r>
      <w:r w:rsidRPr="002159CC">
        <w:rPr>
          <w:rFonts w:eastAsia="B Nazanin" w:cs="B Nazanin"/>
          <w:b/>
          <w:sz w:val="50"/>
        </w:rPr>
        <w:t xml:space="preserve"> </w:t>
      </w:r>
      <w:r w:rsidRPr="002159CC">
        <w:rPr>
          <w:rFonts w:eastAsia="B Nazanin" w:cs="B Nazanin"/>
          <w:b/>
          <w:sz w:val="50"/>
        </w:rPr>
        <w:t>را</w:t>
      </w:r>
      <w:r w:rsidRPr="002159CC">
        <w:rPr>
          <w:rFonts w:eastAsia="B Nazanin" w:cs="B Nazanin"/>
          <w:b/>
          <w:sz w:val="50"/>
        </w:rPr>
        <w:t xml:space="preserve"> </w:t>
      </w:r>
      <w:r w:rsidRPr="002159CC">
        <w:rPr>
          <w:rFonts w:eastAsia="B Nazanin" w:cs="B Nazanin"/>
          <w:b/>
          <w:sz w:val="50"/>
        </w:rPr>
        <w:t>تقویت</w:t>
      </w:r>
      <w:r w:rsidRPr="002159CC">
        <w:rPr>
          <w:rFonts w:eastAsia="B Nazanin" w:cs="B Nazanin"/>
          <w:b/>
          <w:sz w:val="50"/>
        </w:rPr>
        <w:t xml:space="preserve"> </w:t>
      </w:r>
      <w:r w:rsidRPr="002159CC">
        <w:rPr>
          <w:rFonts w:eastAsia="B Nazanin" w:cs="B Nazanin"/>
          <w:b/>
          <w:sz w:val="50"/>
        </w:rPr>
        <w:t>کنیم؟</w:t>
      </w:r>
    </w:p>
    <w:p w14:paraId="254C5FF1" w14:textId="77777777" w:rsidR="006A2542" w:rsidRDefault="007F2F21" w:rsidP="002159CC">
      <w:pPr>
        <w:bidi/>
        <w:spacing w:after="2000"/>
        <w:jc w:val="center"/>
      </w:pPr>
      <w:r>
        <w:rPr>
          <w:rFonts w:eastAsia="B Nazanin" w:cs="B Nazanin"/>
          <w:sz w:val="32"/>
        </w:rPr>
        <w:t>راهنمایی</w:t>
      </w:r>
      <w:r>
        <w:rPr>
          <w:rFonts w:eastAsia="B Nazanin" w:cs="B Nazanin"/>
          <w:sz w:val="32"/>
        </w:rPr>
        <w:t xml:space="preserve"> </w:t>
      </w:r>
      <w:r>
        <w:rPr>
          <w:rFonts w:eastAsia="B Nazanin" w:cs="B Nazanin"/>
          <w:sz w:val="32"/>
        </w:rPr>
        <w:t>کاربردی</w:t>
      </w:r>
      <w:r>
        <w:rPr>
          <w:rFonts w:eastAsia="B Nazanin" w:cs="B Nazanin"/>
          <w:sz w:val="32"/>
        </w:rPr>
        <w:t xml:space="preserve"> </w:t>
      </w:r>
      <w:r>
        <w:rPr>
          <w:rFonts w:eastAsia="B Nazanin" w:cs="B Nazanin"/>
          <w:sz w:val="32"/>
        </w:rPr>
        <w:t>برای</w:t>
      </w:r>
      <w:r>
        <w:rPr>
          <w:rFonts w:eastAsia="B Nazanin" w:cs="B Nazanin"/>
          <w:sz w:val="32"/>
        </w:rPr>
        <w:t xml:space="preserve"> </w:t>
      </w:r>
      <w:r>
        <w:rPr>
          <w:rFonts w:eastAsia="B Nazanin" w:cs="B Nazanin"/>
          <w:sz w:val="32"/>
        </w:rPr>
        <w:t>ساختن</w:t>
      </w:r>
      <w:r>
        <w:rPr>
          <w:rFonts w:eastAsia="B Nazanin" w:cs="B Nazanin"/>
          <w:sz w:val="32"/>
        </w:rPr>
        <w:t xml:space="preserve"> </w:t>
      </w:r>
      <w:r>
        <w:rPr>
          <w:rFonts w:eastAsia="B Nazanin" w:cs="B Nazanin"/>
          <w:sz w:val="32"/>
        </w:rPr>
        <w:t>یک</w:t>
      </w:r>
      <w:r>
        <w:rPr>
          <w:rFonts w:eastAsia="B Nazanin" w:cs="B Nazanin"/>
          <w:sz w:val="32"/>
        </w:rPr>
        <w:t xml:space="preserve"> </w:t>
      </w:r>
      <w:r>
        <w:rPr>
          <w:rFonts w:eastAsia="B Nazanin" w:cs="B Nazanin"/>
          <w:sz w:val="32"/>
        </w:rPr>
        <w:t>برنامه</w:t>
      </w:r>
      <w:r>
        <w:rPr>
          <w:rFonts w:eastAsia="B Nazanin" w:cs="B Nazanin"/>
          <w:sz w:val="32"/>
        </w:rPr>
        <w:t xml:space="preserve"> </w:t>
      </w:r>
      <w:r>
        <w:rPr>
          <w:rFonts w:eastAsia="B Nazanin" w:cs="B Nazanin"/>
          <w:sz w:val="32"/>
        </w:rPr>
        <w:t>منظم،</w:t>
      </w:r>
      <w:r>
        <w:rPr>
          <w:rFonts w:eastAsia="B Nazanin" w:cs="B Nazanin"/>
          <w:sz w:val="32"/>
        </w:rPr>
        <w:t xml:space="preserve"> </w:t>
      </w:r>
      <w:r>
        <w:rPr>
          <w:rFonts w:eastAsia="B Nazanin" w:cs="B Nazanin"/>
          <w:sz w:val="32"/>
        </w:rPr>
        <w:t>واقع</w:t>
      </w:r>
      <w:r>
        <w:rPr>
          <w:rFonts w:eastAsia="B Nazanin" w:cs="B Nazanin"/>
          <w:sz w:val="32"/>
        </w:rPr>
        <w:t>‌</w:t>
      </w:r>
      <w:r>
        <w:rPr>
          <w:rFonts w:eastAsia="B Nazanin" w:cs="B Nazanin"/>
          <w:sz w:val="32"/>
        </w:rPr>
        <w:t>بینانه</w:t>
      </w:r>
      <w:r>
        <w:rPr>
          <w:rFonts w:eastAsia="B Nazanin" w:cs="B Nazanin"/>
          <w:sz w:val="32"/>
        </w:rPr>
        <w:t xml:space="preserve"> </w:t>
      </w:r>
      <w:r>
        <w:rPr>
          <w:rFonts w:eastAsia="B Nazanin" w:cs="B Nazanin"/>
          <w:sz w:val="32"/>
        </w:rPr>
        <w:t>و</w:t>
      </w:r>
      <w:r>
        <w:rPr>
          <w:rFonts w:eastAsia="B Nazanin" w:cs="B Nazanin"/>
          <w:sz w:val="32"/>
        </w:rPr>
        <w:t xml:space="preserve"> </w:t>
      </w:r>
      <w:r>
        <w:rPr>
          <w:rFonts w:eastAsia="B Nazanin" w:cs="B Nazanin"/>
          <w:sz w:val="32"/>
        </w:rPr>
        <w:t>مؤثر</w:t>
      </w:r>
    </w:p>
    <w:p w14:paraId="7E09561F" w14:textId="712C8E1C" w:rsidR="006A2542" w:rsidRPr="002159CC" w:rsidRDefault="002159CC" w:rsidP="002159CC">
      <w:pPr>
        <w:bidi/>
        <w:jc w:val="center"/>
        <w:rPr>
          <w:b/>
          <w:bCs/>
          <w:sz w:val="36"/>
          <w:szCs w:val="32"/>
        </w:rPr>
      </w:pPr>
      <w:r w:rsidRPr="002159CC">
        <w:rPr>
          <w:rFonts w:eastAsia="B Nazanin" w:cs="B Nazanin" w:hint="cs"/>
          <w:b/>
          <w:bCs/>
          <w:sz w:val="40"/>
          <w:szCs w:val="32"/>
          <w:rtl/>
        </w:rPr>
        <w:t>مسعود جاهدی منصوری</w:t>
      </w:r>
    </w:p>
    <w:p w14:paraId="4739DE98" w14:textId="77777777" w:rsidR="006A2542" w:rsidRDefault="007F2F21" w:rsidP="002159CC">
      <w:r>
        <w:br w:type="page"/>
      </w:r>
    </w:p>
    <w:p w14:paraId="121D4676" w14:textId="77777777" w:rsidR="006A2542" w:rsidRDefault="007F2F21" w:rsidP="002159CC">
      <w:pPr>
        <w:pStyle w:val="Heading1"/>
        <w:bidi/>
      </w:pPr>
      <w:r>
        <w:rPr>
          <w:rFonts w:ascii="B Nazanin" w:eastAsia="B Nazanin" w:hAnsi="B Nazanin" w:cs="B Nazanin"/>
        </w:rPr>
        <w:lastRenderedPageBreak/>
        <w:t>چکیده</w:t>
      </w:r>
    </w:p>
    <w:p w14:paraId="0824DD29" w14:textId="34C893A6" w:rsidR="006A2542" w:rsidRDefault="002159CC" w:rsidP="002159CC">
      <w:pPr>
        <w:bidi/>
      </w:pPr>
      <w:r>
        <w:rPr>
          <w:rFonts w:eastAsia="B Nazanin" w:cs="B Nazanin" w:hint="cs"/>
          <w:rtl/>
        </w:rPr>
        <w:t xml:space="preserve">   </w:t>
      </w:r>
      <w:proofErr w:type="spellStart"/>
      <w:r>
        <w:rPr>
          <w:rFonts w:eastAsia="B Nazanin" w:cs="B Nazanin"/>
        </w:rPr>
        <w:t>یادگیری</w:t>
      </w:r>
      <w:proofErr w:type="spellEnd"/>
      <w:r>
        <w:rPr>
          <w:rFonts w:eastAsia="B Nazanin" w:cs="B Nazanin"/>
        </w:rPr>
        <w:t xml:space="preserve"> </w:t>
      </w:r>
      <w:proofErr w:type="spellStart"/>
      <w:r>
        <w:rPr>
          <w:rFonts w:eastAsia="B Nazanin" w:cs="B Nazanin"/>
        </w:rPr>
        <w:t>زبان</w:t>
      </w:r>
      <w:proofErr w:type="spellEnd"/>
      <w:r>
        <w:rPr>
          <w:rFonts w:eastAsia="B Nazanin" w:cs="B Nazanin"/>
        </w:rPr>
        <w:t xml:space="preserve"> </w:t>
      </w:r>
      <w:proofErr w:type="spellStart"/>
      <w:r>
        <w:rPr>
          <w:rFonts w:eastAsia="B Nazanin" w:cs="B Nazanin"/>
        </w:rPr>
        <w:t>انگلیسی</w:t>
      </w:r>
      <w:proofErr w:type="spellEnd"/>
      <w:r>
        <w:rPr>
          <w:rFonts w:eastAsia="B Nazanin" w:cs="B Nazanin"/>
        </w:rPr>
        <w:t xml:space="preserve"> </w:t>
      </w:r>
      <w:proofErr w:type="spellStart"/>
      <w:r>
        <w:rPr>
          <w:rFonts w:eastAsia="B Nazanin" w:cs="B Nazanin"/>
        </w:rPr>
        <w:t>برای</w:t>
      </w:r>
      <w:proofErr w:type="spellEnd"/>
      <w:r>
        <w:rPr>
          <w:rFonts w:eastAsia="B Nazanin" w:cs="B Nazanin"/>
        </w:rPr>
        <w:t xml:space="preserve"> بسیاری از افراد هدفی مهم اما گاهی دشوار است. بعضی زبان‌آموزان مدت زیادی کلاس می‌روند، کتاب می‌خوانند و واژه حفظ می‌کنند، اما هنگام صحبت کردن یا فهمیدن مکالمه‌های واقعی همچنان با مشکل روبه‌رو هستند. یکی از دلایل این مسئله آن است که یادگیری زبان فقط با مطالعه پراکنده یا حفظ کردن قواعد اتفاق نمی‌افتد؛ بلکه به تمرین منظم، استفاده فعال از زبان و دریافت بازخورد نیاز دارد. این مقاله بررسی می‌کند که چگونه می‌توان در یک بازه سه‌ماهه، با تعیین هدف‌های روشن و تقسیم زمان میان مهارت‌های اصلی، پیشرفت قابل‌توجهی در زبان انگلیسی ایجاد کرد. در این مسیر، چهار مهارت شنیدن، صحبت کردن، خواندن و نوشتن در کنار واژگان، دستور زبان و تلفظ بررسی می‌شوند. همچنین برنامه‌ای دوازده‌هفته‌ای، نمونه فعالیت‌های روزانه، راه‌های سنجش پیشرفت و خطاهای رایج زبان‌آموزان ارائه می‌شود. نکته مهم این است که سه ماه برای مسلط شدن کامل به زبان کافی نیست، اما می‌تواند زمان مناسبی برای ساختن عادت‌های درست و ایجاد پیشرفت محسوس باشد؛ به‌ویژه اگر تمرین‌ها متناسب با سطح فرد انتخاب شوند و استمرار داشته باشند.</w:t>
      </w:r>
    </w:p>
    <w:p w14:paraId="09451B88" w14:textId="77777777" w:rsidR="006A2542" w:rsidRDefault="007F2F21" w:rsidP="002159CC">
      <w:pPr>
        <w:pStyle w:val="Heading1"/>
        <w:bidi/>
      </w:pPr>
      <w:r>
        <w:rPr>
          <w:rFonts w:ascii="B Nazanin" w:eastAsia="B Nazanin" w:hAnsi="B Nazanin" w:cs="B Nazanin"/>
        </w:rPr>
        <w:t>مقدمه</w:t>
      </w:r>
    </w:p>
    <w:p w14:paraId="3B3DD546" w14:textId="11B5C0B1" w:rsidR="006A2542" w:rsidRDefault="002159CC" w:rsidP="002159CC">
      <w:pPr>
        <w:bidi/>
      </w:pPr>
      <w:r>
        <w:rPr>
          <w:rFonts w:eastAsia="B Nazanin" w:cs="B Nazanin" w:hint="cs"/>
          <w:rtl/>
        </w:rPr>
        <w:t xml:space="preserve">   </w:t>
      </w:r>
      <w:proofErr w:type="spellStart"/>
      <w:r>
        <w:rPr>
          <w:rFonts w:eastAsia="B Nazanin" w:cs="B Nazanin"/>
        </w:rPr>
        <w:t>انگلیسی</w:t>
      </w:r>
      <w:proofErr w:type="spellEnd"/>
      <w:r>
        <w:rPr>
          <w:rFonts w:eastAsia="B Nazanin" w:cs="B Nazanin"/>
        </w:rPr>
        <w:t xml:space="preserve"> </w:t>
      </w:r>
      <w:proofErr w:type="spellStart"/>
      <w:r>
        <w:rPr>
          <w:rFonts w:eastAsia="B Nazanin" w:cs="B Nazanin"/>
        </w:rPr>
        <w:t>در</w:t>
      </w:r>
      <w:proofErr w:type="spellEnd"/>
      <w:r>
        <w:rPr>
          <w:rFonts w:eastAsia="B Nazanin" w:cs="B Nazanin"/>
        </w:rPr>
        <w:t xml:space="preserve"> </w:t>
      </w:r>
      <w:proofErr w:type="spellStart"/>
      <w:r>
        <w:rPr>
          <w:rFonts w:eastAsia="B Nazanin" w:cs="B Nazanin"/>
        </w:rPr>
        <w:t>آموزش</w:t>
      </w:r>
      <w:proofErr w:type="spellEnd"/>
      <w:r>
        <w:rPr>
          <w:rFonts w:eastAsia="B Nazanin" w:cs="B Nazanin"/>
        </w:rPr>
        <w:t xml:space="preserve">، </w:t>
      </w:r>
      <w:proofErr w:type="spellStart"/>
      <w:r>
        <w:rPr>
          <w:rFonts w:eastAsia="B Nazanin" w:cs="B Nazanin"/>
        </w:rPr>
        <w:t>ارتباطات</w:t>
      </w:r>
      <w:proofErr w:type="spellEnd"/>
      <w:r>
        <w:rPr>
          <w:rFonts w:eastAsia="B Nazanin" w:cs="B Nazanin"/>
        </w:rPr>
        <w:t xml:space="preserve"> بین‌المللی، سفر، سرگرمی و بسیاری از فرصت‌های شغلی نقش پررنگی دارد. به همین دلیل، افراد زیادی تصمیم می‌گیرند سطح زبان خود را بهتر کنند. بااین‌حال، شروع کردن معمولاً آسان‌تر از ادامه دادن است. زبان‌آموز ممکن است در هفته‌های نخست با انگیزه زیادی تمرین کند، اما پس از مدتی به دلیل مشغله، خستگی یا احساس کند </w:t>
      </w:r>
      <w:proofErr w:type="spellStart"/>
      <w:r>
        <w:rPr>
          <w:rFonts w:eastAsia="B Nazanin" w:cs="B Nazanin"/>
        </w:rPr>
        <w:t>بودن</w:t>
      </w:r>
      <w:proofErr w:type="spellEnd"/>
      <w:r>
        <w:rPr>
          <w:rFonts w:eastAsia="B Nazanin" w:cs="B Nazanin"/>
        </w:rPr>
        <w:t xml:space="preserve"> </w:t>
      </w:r>
      <w:proofErr w:type="spellStart"/>
      <w:r>
        <w:rPr>
          <w:rFonts w:eastAsia="B Nazanin" w:cs="B Nazanin"/>
        </w:rPr>
        <w:t>پیشرفت</w:t>
      </w:r>
      <w:proofErr w:type="spellEnd"/>
      <w:r>
        <w:rPr>
          <w:rFonts w:eastAsia="B Nazanin" w:cs="B Nazanin"/>
        </w:rPr>
        <w:t xml:space="preserve">، </w:t>
      </w:r>
      <w:proofErr w:type="spellStart"/>
      <w:r>
        <w:rPr>
          <w:rFonts w:eastAsia="B Nazanin" w:cs="B Nazanin"/>
        </w:rPr>
        <w:t>برنامه</w:t>
      </w:r>
      <w:proofErr w:type="spellEnd"/>
      <w:r>
        <w:rPr>
          <w:rFonts w:eastAsia="B Nazanin" w:cs="B Nazanin"/>
        </w:rPr>
        <w:t xml:space="preserve"> </w:t>
      </w:r>
      <w:proofErr w:type="spellStart"/>
      <w:r>
        <w:rPr>
          <w:rFonts w:eastAsia="B Nazanin" w:cs="B Nazanin"/>
        </w:rPr>
        <w:t>خود</w:t>
      </w:r>
      <w:proofErr w:type="spellEnd"/>
      <w:r>
        <w:rPr>
          <w:rFonts w:eastAsia="B Nazanin" w:cs="B Nazanin"/>
        </w:rPr>
        <w:t xml:space="preserve"> </w:t>
      </w:r>
      <w:proofErr w:type="spellStart"/>
      <w:r>
        <w:rPr>
          <w:rFonts w:eastAsia="B Nazanin" w:cs="B Nazanin"/>
        </w:rPr>
        <w:t>را</w:t>
      </w:r>
      <w:proofErr w:type="spellEnd"/>
      <w:r>
        <w:rPr>
          <w:rFonts w:eastAsia="B Nazanin" w:cs="B Nazanin"/>
        </w:rPr>
        <w:t xml:space="preserve"> </w:t>
      </w:r>
      <w:proofErr w:type="spellStart"/>
      <w:r>
        <w:rPr>
          <w:rFonts w:eastAsia="B Nazanin" w:cs="B Nazanin"/>
        </w:rPr>
        <w:t>کنار</w:t>
      </w:r>
      <w:proofErr w:type="spellEnd"/>
      <w:r>
        <w:rPr>
          <w:rFonts w:eastAsia="B Nazanin" w:cs="B Nazanin"/>
        </w:rPr>
        <w:t xml:space="preserve"> </w:t>
      </w:r>
      <w:proofErr w:type="spellStart"/>
      <w:r>
        <w:rPr>
          <w:rFonts w:eastAsia="B Nazanin" w:cs="B Nazanin"/>
        </w:rPr>
        <w:t>بگذارد</w:t>
      </w:r>
      <w:proofErr w:type="spellEnd"/>
      <w:r>
        <w:rPr>
          <w:rFonts w:eastAsia="B Nazanin" w:cs="B Nazanin" w:hint="cs"/>
          <w:rtl/>
        </w:rPr>
        <w:t>.</w:t>
      </w:r>
    </w:p>
    <w:p w14:paraId="4E2B9FFE" w14:textId="247614E3" w:rsidR="006A2542" w:rsidRDefault="002159CC" w:rsidP="002159CC">
      <w:pPr>
        <w:bidi/>
      </w:pPr>
      <w:r>
        <w:rPr>
          <w:rFonts w:eastAsia="B Nazanin" w:cs="B Nazanin" w:hint="cs"/>
          <w:rtl/>
        </w:rPr>
        <w:t xml:space="preserve">   </w:t>
      </w:r>
      <w:proofErr w:type="spellStart"/>
      <w:r>
        <w:rPr>
          <w:rFonts w:eastAsia="B Nazanin" w:cs="B Nazanin"/>
        </w:rPr>
        <w:t>برای</w:t>
      </w:r>
      <w:proofErr w:type="spellEnd"/>
      <w:r>
        <w:rPr>
          <w:rFonts w:eastAsia="B Nazanin" w:cs="B Nazanin"/>
        </w:rPr>
        <w:t xml:space="preserve"> </w:t>
      </w:r>
      <w:proofErr w:type="spellStart"/>
      <w:r>
        <w:rPr>
          <w:rFonts w:eastAsia="B Nazanin" w:cs="B Nazanin"/>
        </w:rPr>
        <w:t>پیشرفت</w:t>
      </w:r>
      <w:proofErr w:type="spellEnd"/>
      <w:r>
        <w:rPr>
          <w:rFonts w:eastAsia="B Nazanin" w:cs="B Nazanin"/>
        </w:rPr>
        <w:t xml:space="preserve"> </w:t>
      </w:r>
      <w:proofErr w:type="spellStart"/>
      <w:r>
        <w:rPr>
          <w:rFonts w:eastAsia="B Nazanin" w:cs="B Nazanin"/>
        </w:rPr>
        <w:t>در</w:t>
      </w:r>
      <w:proofErr w:type="spellEnd"/>
      <w:r>
        <w:rPr>
          <w:rFonts w:eastAsia="B Nazanin" w:cs="B Nazanin"/>
        </w:rPr>
        <w:t xml:space="preserve"> </w:t>
      </w:r>
      <w:proofErr w:type="spellStart"/>
      <w:r>
        <w:rPr>
          <w:rFonts w:eastAsia="B Nazanin" w:cs="B Nazanin"/>
        </w:rPr>
        <w:t>سه</w:t>
      </w:r>
      <w:proofErr w:type="spellEnd"/>
      <w:r>
        <w:rPr>
          <w:rFonts w:eastAsia="B Nazanin" w:cs="B Nazanin"/>
        </w:rPr>
        <w:t xml:space="preserve"> ماه، لازم نیست هر روز چندین ساعت مطالعه کنیم یا همه منابع آموزشی موجود را بخریم. آنچه اهمیت بیشتری دارد، داشتن برنامه‌ای مشخص و قابل‌اجراست. برنامه خوب باید با سطح فعلی، هدف شخصی، زمان آزاد و علاقه‌های زبان‌آموز هماهنگ باشد. کسی که می‌خواهد در مکالمه روزمره بهتر شود، باید زمان بیشتری را به شنیدن و صحبت کردن اختصاص دهد؛ درحالی‌که فردی که برای آزمون آماده می‌شود، به تمرین هدفمندتر و </w:t>
      </w:r>
      <w:proofErr w:type="spellStart"/>
      <w:r>
        <w:rPr>
          <w:rFonts w:eastAsia="B Nazanin" w:cs="B Nazanin"/>
        </w:rPr>
        <w:t>آشنایی</w:t>
      </w:r>
      <w:proofErr w:type="spellEnd"/>
      <w:r>
        <w:rPr>
          <w:rFonts w:eastAsia="B Nazanin" w:cs="B Nazanin"/>
        </w:rPr>
        <w:t xml:space="preserve"> </w:t>
      </w:r>
      <w:proofErr w:type="spellStart"/>
      <w:r>
        <w:rPr>
          <w:rFonts w:eastAsia="B Nazanin" w:cs="B Nazanin"/>
        </w:rPr>
        <w:t>با</w:t>
      </w:r>
      <w:proofErr w:type="spellEnd"/>
      <w:r>
        <w:rPr>
          <w:rFonts w:eastAsia="B Nazanin" w:cs="B Nazanin"/>
        </w:rPr>
        <w:t xml:space="preserve"> </w:t>
      </w:r>
      <w:proofErr w:type="spellStart"/>
      <w:r>
        <w:rPr>
          <w:rFonts w:eastAsia="B Nazanin" w:cs="B Nazanin"/>
        </w:rPr>
        <w:t>قالب</w:t>
      </w:r>
      <w:proofErr w:type="spellEnd"/>
      <w:r>
        <w:rPr>
          <w:rFonts w:eastAsia="B Nazanin" w:cs="B Nazanin"/>
        </w:rPr>
        <w:t xml:space="preserve"> </w:t>
      </w:r>
      <w:proofErr w:type="spellStart"/>
      <w:r>
        <w:rPr>
          <w:rFonts w:eastAsia="B Nazanin" w:cs="B Nazanin"/>
        </w:rPr>
        <w:t>آزمون</w:t>
      </w:r>
      <w:proofErr w:type="spellEnd"/>
      <w:r>
        <w:rPr>
          <w:rFonts w:eastAsia="B Nazanin" w:cs="B Nazanin"/>
        </w:rPr>
        <w:t xml:space="preserve"> </w:t>
      </w:r>
      <w:proofErr w:type="spellStart"/>
      <w:r>
        <w:rPr>
          <w:rFonts w:eastAsia="B Nazanin" w:cs="B Nazanin"/>
        </w:rPr>
        <w:t>نیز</w:t>
      </w:r>
      <w:proofErr w:type="spellEnd"/>
      <w:r>
        <w:rPr>
          <w:rFonts w:eastAsia="B Nazanin" w:cs="B Nazanin"/>
        </w:rPr>
        <w:t xml:space="preserve"> </w:t>
      </w:r>
      <w:proofErr w:type="spellStart"/>
      <w:r>
        <w:rPr>
          <w:rFonts w:eastAsia="B Nazanin" w:cs="B Nazanin"/>
        </w:rPr>
        <w:t>نیاز</w:t>
      </w:r>
      <w:proofErr w:type="spellEnd"/>
      <w:r>
        <w:rPr>
          <w:rFonts w:eastAsia="B Nazanin" w:cs="B Nazanin"/>
        </w:rPr>
        <w:t xml:space="preserve"> </w:t>
      </w:r>
      <w:proofErr w:type="spellStart"/>
      <w:r>
        <w:rPr>
          <w:rFonts w:eastAsia="B Nazanin" w:cs="B Nazanin"/>
        </w:rPr>
        <w:t>دارد</w:t>
      </w:r>
      <w:proofErr w:type="spellEnd"/>
      <w:r>
        <w:rPr>
          <w:rFonts w:eastAsia="B Nazanin" w:cs="B Nazanin" w:hint="cs"/>
          <w:rtl/>
        </w:rPr>
        <w:t>.</w:t>
      </w:r>
    </w:p>
    <w:p w14:paraId="7AA5AAA3" w14:textId="3F03C3E1" w:rsidR="006A2542" w:rsidRDefault="002159CC" w:rsidP="002159CC">
      <w:pPr>
        <w:bidi/>
      </w:pPr>
      <w:r>
        <w:rPr>
          <w:rFonts w:eastAsia="B Nazanin" w:cs="B Nazanin" w:hint="cs"/>
          <w:rtl/>
        </w:rPr>
        <w:lastRenderedPageBreak/>
        <w:t xml:space="preserve">   </w:t>
      </w:r>
      <w:proofErr w:type="spellStart"/>
      <w:r>
        <w:rPr>
          <w:rFonts w:eastAsia="B Nazanin" w:cs="B Nazanin"/>
        </w:rPr>
        <w:t>در</w:t>
      </w:r>
      <w:proofErr w:type="spellEnd"/>
      <w:r>
        <w:rPr>
          <w:rFonts w:eastAsia="B Nazanin" w:cs="B Nazanin"/>
        </w:rPr>
        <w:t xml:space="preserve"> </w:t>
      </w:r>
      <w:proofErr w:type="spellStart"/>
      <w:r>
        <w:rPr>
          <w:rFonts w:eastAsia="B Nazanin" w:cs="B Nazanin"/>
        </w:rPr>
        <w:t>این</w:t>
      </w:r>
      <w:proofErr w:type="spellEnd"/>
      <w:r>
        <w:rPr>
          <w:rFonts w:eastAsia="B Nazanin" w:cs="B Nazanin"/>
        </w:rPr>
        <w:t xml:space="preserve"> </w:t>
      </w:r>
      <w:proofErr w:type="spellStart"/>
      <w:r>
        <w:rPr>
          <w:rFonts w:eastAsia="B Nazanin" w:cs="B Nazanin"/>
        </w:rPr>
        <w:t>مقاله</w:t>
      </w:r>
      <w:proofErr w:type="spellEnd"/>
      <w:r>
        <w:rPr>
          <w:rFonts w:eastAsia="B Nazanin" w:cs="B Nazanin"/>
        </w:rPr>
        <w:t xml:space="preserve">، </w:t>
      </w:r>
      <w:proofErr w:type="spellStart"/>
      <w:r>
        <w:rPr>
          <w:rFonts w:eastAsia="B Nazanin" w:cs="B Nazanin"/>
        </w:rPr>
        <w:t>سه</w:t>
      </w:r>
      <w:proofErr w:type="spellEnd"/>
      <w:r>
        <w:rPr>
          <w:rFonts w:eastAsia="B Nazanin" w:cs="B Nazanin"/>
        </w:rPr>
        <w:t xml:space="preserve"> ماه را نه به‌عنوان راهی جادویی برای تسلط کامل، بلکه به‌عنوان فرصتی برای ایجاد تغییرهای واقعی در شیوه یادگیری در نظر می‌گیریم. موفقیت زمانی </w:t>
      </w:r>
      <w:proofErr w:type="spellStart"/>
      <w:r>
        <w:rPr>
          <w:rFonts w:eastAsia="B Nazanin" w:cs="B Nazanin"/>
        </w:rPr>
        <w:t>محتمل‌تر</w:t>
      </w:r>
      <w:proofErr w:type="spellEnd"/>
      <w:r>
        <w:rPr>
          <w:rFonts w:eastAsia="B Nazanin" w:cs="B Nazanin"/>
        </w:rPr>
        <w:t xml:space="preserve"> </w:t>
      </w:r>
      <w:proofErr w:type="spellStart"/>
      <w:r>
        <w:rPr>
          <w:rFonts w:eastAsia="B Nazanin" w:cs="B Nazanin"/>
        </w:rPr>
        <w:t>است</w:t>
      </w:r>
      <w:proofErr w:type="spellEnd"/>
      <w:r>
        <w:rPr>
          <w:rFonts w:eastAsia="B Nazanin" w:cs="B Nazanin"/>
        </w:rPr>
        <w:t xml:space="preserve"> </w:t>
      </w:r>
      <w:proofErr w:type="spellStart"/>
      <w:r>
        <w:rPr>
          <w:rFonts w:eastAsia="B Nazanin" w:cs="B Nazanin"/>
        </w:rPr>
        <w:t>که</w:t>
      </w:r>
      <w:proofErr w:type="spellEnd"/>
      <w:r>
        <w:rPr>
          <w:rFonts w:eastAsia="B Nazanin" w:cs="B Nazanin"/>
        </w:rPr>
        <w:t xml:space="preserve"> </w:t>
      </w:r>
      <w:proofErr w:type="spellStart"/>
      <w:r>
        <w:rPr>
          <w:rFonts w:eastAsia="B Nazanin" w:cs="B Nazanin"/>
        </w:rPr>
        <w:t>هدف‌ها</w:t>
      </w:r>
      <w:proofErr w:type="spellEnd"/>
      <w:r>
        <w:rPr>
          <w:rFonts w:eastAsia="B Nazanin" w:cs="B Nazanin"/>
        </w:rPr>
        <w:t xml:space="preserve"> </w:t>
      </w:r>
      <w:proofErr w:type="spellStart"/>
      <w:r>
        <w:rPr>
          <w:rFonts w:eastAsia="B Nazanin" w:cs="B Nazanin"/>
        </w:rPr>
        <w:t>کوچک</w:t>
      </w:r>
      <w:proofErr w:type="spellEnd"/>
      <w:r>
        <w:rPr>
          <w:rFonts w:eastAsia="B Nazanin" w:cs="B Nazanin"/>
        </w:rPr>
        <w:t xml:space="preserve"> و </w:t>
      </w:r>
      <w:proofErr w:type="spellStart"/>
      <w:r>
        <w:rPr>
          <w:rFonts w:eastAsia="B Nazanin" w:cs="B Nazanin"/>
        </w:rPr>
        <w:t>قابل</w:t>
      </w:r>
      <w:proofErr w:type="spellEnd"/>
      <w:r>
        <w:rPr>
          <w:rFonts w:eastAsia="B Nazanin" w:cs="B Nazanin"/>
        </w:rPr>
        <w:t>‌</w:t>
      </w:r>
      <w:r>
        <w:rPr>
          <w:rFonts w:eastAsia="B Nazanin" w:cs="B Nazanin" w:hint="cs"/>
          <w:rtl/>
        </w:rPr>
        <w:t xml:space="preserve"> </w:t>
      </w:r>
      <w:proofErr w:type="spellStart"/>
      <w:r>
        <w:rPr>
          <w:rFonts w:eastAsia="B Nazanin" w:cs="B Nazanin"/>
        </w:rPr>
        <w:t>اندازه‌گیری</w:t>
      </w:r>
      <w:proofErr w:type="spellEnd"/>
      <w:r>
        <w:rPr>
          <w:rFonts w:eastAsia="B Nazanin" w:cs="B Nazanin"/>
        </w:rPr>
        <w:t xml:space="preserve"> </w:t>
      </w:r>
      <w:proofErr w:type="spellStart"/>
      <w:r>
        <w:rPr>
          <w:rFonts w:eastAsia="B Nazanin" w:cs="B Nazanin"/>
        </w:rPr>
        <w:t>باشند</w:t>
      </w:r>
      <w:proofErr w:type="spellEnd"/>
      <w:r>
        <w:rPr>
          <w:rFonts w:eastAsia="B Nazanin" w:cs="B Nazanin"/>
        </w:rPr>
        <w:t xml:space="preserve">، </w:t>
      </w:r>
      <w:proofErr w:type="spellStart"/>
      <w:r>
        <w:rPr>
          <w:rFonts w:eastAsia="B Nazanin" w:cs="B Nazanin"/>
        </w:rPr>
        <w:t>تمرین‌ها</w:t>
      </w:r>
      <w:proofErr w:type="spellEnd"/>
      <w:r>
        <w:rPr>
          <w:rFonts w:eastAsia="B Nazanin" w:cs="B Nazanin"/>
        </w:rPr>
        <w:t xml:space="preserve"> </w:t>
      </w:r>
      <w:proofErr w:type="spellStart"/>
      <w:r>
        <w:rPr>
          <w:rFonts w:eastAsia="B Nazanin" w:cs="B Nazanin"/>
        </w:rPr>
        <w:t>تکرار</w:t>
      </w:r>
      <w:proofErr w:type="spellEnd"/>
      <w:r>
        <w:rPr>
          <w:rFonts w:eastAsia="B Nazanin" w:cs="B Nazanin"/>
        </w:rPr>
        <w:t xml:space="preserve"> </w:t>
      </w:r>
      <w:proofErr w:type="spellStart"/>
      <w:r>
        <w:rPr>
          <w:rFonts w:eastAsia="B Nazanin" w:cs="B Nazanin"/>
        </w:rPr>
        <w:t>شوند</w:t>
      </w:r>
      <w:proofErr w:type="spellEnd"/>
      <w:r>
        <w:rPr>
          <w:rFonts w:eastAsia="B Nazanin" w:cs="B Nazanin"/>
        </w:rPr>
        <w:t xml:space="preserve"> و </w:t>
      </w:r>
      <w:proofErr w:type="spellStart"/>
      <w:r>
        <w:rPr>
          <w:rFonts w:eastAsia="B Nazanin" w:cs="B Nazanin"/>
        </w:rPr>
        <w:t>زبان‌آموز</w:t>
      </w:r>
      <w:proofErr w:type="spellEnd"/>
      <w:r>
        <w:rPr>
          <w:rFonts w:eastAsia="B Nazanin" w:cs="B Nazanin"/>
        </w:rPr>
        <w:t xml:space="preserve"> </w:t>
      </w:r>
      <w:proofErr w:type="spellStart"/>
      <w:r>
        <w:rPr>
          <w:rFonts w:eastAsia="B Nazanin" w:cs="B Nazanin"/>
        </w:rPr>
        <w:t>بتواند</w:t>
      </w:r>
      <w:proofErr w:type="spellEnd"/>
      <w:r>
        <w:rPr>
          <w:rFonts w:eastAsia="B Nazanin" w:cs="B Nazanin"/>
        </w:rPr>
        <w:t xml:space="preserve"> </w:t>
      </w:r>
      <w:proofErr w:type="spellStart"/>
      <w:r>
        <w:rPr>
          <w:rFonts w:eastAsia="B Nazanin" w:cs="B Nazanin"/>
        </w:rPr>
        <w:t>پیشرفت</w:t>
      </w:r>
      <w:proofErr w:type="spellEnd"/>
      <w:r>
        <w:rPr>
          <w:rFonts w:eastAsia="B Nazanin" w:cs="B Nazanin"/>
        </w:rPr>
        <w:t xml:space="preserve"> </w:t>
      </w:r>
      <w:proofErr w:type="spellStart"/>
      <w:r>
        <w:rPr>
          <w:rFonts w:eastAsia="B Nazanin" w:cs="B Nazanin"/>
        </w:rPr>
        <w:t>خود</w:t>
      </w:r>
      <w:proofErr w:type="spellEnd"/>
      <w:r>
        <w:rPr>
          <w:rFonts w:eastAsia="B Nazanin" w:cs="B Nazanin"/>
        </w:rPr>
        <w:t xml:space="preserve"> </w:t>
      </w:r>
      <w:proofErr w:type="spellStart"/>
      <w:r>
        <w:rPr>
          <w:rFonts w:eastAsia="B Nazanin" w:cs="B Nazanin"/>
        </w:rPr>
        <w:t>را</w:t>
      </w:r>
      <w:proofErr w:type="spellEnd"/>
      <w:r>
        <w:rPr>
          <w:rFonts w:eastAsia="B Nazanin" w:cs="B Nazanin"/>
        </w:rPr>
        <w:t xml:space="preserve"> </w:t>
      </w:r>
      <w:proofErr w:type="spellStart"/>
      <w:r>
        <w:rPr>
          <w:rFonts w:eastAsia="B Nazanin" w:cs="B Nazanin"/>
        </w:rPr>
        <w:t>بررسی</w:t>
      </w:r>
      <w:proofErr w:type="spellEnd"/>
      <w:r>
        <w:rPr>
          <w:rFonts w:eastAsia="B Nazanin" w:cs="B Nazanin"/>
        </w:rPr>
        <w:t xml:space="preserve"> </w:t>
      </w:r>
      <w:proofErr w:type="spellStart"/>
      <w:r>
        <w:rPr>
          <w:rFonts w:eastAsia="B Nazanin" w:cs="B Nazanin"/>
        </w:rPr>
        <w:t>کند</w:t>
      </w:r>
      <w:proofErr w:type="spellEnd"/>
      <w:r>
        <w:rPr>
          <w:rFonts w:eastAsia="B Nazanin" w:cs="B Nazanin" w:hint="cs"/>
          <w:rtl/>
        </w:rPr>
        <w:t>.</w:t>
      </w:r>
    </w:p>
    <w:p w14:paraId="4090277A" w14:textId="0C1268DC" w:rsidR="006A2542" w:rsidRDefault="007F2F21" w:rsidP="002159CC">
      <w:pPr>
        <w:pStyle w:val="Heading1"/>
        <w:numPr>
          <w:ilvl w:val="0"/>
          <w:numId w:val="10"/>
        </w:numPr>
        <w:bidi/>
      </w:pPr>
      <w:proofErr w:type="spellStart"/>
      <w:r>
        <w:rPr>
          <w:rFonts w:ascii="B Nazanin" w:eastAsia="B Nazanin" w:hAnsi="B Nazanin" w:cs="B Nazanin"/>
        </w:rPr>
        <w:t>هدف</w:t>
      </w:r>
      <w:proofErr w:type="spellEnd"/>
      <w:r>
        <w:rPr>
          <w:rFonts w:ascii="B Nazanin" w:eastAsia="B Nazanin" w:hAnsi="B Nazanin" w:cs="B Nazanin"/>
        </w:rPr>
        <w:t xml:space="preserve"> </w:t>
      </w:r>
      <w:proofErr w:type="spellStart"/>
      <w:r>
        <w:rPr>
          <w:rFonts w:ascii="B Nazanin" w:eastAsia="B Nazanin" w:hAnsi="B Nazanin" w:cs="B Nazanin"/>
        </w:rPr>
        <w:t>خود</w:t>
      </w:r>
      <w:proofErr w:type="spellEnd"/>
      <w:r>
        <w:rPr>
          <w:rFonts w:ascii="B Nazanin" w:eastAsia="B Nazanin" w:hAnsi="B Nazanin" w:cs="B Nazanin"/>
        </w:rPr>
        <w:t xml:space="preserve"> </w:t>
      </w:r>
      <w:proofErr w:type="spellStart"/>
      <w:r>
        <w:rPr>
          <w:rFonts w:ascii="B Nazanin" w:eastAsia="B Nazanin" w:hAnsi="B Nazanin" w:cs="B Nazanin"/>
        </w:rPr>
        <w:t>را</w:t>
      </w:r>
      <w:proofErr w:type="spellEnd"/>
      <w:r>
        <w:rPr>
          <w:rFonts w:ascii="B Nazanin" w:eastAsia="B Nazanin" w:hAnsi="B Nazanin" w:cs="B Nazanin"/>
        </w:rPr>
        <w:t xml:space="preserve"> </w:t>
      </w:r>
      <w:proofErr w:type="spellStart"/>
      <w:r>
        <w:rPr>
          <w:rFonts w:ascii="B Nazanin" w:eastAsia="B Nazanin" w:hAnsi="B Nazanin" w:cs="B Nazanin"/>
        </w:rPr>
        <w:t>دقیق</w:t>
      </w:r>
      <w:proofErr w:type="spellEnd"/>
      <w:r>
        <w:rPr>
          <w:rFonts w:ascii="B Nazanin" w:eastAsia="B Nazanin" w:hAnsi="B Nazanin" w:cs="B Nazanin"/>
        </w:rPr>
        <w:t xml:space="preserve"> </w:t>
      </w:r>
      <w:r>
        <w:rPr>
          <w:rFonts w:ascii="B Nazanin" w:eastAsia="B Nazanin" w:hAnsi="B Nazanin" w:cs="B Nazanin"/>
        </w:rPr>
        <w:t>و</w:t>
      </w:r>
      <w:r>
        <w:rPr>
          <w:rFonts w:ascii="B Nazanin" w:eastAsia="B Nazanin" w:hAnsi="B Nazanin" w:cs="B Nazanin"/>
        </w:rPr>
        <w:t xml:space="preserve"> </w:t>
      </w:r>
      <w:proofErr w:type="spellStart"/>
      <w:r>
        <w:rPr>
          <w:rFonts w:ascii="B Nazanin" w:eastAsia="B Nazanin" w:hAnsi="B Nazanin" w:cs="B Nazanin"/>
        </w:rPr>
        <w:t>واقع</w:t>
      </w:r>
      <w:r>
        <w:rPr>
          <w:rFonts w:ascii="B Nazanin" w:eastAsia="B Nazanin" w:hAnsi="B Nazanin" w:cs="B Nazanin"/>
        </w:rPr>
        <w:t>‌</w:t>
      </w:r>
      <w:r>
        <w:rPr>
          <w:rFonts w:ascii="B Nazanin" w:eastAsia="B Nazanin" w:hAnsi="B Nazanin" w:cs="B Nazanin"/>
        </w:rPr>
        <w:t>بینانه</w:t>
      </w:r>
      <w:proofErr w:type="spellEnd"/>
      <w:r>
        <w:rPr>
          <w:rFonts w:ascii="B Nazanin" w:eastAsia="B Nazanin" w:hAnsi="B Nazanin" w:cs="B Nazanin"/>
        </w:rPr>
        <w:t xml:space="preserve"> </w:t>
      </w:r>
      <w:proofErr w:type="spellStart"/>
      <w:r>
        <w:rPr>
          <w:rFonts w:ascii="B Nazanin" w:eastAsia="B Nazanin" w:hAnsi="B Nazanin" w:cs="B Nazanin"/>
        </w:rPr>
        <w:t>تعیین</w:t>
      </w:r>
      <w:proofErr w:type="spellEnd"/>
      <w:r>
        <w:rPr>
          <w:rFonts w:ascii="B Nazanin" w:eastAsia="B Nazanin" w:hAnsi="B Nazanin" w:cs="B Nazanin"/>
        </w:rPr>
        <w:t xml:space="preserve"> </w:t>
      </w:r>
      <w:proofErr w:type="spellStart"/>
      <w:r>
        <w:rPr>
          <w:rFonts w:ascii="B Nazanin" w:eastAsia="B Nazanin" w:hAnsi="B Nazanin" w:cs="B Nazanin"/>
        </w:rPr>
        <w:t>کنید</w:t>
      </w:r>
      <w:proofErr w:type="spellEnd"/>
    </w:p>
    <w:p w14:paraId="75473B53" w14:textId="1052E09D" w:rsidR="006A2542" w:rsidRDefault="002159CC" w:rsidP="002159CC">
      <w:pPr>
        <w:bidi/>
      </w:pPr>
      <w:r>
        <w:rPr>
          <w:rFonts w:eastAsia="B Nazanin" w:cs="B Nazanin" w:hint="cs"/>
          <w:rtl/>
        </w:rPr>
        <w:t xml:space="preserve">   </w:t>
      </w:r>
      <w:proofErr w:type="spellStart"/>
      <w:r>
        <w:rPr>
          <w:rFonts w:eastAsia="B Nazanin" w:cs="B Nazanin"/>
        </w:rPr>
        <w:t>عبارت</w:t>
      </w:r>
      <w:proofErr w:type="spellEnd"/>
      <w:r>
        <w:rPr>
          <w:rFonts w:eastAsia="B Nazanin" w:cs="B Nazanin"/>
        </w:rPr>
        <w:t xml:space="preserve"> «</w:t>
      </w:r>
      <w:proofErr w:type="spellStart"/>
      <w:r>
        <w:rPr>
          <w:rFonts w:eastAsia="B Nazanin" w:cs="B Nazanin"/>
        </w:rPr>
        <w:t>می‌خواهم</w:t>
      </w:r>
      <w:proofErr w:type="spellEnd"/>
      <w:r>
        <w:rPr>
          <w:rFonts w:eastAsia="B Nazanin" w:cs="B Nazanin"/>
        </w:rPr>
        <w:t xml:space="preserve"> </w:t>
      </w:r>
      <w:proofErr w:type="spellStart"/>
      <w:r>
        <w:rPr>
          <w:rFonts w:eastAsia="B Nazanin" w:cs="B Nazanin"/>
        </w:rPr>
        <w:t>انگلیسی‌ام</w:t>
      </w:r>
      <w:proofErr w:type="spellEnd"/>
      <w:r>
        <w:rPr>
          <w:rFonts w:eastAsia="B Nazanin" w:cs="B Nazanin"/>
        </w:rPr>
        <w:t xml:space="preserve"> </w:t>
      </w:r>
      <w:proofErr w:type="spellStart"/>
      <w:r>
        <w:rPr>
          <w:rFonts w:eastAsia="B Nazanin" w:cs="B Nazanin"/>
        </w:rPr>
        <w:t>بهتر</w:t>
      </w:r>
      <w:proofErr w:type="spellEnd"/>
      <w:r>
        <w:rPr>
          <w:rFonts w:eastAsia="B Nazanin" w:cs="B Nazanin"/>
        </w:rPr>
        <w:t xml:space="preserve"> شود» هدفی کلی است و به‌تنهایی راهنمای روشنی برای انتخاب فعالیت‌های روزانه نیست. بهتر است هدف را به رفتارهای قابل‌مشاهده تبدیل کنیم. برای مثال، می‌توان هدف گذاشت که تا پایان سه ماه بتوانیم درباره علایق خود دو دقیقه صحبت کنیم، یک ویدیوی کوتاه متناسب با سطحمان را با درک کلی دنبال کنیم، </w:t>
      </w:r>
      <w:proofErr w:type="spellStart"/>
      <w:r>
        <w:rPr>
          <w:rFonts w:eastAsia="B Nazanin" w:cs="B Nazanin"/>
        </w:rPr>
        <w:t>یا</w:t>
      </w:r>
      <w:proofErr w:type="spellEnd"/>
      <w:r>
        <w:rPr>
          <w:rFonts w:eastAsia="B Nazanin" w:cs="B Nazanin"/>
        </w:rPr>
        <w:t xml:space="preserve"> </w:t>
      </w:r>
      <w:proofErr w:type="spellStart"/>
      <w:r>
        <w:rPr>
          <w:rFonts w:eastAsia="B Nazanin" w:cs="B Nazanin"/>
        </w:rPr>
        <w:t>هر</w:t>
      </w:r>
      <w:proofErr w:type="spellEnd"/>
      <w:r>
        <w:rPr>
          <w:rFonts w:eastAsia="B Nazanin" w:cs="B Nazanin"/>
        </w:rPr>
        <w:t xml:space="preserve"> </w:t>
      </w:r>
      <w:proofErr w:type="spellStart"/>
      <w:r>
        <w:rPr>
          <w:rFonts w:eastAsia="B Nazanin" w:cs="B Nazanin"/>
        </w:rPr>
        <w:t>هفته</w:t>
      </w:r>
      <w:proofErr w:type="spellEnd"/>
      <w:r>
        <w:rPr>
          <w:rFonts w:eastAsia="B Nazanin" w:cs="B Nazanin"/>
        </w:rPr>
        <w:t xml:space="preserve"> </w:t>
      </w:r>
      <w:proofErr w:type="spellStart"/>
      <w:r>
        <w:rPr>
          <w:rFonts w:eastAsia="B Nazanin" w:cs="B Nazanin"/>
        </w:rPr>
        <w:t>یک</w:t>
      </w:r>
      <w:proofErr w:type="spellEnd"/>
      <w:r>
        <w:rPr>
          <w:rFonts w:eastAsia="B Nazanin" w:cs="B Nazanin"/>
        </w:rPr>
        <w:t xml:space="preserve"> </w:t>
      </w:r>
      <w:proofErr w:type="spellStart"/>
      <w:r>
        <w:rPr>
          <w:rFonts w:eastAsia="B Nazanin" w:cs="B Nazanin"/>
        </w:rPr>
        <w:t>متن</w:t>
      </w:r>
      <w:proofErr w:type="spellEnd"/>
      <w:r>
        <w:rPr>
          <w:rFonts w:eastAsia="B Nazanin" w:cs="B Nazanin"/>
        </w:rPr>
        <w:t xml:space="preserve"> </w:t>
      </w:r>
      <w:proofErr w:type="spellStart"/>
      <w:r>
        <w:rPr>
          <w:rFonts w:eastAsia="B Nazanin" w:cs="B Nazanin"/>
        </w:rPr>
        <w:t>کوتاه</w:t>
      </w:r>
      <w:proofErr w:type="spellEnd"/>
      <w:r>
        <w:rPr>
          <w:rFonts w:eastAsia="B Nazanin" w:cs="B Nazanin"/>
        </w:rPr>
        <w:t xml:space="preserve"> </w:t>
      </w:r>
      <w:proofErr w:type="spellStart"/>
      <w:r>
        <w:rPr>
          <w:rFonts w:eastAsia="B Nazanin" w:cs="B Nazanin"/>
        </w:rPr>
        <w:t>بنویسیم</w:t>
      </w:r>
      <w:proofErr w:type="spellEnd"/>
      <w:r>
        <w:rPr>
          <w:rFonts w:eastAsia="B Nazanin" w:cs="B Nazanin" w:hint="cs"/>
          <w:rtl/>
        </w:rPr>
        <w:t>.</w:t>
      </w:r>
    </w:p>
    <w:p w14:paraId="48BBCE59" w14:textId="3172F104" w:rsidR="006A2542" w:rsidRDefault="002159CC" w:rsidP="002159CC">
      <w:pPr>
        <w:bidi/>
      </w:pPr>
      <w:r>
        <w:rPr>
          <w:rFonts w:eastAsia="B Nazanin" w:cs="B Nazanin" w:hint="cs"/>
          <w:rtl/>
        </w:rPr>
        <w:t xml:space="preserve">   </w:t>
      </w:r>
      <w:proofErr w:type="spellStart"/>
      <w:r>
        <w:rPr>
          <w:rFonts w:eastAsia="B Nazanin" w:cs="B Nazanin"/>
        </w:rPr>
        <w:t>هدف</w:t>
      </w:r>
      <w:proofErr w:type="spellEnd"/>
      <w:r>
        <w:rPr>
          <w:rFonts w:eastAsia="B Nazanin" w:cs="B Nazanin"/>
        </w:rPr>
        <w:t xml:space="preserve"> </w:t>
      </w:r>
      <w:proofErr w:type="spellStart"/>
      <w:r>
        <w:rPr>
          <w:rFonts w:eastAsia="B Nazanin" w:cs="B Nazanin"/>
        </w:rPr>
        <w:t>باید</w:t>
      </w:r>
      <w:proofErr w:type="spellEnd"/>
      <w:r>
        <w:rPr>
          <w:rFonts w:eastAsia="B Nazanin" w:cs="B Nazanin"/>
        </w:rPr>
        <w:t xml:space="preserve"> </w:t>
      </w:r>
      <w:proofErr w:type="spellStart"/>
      <w:r>
        <w:rPr>
          <w:rFonts w:eastAsia="B Nazanin" w:cs="B Nazanin"/>
        </w:rPr>
        <w:t>نه</w:t>
      </w:r>
      <w:proofErr w:type="spellEnd"/>
      <w:r>
        <w:rPr>
          <w:rFonts w:eastAsia="B Nazanin" w:cs="B Nazanin"/>
        </w:rPr>
        <w:t xml:space="preserve"> </w:t>
      </w:r>
      <w:proofErr w:type="spellStart"/>
      <w:r>
        <w:rPr>
          <w:rFonts w:eastAsia="B Nazanin" w:cs="B Nazanin"/>
        </w:rPr>
        <w:t>آن‌قدر</w:t>
      </w:r>
      <w:proofErr w:type="spellEnd"/>
      <w:r>
        <w:rPr>
          <w:rFonts w:eastAsia="B Nazanin" w:cs="B Nazanin"/>
        </w:rPr>
        <w:t xml:space="preserve"> آسان باشد که پیشرفتی ایجاد نکند و نه آن‌قدر دشوار که باعث ناامیدی شود. اگر زبان‌آموز در سطح مقدماتی است، انتظار فهمیدن فیلمی طولانی بدون زیرنویس منطقی نیست. بهتر است از محتوای ساده‌تر شروع کند و به‌تدریج دشواری را افزایش دهد. همچنین خوب است هدف اصلی به چند هدف </w:t>
      </w:r>
      <w:proofErr w:type="spellStart"/>
      <w:r>
        <w:rPr>
          <w:rFonts w:eastAsia="B Nazanin" w:cs="B Nazanin"/>
        </w:rPr>
        <w:t>کوچک</w:t>
      </w:r>
      <w:proofErr w:type="spellEnd"/>
      <w:r>
        <w:rPr>
          <w:rFonts w:eastAsia="B Nazanin" w:cs="B Nazanin"/>
        </w:rPr>
        <w:t xml:space="preserve"> </w:t>
      </w:r>
      <w:proofErr w:type="spellStart"/>
      <w:r>
        <w:rPr>
          <w:rFonts w:eastAsia="B Nazanin" w:cs="B Nazanin"/>
        </w:rPr>
        <w:t>تقسیم</w:t>
      </w:r>
      <w:proofErr w:type="spellEnd"/>
      <w:r>
        <w:rPr>
          <w:rFonts w:eastAsia="B Nazanin" w:cs="B Nazanin"/>
        </w:rPr>
        <w:t xml:space="preserve"> </w:t>
      </w:r>
      <w:proofErr w:type="spellStart"/>
      <w:r>
        <w:rPr>
          <w:rFonts w:eastAsia="B Nazanin" w:cs="B Nazanin"/>
        </w:rPr>
        <w:t>شود</w:t>
      </w:r>
      <w:proofErr w:type="spellEnd"/>
      <w:r>
        <w:rPr>
          <w:rFonts w:eastAsia="B Nazanin" w:cs="B Nazanin"/>
        </w:rPr>
        <w:t xml:space="preserve">؛ </w:t>
      </w:r>
      <w:proofErr w:type="spellStart"/>
      <w:r>
        <w:rPr>
          <w:rFonts w:eastAsia="B Nazanin" w:cs="B Nazanin"/>
        </w:rPr>
        <w:t>مثلاً</w:t>
      </w:r>
      <w:proofErr w:type="spellEnd"/>
      <w:r>
        <w:rPr>
          <w:rFonts w:eastAsia="B Nazanin" w:cs="B Nazanin"/>
        </w:rPr>
        <w:t xml:space="preserve"> </w:t>
      </w:r>
      <w:proofErr w:type="spellStart"/>
      <w:r>
        <w:rPr>
          <w:rFonts w:eastAsia="B Nazanin" w:cs="B Nazanin"/>
        </w:rPr>
        <w:t>در</w:t>
      </w:r>
      <w:proofErr w:type="spellEnd"/>
      <w:r>
        <w:rPr>
          <w:rFonts w:eastAsia="B Nazanin" w:cs="B Nazanin"/>
        </w:rPr>
        <w:t xml:space="preserve"> </w:t>
      </w:r>
      <w:proofErr w:type="spellStart"/>
      <w:r>
        <w:rPr>
          <w:rFonts w:eastAsia="B Nazanin" w:cs="B Nazanin"/>
        </w:rPr>
        <w:t>هفته</w:t>
      </w:r>
      <w:proofErr w:type="spellEnd"/>
      <w:r>
        <w:rPr>
          <w:rFonts w:eastAsia="B Nazanin" w:cs="B Nazanin"/>
        </w:rPr>
        <w:t xml:space="preserve"> </w:t>
      </w:r>
      <w:proofErr w:type="spellStart"/>
      <w:r>
        <w:rPr>
          <w:rFonts w:eastAsia="B Nazanin" w:cs="B Nazanin"/>
        </w:rPr>
        <w:t>نخست</w:t>
      </w:r>
      <w:proofErr w:type="spellEnd"/>
      <w:r>
        <w:rPr>
          <w:rFonts w:eastAsia="B Nazanin" w:cs="B Nazanin"/>
        </w:rPr>
        <w:t xml:space="preserve">، </w:t>
      </w:r>
      <w:proofErr w:type="spellStart"/>
      <w:r>
        <w:rPr>
          <w:rFonts w:eastAsia="B Nazanin" w:cs="B Nazanin"/>
        </w:rPr>
        <w:t>معرفی</w:t>
      </w:r>
      <w:proofErr w:type="spellEnd"/>
      <w:r>
        <w:rPr>
          <w:rFonts w:eastAsia="B Nazanin" w:cs="B Nazanin"/>
        </w:rPr>
        <w:t xml:space="preserve"> </w:t>
      </w:r>
      <w:proofErr w:type="spellStart"/>
      <w:r>
        <w:rPr>
          <w:rFonts w:eastAsia="B Nazanin" w:cs="B Nazanin"/>
        </w:rPr>
        <w:t>خود</w:t>
      </w:r>
      <w:proofErr w:type="spellEnd"/>
      <w:r>
        <w:rPr>
          <w:rFonts w:eastAsia="B Nazanin" w:cs="B Nazanin"/>
        </w:rPr>
        <w:t xml:space="preserve"> و </w:t>
      </w:r>
      <w:proofErr w:type="spellStart"/>
      <w:r>
        <w:rPr>
          <w:rFonts w:eastAsia="B Nazanin" w:cs="B Nazanin"/>
        </w:rPr>
        <w:t>صحبت</w:t>
      </w:r>
      <w:proofErr w:type="spellEnd"/>
      <w:r>
        <w:rPr>
          <w:rFonts w:eastAsia="B Nazanin" w:cs="B Nazanin"/>
        </w:rPr>
        <w:t xml:space="preserve"> درباره برنامه روزانه، و در هفته‌های بعد، توضیح تجربه‌ها، </w:t>
      </w:r>
      <w:proofErr w:type="spellStart"/>
      <w:r>
        <w:rPr>
          <w:rFonts w:eastAsia="B Nazanin" w:cs="B Nazanin"/>
        </w:rPr>
        <w:t>بیان</w:t>
      </w:r>
      <w:proofErr w:type="spellEnd"/>
      <w:r>
        <w:rPr>
          <w:rFonts w:eastAsia="B Nazanin" w:cs="B Nazanin"/>
        </w:rPr>
        <w:t xml:space="preserve"> </w:t>
      </w:r>
      <w:proofErr w:type="spellStart"/>
      <w:r>
        <w:rPr>
          <w:rFonts w:eastAsia="B Nazanin" w:cs="B Nazanin"/>
        </w:rPr>
        <w:t>نظر</w:t>
      </w:r>
      <w:proofErr w:type="spellEnd"/>
      <w:r>
        <w:rPr>
          <w:rFonts w:eastAsia="B Nazanin" w:cs="B Nazanin"/>
        </w:rPr>
        <w:t xml:space="preserve"> و </w:t>
      </w:r>
      <w:proofErr w:type="spellStart"/>
      <w:r>
        <w:rPr>
          <w:rFonts w:eastAsia="B Nazanin" w:cs="B Nazanin"/>
        </w:rPr>
        <w:t>تعریف</w:t>
      </w:r>
      <w:proofErr w:type="spellEnd"/>
      <w:r>
        <w:rPr>
          <w:rFonts w:eastAsia="B Nazanin" w:cs="B Nazanin"/>
        </w:rPr>
        <w:t xml:space="preserve"> </w:t>
      </w:r>
      <w:proofErr w:type="spellStart"/>
      <w:r>
        <w:rPr>
          <w:rFonts w:eastAsia="B Nazanin" w:cs="B Nazanin"/>
        </w:rPr>
        <w:t>یک</w:t>
      </w:r>
      <w:proofErr w:type="spellEnd"/>
      <w:r>
        <w:rPr>
          <w:rFonts w:eastAsia="B Nazanin" w:cs="B Nazanin"/>
        </w:rPr>
        <w:t xml:space="preserve"> </w:t>
      </w:r>
      <w:proofErr w:type="spellStart"/>
      <w:r>
        <w:rPr>
          <w:rFonts w:eastAsia="B Nazanin" w:cs="B Nazanin"/>
        </w:rPr>
        <w:t>اتفاق</w:t>
      </w:r>
      <w:proofErr w:type="spellEnd"/>
      <w:r>
        <w:rPr>
          <w:rFonts w:eastAsia="B Nazanin" w:cs="B Nazanin" w:hint="cs"/>
          <w:rtl/>
        </w:rPr>
        <w:t>.</w:t>
      </w:r>
    </w:p>
    <w:p w14:paraId="67E7F516" w14:textId="21D2D49B" w:rsidR="006A2542" w:rsidRDefault="002159CC" w:rsidP="002159CC">
      <w:pPr>
        <w:bidi/>
      </w:pPr>
      <w:r>
        <w:rPr>
          <w:rFonts w:eastAsia="B Nazanin" w:cs="B Nazanin" w:hint="cs"/>
          <w:rtl/>
        </w:rPr>
        <w:t xml:space="preserve">   </w:t>
      </w:r>
      <w:proofErr w:type="spellStart"/>
      <w:r>
        <w:rPr>
          <w:rFonts w:eastAsia="B Nazanin" w:cs="B Nazanin"/>
        </w:rPr>
        <w:t>پیش</w:t>
      </w:r>
      <w:proofErr w:type="spellEnd"/>
      <w:r>
        <w:rPr>
          <w:rFonts w:eastAsia="B Nazanin" w:cs="B Nazanin"/>
        </w:rPr>
        <w:t xml:space="preserve"> </w:t>
      </w:r>
      <w:proofErr w:type="spellStart"/>
      <w:r>
        <w:rPr>
          <w:rFonts w:eastAsia="B Nazanin" w:cs="B Nazanin"/>
        </w:rPr>
        <w:t>از</w:t>
      </w:r>
      <w:proofErr w:type="spellEnd"/>
      <w:r>
        <w:rPr>
          <w:rFonts w:eastAsia="B Nazanin" w:cs="B Nazanin"/>
        </w:rPr>
        <w:t xml:space="preserve"> </w:t>
      </w:r>
      <w:proofErr w:type="spellStart"/>
      <w:r>
        <w:rPr>
          <w:rFonts w:eastAsia="B Nazanin" w:cs="B Nazanin"/>
        </w:rPr>
        <w:t>شروع</w:t>
      </w:r>
      <w:proofErr w:type="spellEnd"/>
      <w:r>
        <w:rPr>
          <w:rFonts w:eastAsia="B Nazanin" w:cs="B Nazanin"/>
        </w:rPr>
        <w:t xml:space="preserve">، </w:t>
      </w:r>
      <w:proofErr w:type="spellStart"/>
      <w:r>
        <w:rPr>
          <w:rFonts w:eastAsia="B Nazanin" w:cs="B Nazanin"/>
        </w:rPr>
        <w:t>وضعیت</w:t>
      </w:r>
      <w:proofErr w:type="spellEnd"/>
      <w:r>
        <w:rPr>
          <w:rFonts w:eastAsia="B Nazanin" w:cs="B Nazanin"/>
        </w:rPr>
        <w:t xml:space="preserve"> فعلی خود را ثبت کنید. یک فایل صوتی کوتاه از صحبت کردن، یک متن نوشتاری یا نتیجه یک آزمون تعیین سطح می‌تواند نقطه شروع باشد. در پایان ماه اول، دوم و سوم همین فعالیت را دوباره انجام دهید. مقایسه نمونه‌ها کمک می‌کند پیشرفت را واقعی‌تر ببینید و </w:t>
      </w:r>
      <w:proofErr w:type="spellStart"/>
      <w:r>
        <w:rPr>
          <w:rFonts w:eastAsia="B Nazanin" w:cs="B Nazanin"/>
        </w:rPr>
        <w:t>تنها</w:t>
      </w:r>
      <w:proofErr w:type="spellEnd"/>
      <w:r>
        <w:rPr>
          <w:rFonts w:eastAsia="B Nazanin" w:cs="B Nazanin"/>
        </w:rPr>
        <w:t xml:space="preserve"> </w:t>
      </w:r>
      <w:proofErr w:type="spellStart"/>
      <w:r>
        <w:rPr>
          <w:rFonts w:eastAsia="B Nazanin" w:cs="B Nazanin"/>
        </w:rPr>
        <w:t>به</w:t>
      </w:r>
      <w:proofErr w:type="spellEnd"/>
      <w:r>
        <w:rPr>
          <w:rFonts w:eastAsia="B Nazanin" w:cs="B Nazanin"/>
        </w:rPr>
        <w:t xml:space="preserve"> </w:t>
      </w:r>
      <w:proofErr w:type="spellStart"/>
      <w:r>
        <w:rPr>
          <w:rFonts w:eastAsia="B Nazanin" w:cs="B Nazanin"/>
        </w:rPr>
        <w:t>احساس</w:t>
      </w:r>
      <w:proofErr w:type="spellEnd"/>
      <w:r>
        <w:rPr>
          <w:rFonts w:eastAsia="B Nazanin" w:cs="B Nazanin"/>
        </w:rPr>
        <w:t xml:space="preserve"> </w:t>
      </w:r>
      <w:proofErr w:type="spellStart"/>
      <w:r>
        <w:rPr>
          <w:rFonts w:eastAsia="B Nazanin" w:cs="B Nazanin"/>
        </w:rPr>
        <w:t>لحظه‌ای</w:t>
      </w:r>
      <w:proofErr w:type="spellEnd"/>
      <w:r>
        <w:rPr>
          <w:rFonts w:eastAsia="B Nazanin" w:cs="B Nazanin"/>
        </w:rPr>
        <w:t xml:space="preserve"> </w:t>
      </w:r>
      <w:proofErr w:type="spellStart"/>
      <w:r>
        <w:rPr>
          <w:rFonts w:eastAsia="B Nazanin" w:cs="B Nazanin"/>
        </w:rPr>
        <w:t>خود</w:t>
      </w:r>
      <w:proofErr w:type="spellEnd"/>
      <w:r>
        <w:rPr>
          <w:rFonts w:eastAsia="B Nazanin" w:cs="B Nazanin"/>
        </w:rPr>
        <w:t xml:space="preserve"> </w:t>
      </w:r>
      <w:proofErr w:type="spellStart"/>
      <w:r>
        <w:rPr>
          <w:rFonts w:eastAsia="B Nazanin" w:cs="B Nazanin"/>
        </w:rPr>
        <w:t>تکیه</w:t>
      </w:r>
      <w:proofErr w:type="spellEnd"/>
      <w:r>
        <w:rPr>
          <w:rFonts w:eastAsia="B Nazanin" w:cs="B Nazanin"/>
        </w:rPr>
        <w:t xml:space="preserve"> </w:t>
      </w:r>
      <w:proofErr w:type="spellStart"/>
      <w:r>
        <w:rPr>
          <w:rFonts w:eastAsia="B Nazanin" w:cs="B Nazanin"/>
        </w:rPr>
        <w:t>نکنید</w:t>
      </w:r>
      <w:proofErr w:type="spellEnd"/>
      <w:r>
        <w:rPr>
          <w:rFonts w:eastAsia="B Nazanin" w:cs="B Nazanin" w:hint="cs"/>
          <w:rtl/>
        </w:rPr>
        <w:t>.</w:t>
      </w:r>
    </w:p>
    <w:p w14:paraId="48B23524" w14:textId="063C741F" w:rsidR="006A2542" w:rsidRDefault="007F2F21" w:rsidP="002159CC">
      <w:pPr>
        <w:pStyle w:val="Heading1"/>
        <w:numPr>
          <w:ilvl w:val="0"/>
          <w:numId w:val="10"/>
        </w:numPr>
        <w:bidi/>
      </w:pPr>
      <w:proofErr w:type="spellStart"/>
      <w:r>
        <w:rPr>
          <w:rFonts w:ascii="B Nazanin" w:eastAsia="B Nazanin" w:hAnsi="B Nazanin" w:cs="B Nazanin"/>
        </w:rPr>
        <w:t>برنامه</w:t>
      </w:r>
      <w:proofErr w:type="spellEnd"/>
      <w:r>
        <w:rPr>
          <w:rFonts w:ascii="B Nazanin" w:eastAsia="B Nazanin" w:hAnsi="B Nazanin" w:cs="B Nazanin"/>
        </w:rPr>
        <w:t xml:space="preserve"> </w:t>
      </w:r>
      <w:proofErr w:type="spellStart"/>
      <w:r>
        <w:rPr>
          <w:rFonts w:ascii="B Nazanin" w:eastAsia="B Nazanin" w:hAnsi="B Nazanin" w:cs="B Nazanin"/>
        </w:rPr>
        <w:t>روزانه</w:t>
      </w:r>
      <w:proofErr w:type="spellEnd"/>
      <w:r>
        <w:rPr>
          <w:rFonts w:ascii="B Nazanin" w:eastAsia="B Nazanin" w:hAnsi="B Nazanin" w:cs="B Nazanin"/>
        </w:rPr>
        <w:t xml:space="preserve"> </w:t>
      </w:r>
      <w:proofErr w:type="spellStart"/>
      <w:r>
        <w:rPr>
          <w:rFonts w:ascii="B Nazanin" w:eastAsia="B Nazanin" w:hAnsi="B Nazanin" w:cs="B Nazanin"/>
        </w:rPr>
        <w:t>کوتاه</w:t>
      </w:r>
      <w:proofErr w:type="spellEnd"/>
      <w:r>
        <w:rPr>
          <w:rFonts w:ascii="B Nazanin" w:eastAsia="B Nazanin" w:hAnsi="B Nazanin" w:cs="B Nazanin"/>
        </w:rPr>
        <w:t xml:space="preserve"> </w:t>
      </w:r>
      <w:proofErr w:type="spellStart"/>
      <w:r>
        <w:rPr>
          <w:rFonts w:ascii="B Nazanin" w:eastAsia="B Nazanin" w:hAnsi="B Nazanin" w:cs="B Nazanin"/>
        </w:rPr>
        <w:t>اما</w:t>
      </w:r>
      <w:proofErr w:type="spellEnd"/>
      <w:r>
        <w:rPr>
          <w:rFonts w:ascii="B Nazanin" w:eastAsia="B Nazanin" w:hAnsi="B Nazanin" w:cs="B Nazanin"/>
        </w:rPr>
        <w:t xml:space="preserve"> </w:t>
      </w:r>
      <w:r>
        <w:rPr>
          <w:rFonts w:ascii="B Nazanin" w:eastAsia="B Nazanin" w:hAnsi="B Nazanin" w:cs="B Nazanin"/>
        </w:rPr>
        <w:t>پیوسته</w:t>
      </w:r>
      <w:r>
        <w:rPr>
          <w:rFonts w:ascii="B Nazanin" w:eastAsia="B Nazanin" w:hAnsi="B Nazanin" w:cs="B Nazanin"/>
        </w:rPr>
        <w:t xml:space="preserve"> </w:t>
      </w:r>
      <w:r>
        <w:rPr>
          <w:rFonts w:ascii="B Nazanin" w:eastAsia="B Nazanin" w:hAnsi="B Nazanin" w:cs="B Nazanin"/>
        </w:rPr>
        <w:t>بسازید</w:t>
      </w:r>
    </w:p>
    <w:p w14:paraId="77AD9259" w14:textId="2B9F3791" w:rsidR="006A2542" w:rsidRDefault="002159CC" w:rsidP="002159CC">
      <w:pPr>
        <w:bidi/>
      </w:pPr>
      <w:r>
        <w:rPr>
          <w:rFonts w:eastAsia="B Nazanin" w:cs="B Nazanin" w:hint="cs"/>
          <w:rtl/>
        </w:rPr>
        <w:t xml:space="preserve">   </w:t>
      </w:r>
      <w:proofErr w:type="spellStart"/>
      <w:r>
        <w:rPr>
          <w:rFonts w:eastAsia="B Nazanin" w:cs="B Nazanin"/>
        </w:rPr>
        <w:t>تمرین</w:t>
      </w:r>
      <w:proofErr w:type="spellEnd"/>
      <w:r>
        <w:rPr>
          <w:rFonts w:eastAsia="B Nazanin" w:cs="B Nazanin"/>
        </w:rPr>
        <w:t xml:space="preserve"> </w:t>
      </w:r>
      <w:proofErr w:type="spellStart"/>
      <w:r>
        <w:rPr>
          <w:rFonts w:eastAsia="B Nazanin" w:cs="B Nazanin"/>
        </w:rPr>
        <w:t>منظم</w:t>
      </w:r>
      <w:proofErr w:type="spellEnd"/>
      <w:r>
        <w:rPr>
          <w:rFonts w:eastAsia="B Nazanin" w:cs="B Nazanin"/>
        </w:rPr>
        <w:t xml:space="preserve"> </w:t>
      </w:r>
      <w:proofErr w:type="spellStart"/>
      <w:r>
        <w:rPr>
          <w:rFonts w:eastAsia="B Nazanin" w:cs="B Nazanin"/>
        </w:rPr>
        <w:t>معمولاً</w:t>
      </w:r>
      <w:proofErr w:type="spellEnd"/>
      <w:r>
        <w:rPr>
          <w:rFonts w:eastAsia="B Nazanin" w:cs="B Nazanin"/>
        </w:rPr>
        <w:t xml:space="preserve"> </w:t>
      </w:r>
      <w:proofErr w:type="spellStart"/>
      <w:r>
        <w:rPr>
          <w:rFonts w:eastAsia="B Nazanin" w:cs="B Nazanin"/>
        </w:rPr>
        <w:t>از</w:t>
      </w:r>
      <w:proofErr w:type="spellEnd"/>
      <w:r>
        <w:rPr>
          <w:rFonts w:eastAsia="B Nazanin" w:cs="B Nazanin"/>
        </w:rPr>
        <w:t xml:space="preserve"> مطالعه سنگین و نامنظم نتیجه بهتری می‌دهد. اگر روزانه حدود ۴۵ تا ۶۰ دقیقه زمان دارید، می‌توانید آن را به چند بخش تقسیم کنید: پانزده دقیقه شنیدن، ده دقیقه مرور واژگان، پانزده دقیقه صحبت کردن و ده تا بیست دقیقه خواندن یا نوشتن. این تقسیم‌بندی قانون ثابتی نیست؛ می‌توان آن را با توجه </w:t>
      </w:r>
      <w:proofErr w:type="spellStart"/>
      <w:r>
        <w:rPr>
          <w:rFonts w:eastAsia="B Nazanin" w:cs="B Nazanin"/>
        </w:rPr>
        <w:t>به</w:t>
      </w:r>
      <w:proofErr w:type="spellEnd"/>
      <w:r>
        <w:rPr>
          <w:rFonts w:eastAsia="B Nazanin" w:cs="B Nazanin"/>
        </w:rPr>
        <w:t xml:space="preserve"> </w:t>
      </w:r>
      <w:proofErr w:type="spellStart"/>
      <w:r>
        <w:rPr>
          <w:rFonts w:eastAsia="B Nazanin" w:cs="B Nazanin"/>
        </w:rPr>
        <w:t>هدف</w:t>
      </w:r>
      <w:proofErr w:type="spellEnd"/>
      <w:r>
        <w:rPr>
          <w:rFonts w:eastAsia="B Nazanin" w:cs="B Nazanin"/>
        </w:rPr>
        <w:t xml:space="preserve"> و </w:t>
      </w:r>
      <w:proofErr w:type="spellStart"/>
      <w:r>
        <w:rPr>
          <w:rFonts w:eastAsia="B Nazanin" w:cs="B Nazanin"/>
        </w:rPr>
        <w:t>سطح</w:t>
      </w:r>
      <w:proofErr w:type="spellEnd"/>
      <w:r>
        <w:rPr>
          <w:rFonts w:eastAsia="B Nazanin" w:cs="B Nazanin"/>
        </w:rPr>
        <w:t xml:space="preserve"> </w:t>
      </w:r>
      <w:proofErr w:type="spellStart"/>
      <w:r>
        <w:rPr>
          <w:rFonts w:eastAsia="B Nazanin" w:cs="B Nazanin"/>
        </w:rPr>
        <w:t>تغییر</w:t>
      </w:r>
      <w:proofErr w:type="spellEnd"/>
      <w:r>
        <w:rPr>
          <w:rFonts w:eastAsia="B Nazanin" w:cs="B Nazanin"/>
        </w:rPr>
        <w:t xml:space="preserve"> </w:t>
      </w:r>
      <w:proofErr w:type="spellStart"/>
      <w:r>
        <w:rPr>
          <w:rFonts w:eastAsia="B Nazanin" w:cs="B Nazanin"/>
        </w:rPr>
        <w:t>دا</w:t>
      </w:r>
      <w:proofErr w:type="spellEnd"/>
      <w:r>
        <w:rPr>
          <w:rFonts w:eastAsia="B Nazanin" w:cs="B Nazanin" w:hint="cs"/>
          <w:rtl/>
        </w:rPr>
        <w:t>د.</w:t>
      </w:r>
    </w:p>
    <w:p w14:paraId="58D44C3A" w14:textId="5AF0909D" w:rsidR="006A2542" w:rsidRDefault="002159CC" w:rsidP="002159CC">
      <w:pPr>
        <w:bidi/>
      </w:pPr>
      <w:r>
        <w:rPr>
          <w:rFonts w:eastAsia="B Nazanin" w:cs="B Nazanin" w:hint="cs"/>
          <w:rtl/>
        </w:rPr>
        <w:t xml:space="preserve">   </w:t>
      </w:r>
      <w:proofErr w:type="spellStart"/>
      <w:r>
        <w:rPr>
          <w:rFonts w:eastAsia="B Nazanin" w:cs="B Nazanin"/>
        </w:rPr>
        <w:t>در</w:t>
      </w:r>
      <w:proofErr w:type="spellEnd"/>
      <w:r>
        <w:rPr>
          <w:rFonts w:eastAsia="B Nazanin" w:cs="B Nazanin"/>
        </w:rPr>
        <w:t xml:space="preserve"> </w:t>
      </w:r>
      <w:proofErr w:type="spellStart"/>
      <w:r>
        <w:rPr>
          <w:rFonts w:eastAsia="B Nazanin" w:cs="B Nazanin"/>
        </w:rPr>
        <w:t>روزهای</w:t>
      </w:r>
      <w:proofErr w:type="spellEnd"/>
      <w:r>
        <w:rPr>
          <w:rFonts w:eastAsia="B Nazanin" w:cs="B Nazanin"/>
        </w:rPr>
        <w:t xml:space="preserve"> </w:t>
      </w:r>
      <w:proofErr w:type="spellStart"/>
      <w:r>
        <w:rPr>
          <w:rFonts w:eastAsia="B Nazanin" w:cs="B Nazanin"/>
        </w:rPr>
        <w:t>شلوغ</w:t>
      </w:r>
      <w:proofErr w:type="spellEnd"/>
      <w:r>
        <w:rPr>
          <w:rFonts w:eastAsia="B Nazanin" w:cs="B Nazanin"/>
        </w:rPr>
        <w:t xml:space="preserve">، </w:t>
      </w:r>
      <w:proofErr w:type="spellStart"/>
      <w:r>
        <w:rPr>
          <w:rFonts w:eastAsia="B Nazanin" w:cs="B Nazanin"/>
        </w:rPr>
        <w:t>نسخه</w:t>
      </w:r>
      <w:proofErr w:type="spellEnd"/>
      <w:r>
        <w:rPr>
          <w:rFonts w:eastAsia="B Nazanin" w:cs="B Nazanin"/>
        </w:rPr>
        <w:t xml:space="preserve"> کوتاه‌تری از برنامه داشته باشید. برای مثال، ده دقیقه گوش دادن به یک فایل صوتی و پنج دقیقه مرور واژگان بهتر از کنار گذاشتن کامل تمرین است. مهم است که برنامه به اندازه‌ای واقع‌بینانه </w:t>
      </w:r>
      <w:proofErr w:type="spellStart"/>
      <w:r>
        <w:rPr>
          <w:rFonts w:eastAsia="B Nazanin" w:cs="B Nazanin"/>
        </w:rPr>
        <w:t>باشد</w:t>
      </w:r>
      <w:proofErr w:type="spellEnd"/>
      <w:r>
        <w:rPr>
          <w:rFonts w:eastAsia="B Nazanin" w:cs="B Nazanin"/>
        </w:rPr>
        <w:t xml:space="preserve"> </w:t>
      </w:r>
      <w:proofErr w:type="spellStart"/>
      <w:r>
        <w:rPr>
          <w:rFonts w:eastAsia="B Nazanin" w:cs="B Nazanin"/>
        </w:rPr>
        <w:t>که</w:t>
      </w:r>
      <w:proofErr w:type="spellEnd"/>
      <w:r>
        <w:rPr>
          <w:rFonts w:eastAsia="B Nazanin" w:cs="B Nazanin"/>
        </w:rPr>
        <w:t xml:space="preserve"> </w:t>
      </w:r>
      <w:proofErr w:type="spellStart"/>
      <w:r>
        <w:rPr>
          <w:rFonts w:eastAsia="B Nazanin" w:cs="B Nazanin"/>
        </w:rPr>
        <w:t>بتوانید</w:t>
      </w:r>
      <w:proofErr w:type="spellEnd"/>
      <w:r>
        <w:rPr>
          <w:rFonts w:eastAsia="B Nazanin" w:cs="B Nazanin"/>
        </w:rPr>
        <w:t xml:space="preserve"> </w:t>
      </w:r>
      <w:proofErr w:type="spellStart"/>
      <w:r>
        <w:rPr>
          <w:rFonts w:eastAsia="B Nazanin" w:cs="B Nazanin"/>
        </w:rPr>
        <w:t>آن</w:t>
      </w:r>
      <w:proofErr w:type="spellEnd"/>
      <w:r>
        <w:rPr>
          <w:rFonts w:eastAsia="B Nazanin" w:cs="B Nazanin"/>
        </w:rPr>
        <w:t xml:space="preserve"> </w:t>
      </w:r>
      <w:proofErr w:type="spellStart"/>
      <w:r>
        <w:rPr>
          <w:rFonts w:eastAsia="B Nazanin" w:cs="B Nazanin"/>
        </w:rPr>
        <w:t>را</w:t>
      </w:r>
      <w:proofErr w:type="spellEnd"/>
      <w:r>
        <w:rPr>
          <w:rFonts w:eastAsia="B Nazanin" w:cs="B Nazanin"/>
        </w:rPr>
        <w:t xml:space="preserve"> </w:t>
      </w:r>
      <w:proofErr w:type="spellStart"/>
      <w:r>
        <w:rPr>
          <w:rFonts w:eastAsia="B Nazanin" w:cs="B Nazanin"/>
        </w:rPr>
        <w:t>در</w:t>
      </w:r>
      <w:proofErr w:type="spellEnd"/>
      <w:r>
        <w:rPr>
          <w:rFonts w:eastAsia="B Nazanin" w:cs="B Nazanin"/>
        </w:rPr>
        <w:t xml:space="preserve"> </w:t>
      </w:r>
      <w:proofErr w:type="spellStart"/>
      <w:r>
        <w:rPr>
          <w:rFonts w:eastAsia="B Nazanin" w:cs="B Nazanin"/>
        </w:rPr>
        <w:lastRenderedPageBreak/>
        <w:t>بیشتر</w:t>
      </w:r>
      <w:proofErr w:type="spellEnd"/>
      <w:r>
        <w:rPr>
          <w:rFonts w:eastAsia="B Nazanin" w:cs="B Nazanin"/>
        </w:rPr>
        <w:t xml:space="preserve"> </w:t>
      </w:r>
      <w:proofErr w:type="spellStart"/>
      <w:r>
        <w:rPr>
          <w:rFonts w:eastAsia="B Nazanin" w:cs="B Nazanin"/>
        </w:rPr>
        <w:t>روزهای</w:t>
      </w:r>
      <w:proofErr w:type="spellEnd"/>
      <w:r>
        <w:rPr>
          <w:rFonts w:eastAsia="B Nazanin" w:cs="B Nazanin"/>
        </w:rPr>
        <w:t xml:space="preserve"> </w:t>
      </w:r>
      <w:proofErr w:type="spellStart"/>
      <w:r>
        <w:rPr>
          <w:rFonts w:eastAsia="B Nazanin" w:cs="B Nazanin"/>
        </w:rPr>
        <w:t>هفته</w:t>
      </w:r>
      <w:proofErr w:type="spellEnd"/>
      <w:r>
        <w:rPr>
          <w:rFonts w:eastAsia="B Nazanin" w:cs="B Nazanin"/>
        </w:rPr>
        <w:t xml:space="preserve"> </w:t>
      </w:r>
      <w:proofErr w:type="spellStart"/>
      <w:r>
        <w:rPr>
          <w:rFonts w:eastAsia="B Nazanin" w:cs="B Nazanin"/>
        </w:rPr>
        <w:t>اجرا</w:t>
      </w:r>
      <w:proofErr w:type="spellEnd"/>
      <w:r>
        <w:rPr>
          <w:rFonts w:eastAsia="B Nazanin" w:cs="B Nazanin"/>
        </w:rPr>
        <w:t xml:space="preserve"> </w:t>
      </w:r>
      <w:proofErr w:type="spellStart"/>
      <w:r>
        <w:rPr>
          <w:rFonts w:eastAsia="B Nazanin" w:cs="B Nazanin"/>
        </w:rPr>
        <w:t>کنید</w:t>
      </w:r>
      <w:proofErr w:type="spellEnd"/>
      <w:r>
        <w:rPr>
          <w:rFonts w:eastAsia="B Nazanin" w:cs="B Nazanin"/>
        </w:rPr>
        <w:t xml:space="preserve">. بهتر است زمان مشخصی برای تمرین انتخاب کنید؛ مانند بعد </w:t>
      </w:r>
      <w:proofErr w:type="spellStart"/>
      <w:r>
        <w:rPr>
          <w:rFonts w:eastAsia="B Nazanin" w:cs="B Nazanin"/>
        </w:rPr>
        <w:t>از</w:t>
      </w:r>
      <w:proofErr w:type="spellEnd"/>
      <w:r>
        <w:rPr>
          <w:rFonts w:eastAsia="B Nazanin" w:cs="B Nazanin"/>
        </w:rPr>
        <w:t xml:space="preserve"> </w:t>
      </w:r>
      <w:proofErr w:type="spellStart"/>
      <w:r>
        <w:rPr>
          <w:rFonts w:eastAsia="B Nazanin" w:cs="B Nazanin"/>
        </w:rPr>
        <w:t>صبحانه</w:t>
      </w:r>
      <w:proofErr w:type="spellEnd"/>
      <w:r>
        <w:rPr>
          <w:rFonts w:eastAsia="B Nazanin" w:cs="B Nazanin"/>
        </w:rPr>
        <w:t xml:space="preserve"> </w:t>
      </w:r>
      <w:proofErr w:type="spellStart"/>
      <w:r>
        <w:rPr>
          <w:rFonts w:eastAsia="B Nazanin" w:cs="B Nazanin"/>
        </w:rPr>
        <w:t>یا</w:t>
      </w:r>
      <w:proofErr w:type="spellEnd"/>
      <w:r>
        <w:rPr>
          <w:rFonts w:eastAsia="B Nazanin" w:cs="B Nazanin"/>
        </w:rPr>
        <w:t xml:space="preserve"> </w:t>
      </w:r>
      <w:proofErr w:type="spellStart"/>
      <w:r>
        <w:rPr>
          <w:rFonts w:eastAsia="B Nazanin" w:cs="B Nazanin"/>
        </w:rPr>
        <w:t>پیش</w:t>
      </w:r>
      <w:proofErr w:type="spellEnd"/>
      <w:r>
        <w:rPr>
          <w:rFonts w:eastAsia="B Nazanin" w:cs="B Nazanin"/>
        </w:rPr>
        <w:t xml:space="preserve"> </w:t>
      </w:r>
      <w:proofErr w:type="spellStart"/>
      <w:r>
        <w:rPr>
          <w:rFonts w:eastAsia="B Nazanin" w:cs="B Nazanin"/>
        </w:rPr>
        <w:t>از</w:t>
      </w:r>
      <w:proofErr w:type="spellEnd"/>
      <w:r>
        <w:rPr>
          <w:rFonts w:eastAsia="B Nazanin" w:cs="B Nazanin"/>
        </w:rPr>
        <w:t xml:space="preserve"> </w:t>
      </w:r>
      <w:proofErr w:type="spellStart"/>
      <w:r>
        <w:rPr>
          <w:rFonts w:eastAsia="B Nazanin" w:cs="B Nazanin"/>
        </w:rPr>
        <w:t>انجام</w:t>
      </w:r>
      <w:proofErr w:type="spellEnd"/>
      <w:r>
        <w:rPr>
          <w:rFonts w:eastAsia="B Nazanin" w:cs="B Nazanin"/>
        </w:rPr>
        <w:t xml:space="preserve"> </w:t>
      </w:r>
      <w:proofErr w:type="spellStart"/>
      <w:r>
        <w:rPr>
          <w:rFonts w:eastAsia="B Nazanin" w:cs="B Nazanin"/>
        </w:rPr>
        <w:t>تکالیف</w:t>
      </w:r>
      <w:proofErr w:type="spellEnd"/>
      <w:r>
        <w:rPr>
          <w:rFonts w:eastAsia="B Nazanin" w:cs="B Nazanin" w:hint="cs"/>
          <w:rtl/>
        </w:rPr>
        <w:t>.</w:t>
      </w:r>
    </w:p>
    <w:p w14:paraId="637D3C7D" w14:textId="4FC7C82F" w:rsidR="006A2542" w:rsidRDefault="007F2F21" w:rsidP="002159CC">
      <w:pPr>
        <w:bidi/>
      </w:pPr>
      <w:r>
        <w:rPr>
          <w:rFonts w:eastAsia="B Nazanin" w:cs="B Nazanin"/>
        </w:rPr>
        <w:t>همچنین</w:t>
      </w:r>
      <w:r>
        <w:rPr>
          <w:rFonts w:eastAsia="B Nazanin" w:cs="B Nazanin"/>
        </w:rPr>
        <w:t xml:space="preserve"> </w:t>
      </w:r>
      <w:r>
        <w:rPr>
          <w:rFonts w:eastAsia="B Nazanin" w:cs="B Nazanin"/>
        </w:rPr>
        <w:t>لازم</w:t>
      </w:r>
      <w:r>
        <w:rPr>
          <w:rFonts w:eastAsia="B Nazanin" w:cs="B Nazanin"/>
        </w:rPr>
        <w:t xml:space="preserve"> </w:t>
      </w:r>
      <w:r>
        <w:rPr>
          <w:rFonts w:eastAsia="B Nazanin" w:cs="B Nazanin"/>
        </w:rPr>
        <w:t>نیست</w:t>
      </w:r>
      <w:r>
        <w:rPr>
          <w:rFonts w:eastAsia="B Nazanin" w:cs="B Nazanin"/>
        </w:rPr>
        <w:t xml:space="preserve"> </w:t>
      </w:r>
      <w:r>
        <w:rPr>
          <w:rFonts w:eastAsia="B Nazanin" w:cs="B Nazanin"/>
        </w:rPr>
        <w:t>هر</w:t>
      </w:r>
      <w:r>
        <w:rPr>
          <w:rFonts w:eastAsia="B Nazanin" w:cs="B Nazanin"/>
        </w:rPr>
        <w:t xml:space="preserve"> </w:t>
      </w:r>
      <w:r>
        <w:rPr>
          <w:rFonts w:eastAsia="B Nazanin" w:cs="B Nazanin"/>
        </w:rPr>
        <w:t>روز</w:t>
      </w:r>
      <w:r>
        <w:rPr>
          <w:rFonts w:eastAsia="B Nazanin" w:cs="B Nazanin"/>
        </w:rPr>
        <w:t xml:space="preserve"> </w:t>
      </w:r>
      <w:r>
        <w:rPr>
          <w:rFonts w:eastAsia="B Nazanin" w:cs="B Nazanin"/>
        </w:rPr>
        <w:t>تمام</w:t>
      </w:r>
      <w:r>
        <w:rPr>
          <w:rFonts w:eastAsia="B Nazanin" w:cs="B Nazanin"/>
        </w:rPr>
        <w:t xml:space="preserve"> </w:t>
      </w:r>
      <w:r>
        <w:rPr>
          <w:rFonts w:eastAsia="B Nazanin" w:cs="B Nazanin"/>
        </w:rPr>
        <w:t>مهارت</w:t>
      </w:r>
      <w:r>
        <w:rPr>
          <w:rFonts w:eastAsia="B Nazanin" w:cs="B Nazanin"/>
        </w:rPr>
        <w:t>‌</w:t>
      </w:r>
      <w:r>
        <w:rPr>
          <w:rFonts w:eastAsia="B Nazanin" w:cs="B Nazanin"/>
        </w:rPr>
        <w:t>ها</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با</w:t>
      </w:r>
      <w:r>
        <w:rPr>
          <w:rFonts w:eastAsia="B Nazanin" w:cs="B Nazanin"/>
        </w:rPr>
        <w:t xml:space="preserve"> </w:t>
      </w:r>
      <w:r>
        <w:rPr>
          <w:rFonts w:eastAsia="B Nazanin" w:cs="B Nazanin"/>
        </w:rPr>
        <w:t>شدت</w:t>
      </w:r>
      <w:r>
        <w:rPr>
          <w:rFonts w:eastAsia="B Nazanin" w:cs="B Nazanin"/>
        </w:rPr>
        <w:t xml:space="preserve"> </w:t>
      </w:r>
      <w:r>
        <w:rPr>
          <w:rFonts w:eastAsia="B Nazanin" w:cs="B Nazanin"/>
        </w:rPr>
        <w:t>یکسان</w:t>
      </w:r>
      <w:r>
        <w:rPr>
          <w:rFonts w:eastAsia="B Nazanin" w:cs="B Nazanin"/>
        </w:rPr>
        <w:t xml:space="preserve"> </w:t>
      </w:r>
      <w:r>
        <w:rPr>
          <w:rFonts w:eastAsia="B Nazanin" w:cs="B Nazanin"/>
        </w:rPr>
        <w:t>تمرین</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می</w:t>
      </w:r>
      <w:r>
        <w:rPr>
          <w:rFonts w:eastAsia="B Nazanin" w:cs="B Nazanin"/>
        </w:rPr>
        <w:t>‌</w:t>
      </w:r>
      <w:r>
        <w:rPr>
          <w:rFonts w:eastAsia="B Nazanin" w:cs="B Nazanin"/>
        </w:rPr>
        <w:t>توانید</w:t>
      </w:r>
      <w:r>
        <w:rPr>
          <w:rFonts w:eastAsia="B Nazanin" w:cs="B Nazanin"/>
        </w:rPr>
        <w:t xml:space="preserve"> </w:t>
      </w:r>
      <w:r>
        <w:rPr>
          <w:rFonts w:eastAsia="B Nazanin" w:cs="B Nazanin"/>
        </w:rPr>
        <w:t>روزهای</w:t>
      </w:r>
      <w:r>
        <w:rPr>
          <w:rFonts w:eastAsia="B Nazanin" w:cs="B Nazanin"/>
        </w:rPr>
        <w:t xml:space="preserve"> </w:t>
      </w:r>
      <w:r>
        <w:rPr>
          <w:rFonts w:eastAsia="B Nazanin" w:cs="B Nazanin"/>
        </w:rPr>
        <w:t>مختلف</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با</w:t>
      </w:r>
      <w:r>
        <w:rPr>
          <w:rFonts w:eastAsia="B Nazanin" w:cs="B Nazanin"/>
        </w:rPr>
        <w:t xml:space="preserve"> </w:t>
      </w:r>
      <w:r>
        <w:rPr>
          <w:rFonts w:eastAsia="B Nazanin" w:cs="B Nazanin"/>
        </w:rPr>
        <w:t>تأکید</w:t>
      </w:r>
      <w:r>
        <w:rPr>
          <w:rFonts w:eastAsia="B Nazanin" w:cs="B Nazanin"/>
        </w:rPr>
        <w:t xml:space="preserve"> </w:t>
      </w:r>
      <w:r>
        <w:rPr>
          <w:rFonts w:eastAsia="B Nazanin" w:cs="B Nazanin"/>
        </w:rPr>
        <w:t>متفاوت</w:t>
      </w:r>
      <w:r>
        <w:rPr>
          <w:rFonts w:eastAsia="B Nazanin" w:cs="B Nazanin"/>
        </w:rPr>
        <w:t xml:space="preserve"> </w:t>
      </w:r>
      <w:r>
        <w:rPr>
          <w:rFonts w:eastAsia="B Nazanin" w:cs="B Nazanin"/>
        </w:rPr>
        <w:t>تنظیم</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اما</w:t>
      </w:r>
      <w:r>
        <w:rPr>
          <w:rFonts w:eastAsia="B Nazanin" w:cs="B Nazanin"/>
        </w:rPr>
        <w:t xml:space="preserve"> </w:t>
      </w:r>
      <w:r>
        <w:rPr>
          <w:rFonts w:eastAsia="B Nazanin" w:cs="B Nazanin"/>
        </w:rPr>
        <w:t>بهتر</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شنیدن</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تماس</w:t>
      </w:r>
      <w:r>
        <w:rPr>
          <w:rFonts w:eastAsia="B Nazanin" w:cs="B Nazanin"/>
        </w:rPr>
        <w:t xml:space="preserve"> </w:t>
      </w:r>
      <w:r>
        <w:rPr>
          <w:rFonts w:eastAsia="B Nazanin" w:cs="B Nazanin"/>
        </w:rPr>
        <w:t>فعال</w:t>
      </w:r>
      <w:r>
        <w:rPr>
          <w:rFonts w:eastAsia="B Nazanin" w:cs="B Nazanin"/>
        </w:rPr>
        <w:t xml:space="preserve"> </w:t>
      </w:r>
      <w:r>
        <w:rPr>
          <w:rFonts w:eastAsia="B Nazanin" w:cs="B Nazanin"/>
        </w:rPr>
        <w:t>با</w:t>
      </w:r>
      <w:r>
        <w:rPr>
          <w:rFonts w:eastAsia="B Nazanin" w:cs="B Nazanin"/>
        </w:rPr>
        <w:t xml:space="preserve"> </w:t>
      </w:r>
      <w:r>
        <w:rPr>
          <w:rFonts w:eastAsia="B Nazanin" w:cs="B Nazanin"/>
        </w:rPr>
        <w:t>زبان</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طول</w:t>
      </w:r>
      <w:r>
        <w:rPr>
          <w:rFonts w:eastAsia="B Nazanin" w:cs="B Nazanin"/>
        </w:rPr>
        <w:t xml:space="preserve"> </w:t>
      </w:r>
      <w:r>
        <w:rPr>
          <w:rFonts w:eastAsia="B Nazanin" w:cs="B Nazanin"/>
        </w:rPr>
        <w:t>هفته</w:t>
      </w:r>
      <w:r>
        <w:rPr>
          <w:rFonts w:eastAsia="B Nazanin" w:cs="B Nazanin"/>
        </w:rPr>
        <w:t xml:space="preserve"> </w:t>
      </w:r>
      <w:r>
        <w:rPr>
          <w:rFonts w:eastAsia="B Nazanin" w:cs="B Nazanin"/>
        </w:rPr>
        <w:t>تکرار</w:t>
      </w:r>
      <w:r>
        <w:rPr>
          <w:rFonts w:eastAsia="B Nazanin" w:cs="B Nazanin"/>
        </w:rPr>
        <w:t xml:space="preserve"> </w:t>
      </w:r>
      <w:r>
        <w:rPr>
          <w:rFonts w:eastAsia="B Nazanin" w:cs="B Nazanin"/>
        </w:rPr>
        <w:t>شود</w:t>
      </w:r>
      <w:r>
        <w:rPr>
          <w:rFonts w:eastAsia="B Nazanin" w:cs="B Nazanin"/>
        </w:rPr>
        <w:t xml:space="preserve">. </w:t>
      </w:r>
      <w:r>
        <w:rPr>
          <w:rFonts w:eastAsia="B Nazanin" w:cs="B Nazanin"/>
        </w:rPr>
        <w:t>ثبت</w:t>
      </w:r>
      <w:r>
        <w:rPr>
          <w:rFonts w:eastAsia="B Nazanin" w:cs="B Nazanin"/>
        </w:rPr>
        <w:t xml:space="preserve"> </w:t>
      </w:r>
      <w:r>
        <w:rPr>
          <w:rFonts w:eastAsia="B Nazanin" w:cs="B Nazanin"/>
        </w:rPr>
        <w:t>ساده</w:t>
      </w:r>
      <w:r>
        <w:rPr>
          <w:rFonts w:eastAsia="B Nazanin" w:cs="B Nazanin"/>
        </w:rPr>
        <w:t xml:space="preserve"> </w:t>
      </w:r>
      <w:r>
        <w:rPr>
          <w:rFonts w:eastAsia="B Nazanin" w:cs="B Nazanin"/>
        </w:rPr>
        <w:t>فعالیت</w:t>
      </w:r>
      <w:r>
        <w:rPr>
          <w:rFonts w:eastAsia="B Nazanin" w:cs="B Nazanin"/>
        </w:rPr>
        <w:t>‌</w:t>
      </w:r>
      <w:r>
        <w:rPr>
          <w:rFonts w:eastAsia="B Nazanin" w:cs="B Nazanin"/>
        </w:rPr>
        <w:t>ها</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تقویم</w:t>
      </w:r>
      <w:r>
        <w:rPr>
          <w:rFonts w:eastAsia="B Nazanin" w:cs="B Nazanin"/>
        </w:rPr>
        <w:t xml:space="preserve"> </w:t>
      </w:r>
      <w:r>
        <w:rPr>
          <w:rFonts w:eastAsia="B Nazanin" w:cs="B Nazanin"/>
        </w:rPr>
        <w:t>یا</w:t>
      </w:r>
      <w:r>
        <w:rPr>
          <w:rFonts w:eastAsia="B Nazanin" w:cs="B Nazanin"/>
        </w:rPr>
        <w:t xml:space="preserve"> </w:t>
      </w:r>
      <w:r>
        <w:rPr>
          <w:rFonts w:eastAsia="B Nazanin" w:cs="B Nazanin"/>
        </w:rPr>
        <w:t>دفترچه</w:t>
      </w:r>
      <w:r>
        <w:rPr>
          <w:rFonts w:eastAsia="B Nazanin" w:cs="B Nazanin"/>
        </w:rPr>
        <w:t xml:space="preserve"> </w:t>
      </w:r>
      <w:r>
        <w:rPr>
          <w:rFonts w:eastAsia="B Nazanin" w:cs="B Nazanin"/>
        </w:rPr>
        <w:t>نیز</w:t>
      </w:r>
      <w:r>
        <w:rPr>
          <w:rFonts w:eastAsia="B Nazanin" w:cs="B Nazanin"/>
        </w:rPr>
        <w:t xml:space="preserve"> </w:t>
      </w:r>
      <w:r>
        <w:rPr>
          <w:rFonts w:eastAsia="B Nazanin" w:cs="B Nazanin"/>
        </w:rPr>
        <w:t>مفید</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به</w:t>
      </w:r>
      <w:r>
        <w:rPr>
          <w:rFonts w:eastAsia="B Nazanin" w:cs="B Nazanin"/>
        </w:rPr>
        <w:t xml:space="preserve"> </w:t>
      </w:r>
      <w:r>
        <w:rPr>
          <w:rFonts w:eastAsia="B Nazanin" w:cs="B Nazanin"/>
        </w:rPr>
        <w:t>جای</w:t>
      </w:r>
      <w:r>
        <w:rPr>
          <w:rFonts w:eastAsia="B Nazanin" w:cs="B Nazanin"/>
        </w:rPr>
        <w:t xml:space="preserve"> </w:t>
      </w:r>
      <w:r>
        <w:rPr>
          <w:rFonts w:eastAsia="B Nazanin" w:cs="B Nazanin"/>
        </w:rPr>
        <w:t>تمرکز</w:t>
      </w:r>
      <w:r>
        <w:rPr>
          <w:rFonts w:eastAsia="B Nazanin" w:cs="B Nazanin"/>
        </w:rPr>
        <w:t xml:space="preserve"> </w:t>
      </w:r>
      <w:r>
        <w:rPr>
          <w:rFonts w:eastAsia="B Nazanin" w:cs="B Nazanin"/>
        </w:rPr>
        <w:t>بر</w:t>
      </w:r>
      <w:r>
        <w:rPr>
          <w:rFonts w:eastAsia="B Nazanin" w:cs="B Nazanin"/>
        </w:rPr>
        <w:t xml:space="preserve"> </w:t>
      </w:r>
      <w:r>
        <w:rPr>
          <w:rFonts w:eastAsia="B Nazanin" w:cs="B Nazanin"/>
        </w:rPr>
        <w:t>روزهایی</w:t>
      </w:r>
      <w:r>
        <w:rPr>
          <w:rFonts w:eastAsia="B Nazanin" w:cs="B Nazanin"/>
        </w:rPr>
        <w:t xml:space="preserve"> </w:t>
      </w:r>
      <w:r>
        <w:rPr>
          <w:rFonts w:eastAsia="B Nazanin" w:cs="B Nazanin"/>
        </w:rPr>
        <w:t>که</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دست</w:t>
      </w:r>
      <w:r>
        <w:rPr>
          <w:rFonts w:eastAsia="B Nazanin" w:cs="B Nazanin"/>
        </w:rPr>
        <w:t xml:space="preserve"> </w:t>
      </w:r>
      <w:proofErr w:type="spellStart"/>
      <w:r>
        <w:rPr>
          <w:rFonts w:eastAsia="B Nazanin" w:cs="B Nazanin"/>
        </w:rPr>
        <w:t>رفته</w:t>
      </w:r>
      <w:r>
        <w:rPr>
          <w:rFonts w:eastAsia="B Nazanin" w:cs="B Nazanin"/>
        </w:rPr>
        <w:t>‌</w:t>
      </w:r>
      <w:r>
        <w:rPr>
          <w:rFonts w:eastAsia="B Nazanin" w:cs="B Nazanin"/>
        </w:rPr>
        <w:t>اند</w:t>
      </w:r>
      <w:proofErr w:type="spellEnd"/>
      <w:r>
        <w:rPr>
          <w:rFonts w:eastAsia="B Nazanin" w:cs="B Nazanin"/>
        </w:rPr>
        <w:t>،</w:t>
      </w:r>
      <w:r>
        <w:rPr>
          <w:rFonts w:eastAsia="B Nazanin" w:cs="B Nazanin"/>
        </w:rPr>
        <w:t xml:space="preserve"> </w:t>
      </w:r>
      <w:proofErr w:type="spellStart"/>
      <w:r>
        <w:rPr>
          <w:rFonts w:eastAsia="B Nazanin" w:cs="B Nazanin"/>
        </w:rPr>
        <w:t>به</w:t>
      </w:r>
      <w:proofErr w:type="spellEnd"/>
      <w:r>
        <w:rPr>
          <w:rFonts w:eastAsia="B Nazanin" w:cs="B Nazanin"/>
        </w:rPr>
        <w:t xml:space="preserve"> </w:t>
      </w:r>
      <w:proofErr w:type="spellStart"/>
      <w:r>
        <w:rPr>
          <w:rFonts w:eastAsia="B Nazanin" w:cs="B Nazanin"/>
        </w:rPr>
        <w:t>برنامه</w:t>
      </w:r>
      <w:proofErr w:type="spellEnd"/>
      <w:r>
        <w:rPr>
          <w:rFonts w:eastAsia="B Nazanin" w:cs="B Nazanin"/>
        </w:rPr>
        <w:t xml:space="preserve"> </w:t>
      </w:r>
      <w:proofErr w:type="spellStart"/>
      <w:r>
        <w:rPr>
          <w:rFonts w:eastAsia="B Nazanin" w:cs="B Nazanin"/>
        </w:rPr>
        <w:t>برگردید</w:t>
      </w:r>
      <w:proofErr w:type="spellEnd"/>
      <w:r>
        <w:rPr>
          <w:rFonts w:eastAsia="B Nazanin" w:cs="B Nazanin"/>
        </w:rPr>
        <w:t xml:space="preserve"> </w:t>
      </w:r>
      <w:r>
        <w:rPr>
          <w:rFonts w:eastAsia="B Nazanin" w:cs="B Nazanin"/>
        </w:rPr>
        <w:t>و</w:t>
      </w:r>
      <w:r>
        <w:rPr>
          <w:rFonts w:eastAsia="B Nazanin" w:cs="B Nazanin"/>
        </w:rPr>
        <w:t xml:space="preserve"> </w:t>
      </w:r>
      <w:proofErr w:type="spellStart"/>
      <w:r>
        <w:rPr>
          <w:rFonts w:eastAsia="B Nazanin" w:cs="B Nazanin"/>
        </w:rPr>
        <w:t>ادامه</w:t>
      </w:r>
      <w:proofErr w:type="spellEnd"/>
      <w:r>
        <w:rPr>
          <w:rFonts w:eastAsia="B Nazanin" w:cs="B Nazanin"/>
        </w:rPr>
        <w:t xml:space="preserve"> </w:t>
      </w:r>
      <w:proofErr w:type="spellStart"/>
      <w:r>
        <w:rPr>
          <w:rFonts w:eastAsia="B Nazanin" w:cs="B Nazanin"/>
        </w:rPr>
        <w:t>دهید</w:t>
      </w:r>
      <w:proofErr w:type="spellEnd"/>
      <w:r w:rsidR="002159CC">
        <w:rPr>
          <w:rFonts w:eastAsia="B Nazanin" w:cs="B Nazanin" w:hint="cs"/>
          <w:rtl/>
        </w:rPr>
        <w:t>.</w:t>
      </w:r>
    </w:p>
    <w:p w14:paraId="56866512" w14:textId="4A715B18" w:rsidR="006A2542" w:rsidRDefault="007F2F21" w:rsidP="002159CC">
      <w:pPr>
        <w:pStyle w:val="Heading1"/>
        <w:numPr>
          <w:ilvl w:val="0"/>
          <w:numId w:val="10"/>
        </w:numPr>
        <w:bidi/>
      </w:pPr>
      <w:proofErr w:type="spellStart"/>
      <w:r>
        <w:rPr>
          <w:rFonts w:ascii="B Nazanin" w:eastAsia="B Nazanin" w:hAnsi="B Nazanin" w:cs="B Nazanin"/>
        </w:rPr>
        <w:t>مهارت</w:t>
      </w:r>
      <w:proofErr w:type="spellEnd"/>
      <w:r>
        <w:rPr>
          <w:rFonts w:ascii="B Nazanin" w:eastAsia="B Nazanin" w:hAnsi="B Nazanin" w:cs="B Nazanin"/>
        </w:rPr>
        <w:t xml:space="preserve"> </w:t>
      </w:r>
      <w:proofErr w:type="spellStart"/>
      <w:r>
        <w:rPr>
          <w:rFonts w:ascii="B Nazanin" w:eastAsia="B Nazanin" w:hAnsi="B Nazanin" w:cs="B Nazanin"/>
        </w:rPr>
        <w:t>شنیدن</w:t>
      </w:r>
      <w:proofErr w:type="spellEnd"/>
      <w:r>
        <w:rPr>
          <w:rFonts w:ascii="B Nazanin" w:eastAsia="B Nazanin" w:hAnsi="B Nazanin" w:cs="B Nazanin"/>
        </w:rPr>
        <w:t xml:space="preserve"> </w:t>
      </w:r>
      <w:proofErr w:type="spellStart"/>
      <w:r>
        <w:rPr>
          <w:rFonts w:ascii="B Nazanin" w:eastAsia="B Nazanin" w:hAnsi="B Nazanin" w:cs="B Nazanin"/>
        </w:rPr>
        <w:t>را</w:t>
      </w:r>
      <w:proofErr w:type="spellEnd"/>
      <w:r>
        <w:rPr>
          <w:rFonts w:ascii="B Nazanin" w:eastAsia="B Nazanin" w:hAnsi="B Nazanin" w:cs="B Nazanin"/>
        </w:rPr>
        <w:t xml:space="preserve"> </w:t>
      </w:r>
      <w:proofErr w:type="spellStart"/>
      <w:r>
        <w:rPr>
          <w:rFonts w:ascii="B Nazanin" w:eastAsia="B Nazanin" w:hAnsi="B Nazanin" w:cs="B Nazanin"/>
        </w:rPr>
        <w:t>با</w:t>
      </w:r>
      <w:proofErr w:type="spellEnd"/>
      <w:r>
        <w:rPr>
          <w:rFonts w:ascii="B Nazanin" w:eastAsia="B Nazanin" w:hAnsi="B Nazanin" w:cs="B Nazanin"/>
        </w:rPr>
        <w:t xml:space="preserve"> </w:t>
      </w:r>
      <w:r>
        <w:rPr>
          <w:rFonts w:ascii="B Nazanin" w:eastAsia="B Nazanin" w:hAnsi="B Nazanin" w:cs="B Nazanin"/>
        </w:rPr>
        <w:t>محتوای</w:t>
      </w:r>
      <w:r>
        <w:rPr>
          <w:rFonts w:ascii="B Nazanin" w:eastAsia="B Nazanin" w:hAnsi="B Nazanin" w:cs="B Nazanin"/>
        </w:rPr>
        <w:t xml:space="preserve"> </w:t>
      </w:r>
      <w:r>
        <w:rPr>
          <w:rFonts w:ascii="B Nazanin" w:eastAsia="B Nazanin" w:hAnsi="B Nazanin" w:cs="B Nazanin"/>
        </w:rPr>
        <w:t>قابل</w:t>
      </w:r>
      <w:r>
        <w:rPr>
          <w:rFonts w:ascii="B Nazanin" w:eastAsia="B Nazanin" w:hAnsi="B Nazanin" w:cs="B Nazanin"/>
        </w:rPr>
        <w:t>‌</w:t>
      </w:r>
      <w:r>
        <w:rPr>
          <w:rFonts w:ascii="B Nazanin" w:eastAsia="B Nazanin" w:hAnsi="B Nazanin" w:cs="B Nazanin"/>
        </w:rPr>
        <w:t>فهم</w:t>
      </w:r>
      <w:r>
        <w:rPr>
          <w:rFonts w:ascii="B Nazanin" w:eastAsia="B Nazanin" w:hAnsi="B Nazanin" w:cs="B Nazanin"/>
        </w:rPr>
        <w:t xml:space="preserve"> </w:t>
      </w:r>
      <w:r>
        <w:rPr>
          <w:rFonts w:ascii="B Nazanin" w:eastAsia="B Nazanin" w:hAnsi="B Nazanin" w:cs="B Nazanin"/>
        </w:rPr>
        <w:t>تقویت</w:t>
      </w:r>
      <w:r>
        <w:rPr>
          <w:rFonts w:ascii="B Nazanin" w:eastAsia="B Nazanin" w:hAnsi="B Nazanin" w:cs="B Nazanin"/>
        </w:rPr>
        <w:t xml:space="preserve"> </w:t>
      </w:r>
      <w:r>
        <w:rPr>
          <w:rFonts w:ascii="B Nazanin" w:eastAsia="B Nazanin" w:hAnsi="B Nazanin" w:cs="B Nazanin"/>
        </w:rPr>
        <w:t>کنید</w:t>
      </w:r>
    </w:p>
    <w:p w14:paraId="7CE03F53" w14:textId="5AEBFC23" w:rsidR="006A2542" w:rsidRDefault="002159CC" w:rsidP="002159CC">
      <w:pPr>
        <w:bidi/>
      </w:pPr>
      <w:r>
        <w:rPr>
          <w:rFonts w:eastAsia="B Nazanin" w:cs="B Nazanin" w:hint="cs"/>
          <w:rtl/>
        </w:rPr>
        <w:t xml:space="preserve">   </w:t>
      </w:r>
      <w:proofErr w:type="spellStart"/>
      <w:r>
        <w:rPr>
          <w:rFonts w:eastAsia="B Nazanin" w:cs="B Nazanin"/>
        </w:rPr>
        <w:t>شنیدن</w:t>
      </w:r>
      <w:proofErr w:type="spellEnd"/>
      <w:r>
        <w:rPr>
          <w:rFonts w:eastAsia="B Nazanin" w:cs="B Nazanin"/>
        </w:rPr>
        <w:t xml:space="preserve"> </w:t>
      </w:r>
      <w:proofErr w:type="spellStart"/>
      <w:r>
        <w:rPr>
          <w:rFonts w:eastAsia="B Nazanin" w:cs="B Nazanin"/>
        </w:rPr>
        <w:t>برای</w:t>
      </w:r>
      <w:proofErr w:type="spellEnd"/>
      <w:r>
        <w:rPr>
          <w:rFonts w:eastAsia="B Nazanin" w:cs="B Nazanin"/>
        </w:rPr>
        <w:t xml:space="preserve"> </w:t>
      </w:r>
      <w:proofErr w:type="spellStart"/>
      <w:r>
        <w:rPr>
          <w:rFonts w:eastAsia="B Nazanin" w:cs="B Nazanin"/>
        </w:rPr>
        <w:t>بسیاری</w:t>
      </w:r>
      <w:proofErr w:type="spellEnd"/>
      <w:r>
        <w:rPr>
          <w:rFonts w:eastAsia="B Nazanin" w:cs="B Nazanin"/>
        </w:rPr>
        <w:t xml:space="preserve"> </w:t>
      </w:r>
      <w:proofErr w:type="spellStart"/>
      <w:r>
        <w:rPr>
          <w:rFonts w:eastAsia="B Nazanin" w:cs="B Nazanin"/>
        </w:rPr>
        <w:t>از</w:t>
      </w:r>
      <w:proofErr w:type="spellEnd"/>
      <w:r>
        <w:rPr>
          <w:rFonts w:eastAsia="B Nazanin" w:cs="B Nazanin"/>
        </w:rPr>
        <w:t xml:space="preserve"> زبان‌آموزان دشوار است، زیرا در گفتار واقعی کلمات به‌صورت جدا و آهسته ادا نمی‌شوند. گویندگان کلمات را به هم پیوند می‌دهند، بعضی صداها ضعیف می‌شوند و سرعت مکالمه ممکن است زیاد باشد. راه‌حل این نیست که از همان ابتدا سراغ سخت‌ترین فیلم‌ها برویم؛ بلکه باید محتوایی انتخاب کنیم که کمی بالاتر از سطح فعلی باشد و </w:t>
      </w:r>
      <w:proofErr w:type="spellStart"/>
      <w:r>
        <w:rPr>
          <w:rFonts w:eastAsia="B Nazanin" w:cs="B Nazanin"/>
        </w:rPr>
        <w:t>بتوانیم</w:t>
      </w:r>
      <w:proofErr w:type="spellEnd"/>
      <w:r>
        <w:rPr>
          <w:rFonts w:eastAsia="B Nazanin" w:cs="B Nazanin"/>
        </w:rPr>
        <w:t xml:space="preserve"> </w:t>
      </w:r>
      <w:proofErr w:type="spellStart"/>
      <w:r>
        <w:rPr>
          <w:rFonts w:eastAsia="B Nazanin" w:cs="B Nazanin"/>
        </w:rPr>
        <w:t>بخش</w:t>
      </w:r>
      <w:proofErr w:type="spellEnd"/>
      <w:r>
        <w:rPr>
          <w:rFonts w:eastAsia="B Nazanin" w:cs="B Nazanin"/>
        </w:rPr>
        <w:t xml:space="preserve"> </w:t>
      </w:r>
      <w:proofErr w:type="spellStart"/>
      <w:r>
        <w:rPr>
          <w:rFonts w:eastAsia="B Nazanin" w:cs="B Nazanin"/>
        </w:rPr>
        <w:t>زیادی</w:t>
      </w:r>
      <w:proofErr w:type="spellEnd"/>
      <w:r>
        <w:rPr>
          <w:rFonts w:eastAsia="B Nazanin" w:cs="B Nazanin"/>
        </w:rPr>
        <w:t xml:space="preserve"> </w:t>
      </w:r>
      <w:proofErr w:type="spellStart"/>
      <w:r>
        <w:rPr>
          <w:rFonts w:eastAsia="B Nazanin" w:cs="B Nazanin"/>
        </w:rPr>
        <w:t>از</w:t>
      </w:r>
      <w:proofErr w:type="spellEnd"/>
      <w:r>
        <w:rPr>
          <w:rFonts w:eastAsia="B Nazanin" w:cs="B Nazanin"/>
        </w:rPr>
        <w:t xml:space="preserve"> </w:t>
      </w:r>
      <w:proofErr w:type="spellStart"/>
      <w:r>
        <w:rPr>
          <w:rFonts w:eastAsia="B Nazanin" w:cs="B Nazanin"/>
        </w:rPr>
        <w:t>آن</w:t>
      </w:r>
      <w:proofErr w:type="spellEnd"/>
      <w:r>
        <w:rPr>
          <w:rFonts w:eastAsia="B Nazanin" w:cs="B Nazanin"/>
        </w:rPr>
        <w:t xml:space="preserve"> </w:t>
      </w:r>
      <w:proofErr w:type="spellStart"/>
      <w:r>
        <w:rPr>
          <w:rFonts w:eastAsia="B Nazanin" w:cs="B Nazanin"/>
        </w:rPr>
        <w:t>را</w:t>
      </w:r>
      <w:proofErr w:type="spellEnd"/>
      <w:r>
        <w:rPr>
          <w:rFonts w:eastAsia="B Nazanin" w:cs="B Nazanin"/>
        </w:rPr>
        <w:t xml:space="preserve"> </w:t>
      </w:r>
      <w:proofErr w:type="spellStart"/>
      <w:r>
        <w:rPr>
          <w:rFonts w:eastAsia="B Nazanin" w:cs="B Nazanin"/>
        </w:rPr>
        <w:t>بفهمیم</w:t>
      </w:r>
      <w:proofErr w:type="spellEnd"/>
      <w:r>
        <w:rPr>
          <w:rFonts w:eastAsia="B Nazanin" w:cs="B Nazanin" w:hint="cs"/>
          <w:rtl/>
        </w:rPr>
        <w:t>.</w:t>
      </w:r>
    </w:p>
    <w:p w14:paraId="41EA408C" w14:textId="45605338" w:rsidR="006A2542" w:rsidRDefault="002159CC" w:rsidP="002159CC">
      <w:pPr>
        <w:bidi/>
      </w:pPr>
      <w:r>
        <w:rPr>
          <w:rFonts w:eastAsia="B Nazanin" w:cs="B Nazanin" w:hint="cs"/>
          <w:rtl/>
        </w:rPr>
        <w:t xml:space="preserve">   </w:t>
      </w:r>
      <w:proofErr w:type="spellStart"/>
      <w:r>
        <w:rPr>
          <w:rFonts w:eastAsia="B Nazanin" w:cs="B Nazanin"/>
        </w:rPr>
        <w:t>یک</w:t>
      </w:r>
      <w:proofErr w:type="spellEnd"/>
      <w:r>
        <w:rPr>
          <w:rFonts w:eastAsia="B Nazanin" w:cs="B Nazanin"/>
        </w:rPr>
        <w:t xml:space="preserve"> </w:t>
      </w:r>
      <w:proofErr w:type="spellStart"/>
      <w:r>
        <w:rPr>
          <w:rFonts w:eastAsia="B Nazanin" w:cs="B Nazanin"/>
        </w:rPr>
        <w:t>روش</w:t>
      </w:r>
      <w:proofErr w:type="spellEnd"/>
      <w:r>
        <w:rPr>
          <w:rFonts w:eastAsia="B Nazanin" w:cs="B Nazanin"/>
        </w:rPr>
        <w:t xml:space="preserve"> </w:t>
      </w:r>
      <w:proofErr w:type="spellStart"/>
      <w:r>
        <w:rPr>
          <w:rFonts w:eastAsia="B Nazanin" w:cs="B Nazanin"/>
        </w:rPr>
        <w:t>مؤثر</w:t>
      </w:r>
      <w:proofErr w:type="spellEnd"/>
      <w:r>
        <w:rPr>
          <w:rFonts w:eastAsia="B Nazanin" w:cs="B Nazanin"/>
        </w:rPr>
        <w:t xml:space="preserve">، </w:t>
      </w:r>
      <w:proofErr w:type="spellStart"/>
      <w:r>
        <w:rPr>
          <w:rFonts w:eastAsia="B Nazanin" w:cs="B Nazanin"/>
        </w:rPr>
        <w:t>گوش</w:t>
      </w:r>
      <w:proofErr w:type="spellEnd"/>
      <w:r>
        <w:rPr>
          <w:rFonts w:eastAsia="B Nazanin" w:cs="B Nazanin"/>
        </w:rPr>
        <w:t xml:space="preserve"> دادن چندمرحله‌ای است. ابتدا فایل را بدون توقف گوش کنید و فقط موضوع کلی را تشخیص دهید. بار دوم، به جزئیات توجه کنید و اگر متن یا زیرنویس انگلیسی در دسترس است، آن را بررسی کنید. سپس بخش کوتاهی را دوباره گوش دهید و عبارت‌های مهم را یادداشت کنید. در پایان، بدون نگاه کردن به متن، همان بخش را دوباره پخش کنید. این کار به پیوند میان </w:t>
      </w:r>
      <w:proofErr w:type="spellStart"/>
      <w:r>
        <w:rPr>
          <w:rFonts w:eastAsia="B Nazanin" w:cs="B Nazanin"/>
        </w:rPr>
        <w:t>شکل</w:t>
      </w:r>
      <w:proofErr w:type="spellEnd"/>
      <w:r>
        <w:rPr>
          <w:rFonts w:eastAsia="B Nazanin" w:cs="B Nazanin"/>
        </w:rPr>
        <w:t xml:space="preserve"> </w:t>
      </w:r>
      <w:proofErr w:type="spellStart"/>
      <w:r>
        <w:rPr>
          <w:rFonts w:eastAsia="B Nazanin" w:cs="B Nazanin"/>
        </w:rPr>
        <w:t>نوشتاری</w:t>
      </w:r>
      <w:proofErr w:type="spellEnd"/>
      <w:r>
        <w:rPr>
          <w:rFonts w:eastAsia="B Nazanin" w:cs="B Nazanin"/>
        </w:rPr>
        <w:t xml:space="preserve"> و </w:t>
      </w:r>
      <w:proofErr w:type="spellStart"/>
      <w:r>
        <w:rPr>
          <w:rFonts w:eastAsia="B Nazanin" w:cs="B Nazanin"/>
        </w:rPr>
        <w:t>صدای</w:t>
      </w:r>
      <w:proofErr w:type="spellEnd"/>
      <w:r>
        <w:rPr>
          <w:rFonts w:eastAsia="B Nazanin" w:cs="B Nazanin"/>
        </w:rPr>
        <w:t xml:space="preserve"> </w:t>
      </w:r>
      <w:proofErr w:type="spellStart"/>
      <w:r>
        <w:rPr>
          <w:rFonts w:eastAsia="B Nazanin" w:cs="B Nazanin"/>
        </w:rPr>
        <w:t>کلمات</w:t>
      </w:r>
      <w:proofErr w:type="spellEnd"/>
      <w:r>
        <w:rPr>
          <w:rFonts w:eastAsia="B Nazanin" w:cs="B Nazanin"/>
        </w:rPr>
        <w:t xml:space="preserve"> </w:t>
      </w:r>
      <w:proofErr w:type="spellStart"/>
      <w:r>
        <w:rPr>
          <w:rFonts w:eastAsia="B Nazanin" w:cs="B Nazanin"/>
        </w:rPr>
        <w:t>کمک</w:t>
      </w:r>
      <w:proofErr w:type="spellEnd"/>
      <w:r>
        <w:rPr>
          <w:rFonts w:eastAsia="B Nazanin" w:cs="B Nazanin"/>
        </w:rPr>
        <w:t xml:space="preserve"> </w:t>
      </w:r>
      <w:proofErr w:type="spellStart"/>
      <w:r>
        <w:rPr>
          <w:rFonts w:eastAsia="B Nazanin" w:cs="B Nazanin"/>
        </w:rPr>
        <w:t>می‌کند</w:t>
      </w:r>
      <w:proofErr w:type="spellEnd"/>
      <w:r>
        <w:rPr>
          <w:rFonts w:eastAsia="B Nazanin" w:cs="B Nazanin" w:hint="cs"/>
          <w:rtl/>
        </w:rPr>
        <w:t>.</w:t>
      </w:r>
    </w:p>
    <w:p w14:paraId="52BB1C31" w14:textId="195DEAFA" w:rsidR="006A2542" w:rsidRDefault="007F2F21" w:rsidP="002159CC">
      <w:pPr>
        <w:bidi/>
      </w:pPr>
      <w:r>
        <w:rPr>
          <w:rFonts w:eastAsia="B Nazanin" w:cs="B Nazanin"/>
        </w:rPr>
        <w:t>بهتر</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فایل</w:t>
      </w:r>
      <w:r>
        <w:rPr>
          <w:rFonts w:eastAsia="B Nazanin" w:cs="B Nazanin"/>
        </w:rPr>
        <w:t>‌</w:t>
      </w:r>
      <w:r>
        <w:rPr>
          <w:rFonts w:eastAsia="B Nazanin" w:cs="B Nazanin"/>
        </w:rPr>
        <w:t>های</w:t>
      </w:r>
      <w:r>
        <w:rPr>
          <w:rFonts w:eastAsia="B Nazanin" w:cs="B Nazanin"/>
        </w:rPr>
        <w:t xml:space="preserve"> </w:t>
      </w:r>
      <w:r>
        <w:rPr>
          <w:rFonts w:eastAsia="B Nazanin" w:cs="B Nazanin"/>
        </w:rPr>
        <w:t>کوتاه</w:t>
      </w:r>
      <w:r>
        <w:rPr>
          <w:rFonts w:eastAsia="B Nazanin" w:cs="B Nazanin"/>
        </w:rPr>
        <w:t xml:space="preserve"> </w:t>
      </w:r>
      <w:r>
        <w:rPr>
          <w:rFonts w:eastAsia="B Nazanin" w:cs="B Nazanin"/>
        </w:rPr>
        <w:t>انتخاب</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برای</w:t>
      </w:r>
      <w:r>
        <w:rPr>
          <w:rFonts w:eastAsia="B Nazanin" w:cs="B Nazanin"/>
        </w:rPr>
        <w:t xml:space="preserve"> </w:t>
      </w:r>
      <w:r>
        <w:rPr>
          <w:rFonts w:eastAsia="B Nazanin" w:cs="B Nazanin"/>
        </w:rPr>
        <w:t>نمونه،</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گفت</w:t>
      </w:r>
      <w:r>
        <w:rPr>
          <w:rFonts w:eastAsia="B Nazanin" w:cs="B Nazanin"/>
        </w:rPr>
        <w:t>‌</w:t>
      </w:r>
      <w:r>
        <w:rPr>
          <w:rFonts w:eastAsia="B Nazanin" w:cs="B Nazanin"/>
        </w:rPr>
        <w:t>وگوی</w:t>
      </w:r>
      <w:r>
        <w:rPr>
          <w:rFonts w:eastAsia="B Nazanin" w:cs="B Nazanin"/>
        </w:rPr>
        <w:t xml:space="preserve"> </w:t>
      </w:r>
      <w:r>
        <w:rPr>
          <w:rFonts w:eastAsia="B Nazanin" w:cs="B Nazanin"/>
        </w:rPr>
        <w:t>دو</w:t>
      </w:r>
      <w:r>
        <w:rPr>
          <w:rFonts w:eastAsia="B Nazanin" w:cs="B Nazanin"/>
        </w:rPr>
        <w:t xml:space="preserve"> </w:t>
      </w:r>
      <w:r>
        <w:rPr>
          <w:rFonts w:eastAsia="B Nazanin" w:cs="B Nazanin"/>
        </w:rPr>
        <w:t>تا</w:t>
      </w:r>
      <w:r>
        <w:rPr>
          <w:rFonts w:eastAsia="B Nazanin" w:cs="B Nazanin"/>
        </w:rPr>
        <w:t xml:space="preserve"> </w:t>
      </w:r>
      <w:r>
        <w:rPr>
          <w:rFonts w:eastAsia="B Nazanin" w:cs="B Nazanin"/>
        </w:rPr>
        <w:t>پنج</w:t>
      </w:r>
      <w:r>
        <w:rPr>
          <w:rFonts w:eastAsia="B Nazanin" w:cs="B Nazanin"/>
        </w:rPr>
        <w:t xml:space="preserve"> </w:t>
      </w:r>
      <w:r>
        <w:rPr>
          <w:rFonts w:eastAsia="B Nazanin" w:cs="B Nazanin"/>
        </w:rPr>
        <w:t>دقیقه</w:t>
      </w:r>
      <w:r>
        <w:rPr>
          <w:rFonts w:eastAsia="B Nazanin" w:cs="B Nazanin"/>
        </w:rPr>
        <w:t>‌</w:t>
      </w:r>
      <w:r>
        <w:rPr>
          <w:rFonts w:eastAsia="B Nazanin" w:cs="B Nazanin"/>
        </w:rPr>
        <w:t>ای،</w:t>
      </w:r>
      <w:r>
        <w:rPr>
          <w:rFonts w:eastAsia="B Nazanin" w:cs="B Nazanin"/>
        </w:rPr>
        <w:t xml:space="preserve"> </w:t>
      </w:r>
      <w:r>
        <w:rPr>
          <w:rFonts w:eastAsia="B Nazanin" w:cs="B Nazanin"/>
        </w:rPr>
        <w:t>داستان</w:t>
      </w:r>
      <w:r>
        <w:rPr>
          <w:rFonts w:eastAsia="B Nazanin" w:cs="B Nazanin"/>
        </w:rPr>
        <w:t xml:space="preserve"> </w:t>
      </w:r>
      <w:r>
        <w:rPr>
          <w:rFonts w:eastAsia="B Nazanin" w:cs="B Nazanin"/>
        </w:rPr>
        <w:t>سطح</w:t>
      </w:r>
      <w:r>
        <w:rPr>
          <w:rFonts w:eastAsia="B Nazanin" w:cs="B Nazanin"/>
        </w:rPr>
        <w:t>‌</w:t>
      </w:r>
      <w:r>
        <w:rPr>
          <w:rFonts w:eastAsia="B Nazanin" w:cs="B Nazanin"/>
        </w:rPr>
        <w:t>بندی</w:t>
      </w:r>
      <w:r>
        <w:rPr>
          <w:rFonts w:eastAsia="B Nazanin" w:cs="B Nazanin"/>
        </w:rPr>
        <w:t>‌</w:t>
      </w:r>
      <w:r>
        <w:rPr>
          <w:rFonts w:eastAsia="B Nazanin" w:cs="B Nazanin"/>
        </w:rPr>
        <w:t>شده</w:t>
      </w:r>
      <w:r>
        <w:rPr>
          <w:rFonts w:eastAsia="B Nazanin" w:cs="B Nazanin"/>
        </w:rPr>
        <w:t xml:space="preserve"> </w:t>
      </w:r>
      <w:r>
        <w:rPr>
          <w:rFonts w:eastAsia="B Nazanin" w:cs="B Nazanin"/>
        </w:rPr>
        <w:t>یا</w:t>
      </w:r>
      <w:r>
        <w:rPr>
          <w:rFonts w:eastAsia="B Nazanin" w:cs="B Nazanin"/>
        </w:rPr>
        <w:t xml:space="preserve"> </w:t>
      </w:r>
      <w:r>
        <w:rPr>
          <w:rFonts w:eastAsia="B Nazanin" w:cs="B Nazanin"/>
        </w:rPr>
        <w:t>ویدیوی</w:t>
      </w:r>
      <w:r>
        <w:rPr>
          <w:rFonts w:eastAsia="B Nazanin" w:cs="B Nazanin"/>
        </w:rPr>
        <w:t xml:space="preserve"> </w:t>
      </w:r>
      <w:r>
        <w:rPr>
          <w:rFonts w:eastAsia="B Nazanin" w:cs="B Nazanin"/>
        </w:rPr>
        <w:t>آموزشی</w:t>
      </w:r>
      <w:r>
        <w:rPr>
          <w:rFonts w:eastAsia="B Nazanin" w:cs="B Nazanin"/>
        </w:rPr>
        <w:t xml:space="preserve"> </w:t>
      </w:r>
      <w:r>
        <w:rPr>
          <w:rFonts w:eastAsia="B Nazanin" w:cs="B Nazanin"/>
        </w:rPr>
        <w:t>کوتاه</w:t>
      </w:r>
      <w:r>
        <w:rPr>
          <w:rFonts w:eastAsia="B Nazanin" w:cs="B Nazanin"/>
        </w:rPr>
        <w:t xml:space="preserve">. </w:t>
      </w:r>
      <w:r>
        <w:rPr>
          <w:rFonts w:eastAsia="B Nazanin" w:cs="B Nazanin"/>
        </w:rPr>
        <w:t>تکرار</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فایل</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چند</w:t>
      </w:r>
      <w:r>
        <w:rPr>
          <w:rFonts w:eastAsia="B Nazanin" w:cs="B Nazanin"/>
        </w:rPr>
        <w:t xml:space="preserve"> </w:t>
      </w:r>
      <w:r>
        <w:rPr>
          <w:rFonts w:eastAsia="B Nazanin" w:cs="B Nazanin"/>
        </w:rPr>
        <w:t>ن</w:t>
      </w:r>
      <w:r>
        <w:rPr>
          <w:rFonts w:eastAsia="B Nazanin" w:cs="B Nazanin"/>
        </w:rPr>
        <w:t>وبت</w:t>
      </w:r>
      <w:r>
        <w:rPr>
          <w:rFonts w:eastAsia="B Nazanin" w:cs="B Nazanin"/>
        </w:rPr>
        <w:t xml:space="preserve"> </w:t>
      </w:r>
      <w:r>
        <w:rPr>
          <w:rFonts w:eastAsia="B Nazanin" w:cs="B Nazanin"/>
        </w:rPr>
        <w:t>معمولاً</w:t>
      </w:r>
      <w:r>
        <w:rPr>
          <w:rFonts w:eastAsia="B Nazanin" w:cs="B Nazanin"/>
        </w:rPr>
        <w:t xml:space="preserve"> </w:t>
      </w:r>
      <w:r>
        <w:rPr>
          <w:rFonts w:eastAsia="B Nazanin" w:cs="B Nazanin"/>
        </w:rPr>
        <w:t>مفیدتر</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تماشای</w:t>
      </w:r>
      <w:r>
        <w:rPr>
          <w:rFonts w:eastAsia="B Nazanin" w:cs="B Nazanin"/>
        </w:rPr>
        <w:t xml:space="preserve"> </w:t>
      </w:r>
      <w:r>
        <w:rPr>
          <w:rFonts w:eastAsia="B Nazanin" w:cs="B Nazanin"/>
        </w:rPr>
        <w:t>تعداد</w:t>
      </w:r>
      <w:r>
        <w:rPr>
          <w:rFonts w:eastAsia="B Nazanin" w:cs="B Nazanin"/>
        </w:rPr>
        <w:t xml:space="preserve"> </w:t>
      </w:r>
      <w:r>
        <w:rPr>
          <w:rFonts w:eastAsia="B Nazanin" w:cs="B Nazanin"/>
        </w:rPr>
        <w:t>زیادی</w:t>
      </w:r>
      <w:r>
        <w:rPr>
          <w:rFonts w:eastAsia="B Nazanin" w:cs="B Nazanin"/>
        </w:rPr>
        <w:t xml:space="preserve"> </w:t>
      </w:r>
      <w:r>
        <w:rPr>
          <w:rFonts w:eastAsia="B Nazanin" w:cs="B Nazanin"/>
        </w:rPr>
        <w:t>ویدیو</w:t>
      </w:r>
      <w:r>
        <w:rPr>
          <w:rFonts w:eastAsia="B Nazanin" w:cs="B Nazanin"/>
        </w:rPr>
        <w:t xml:space="preserve"> </w:t>
      </w:r>
      <w:r>
        <w:rPr>
          <w:rFonts w:eastAsia="B Nazanin" w:cs="B Nazanin"/>
        </w:rPr>
        <w:t>بدون</w:t>
      </w:r>
      <w:r>
        <w:rPr>
          <w:rFonts w:eastAsia="B Nazanin" w:cs="B Nazanin"/>
        </w:rPr>
        <w:t xml:space="preserve"> </w:t>
      </w:r>
      <w:r>
        <w:rPr>
          <w:rFonts w:eastAsia="B Nazanin" w:cs="B Nazanin"/>
        </w:rPr>
        <w:t>تمرکز</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هدف</w:t>
      </w:r>
      <w:r>
        <w:rPr>
          <w:rFonts w:eastAsia="B Nazanin" w:cs="B Nazanin"/>
        </w:rPr>
        <w:t xml:space="preserve"> </w:t>
      </w:r>
      <w:r>
        <w:rPr>
          <w:rFonts w:eastAsia="B Nazanin" w:cs="B Nazanin"/>
        </w:rPr>
        <w:t>این</w:t>
      </w:r>
      <w:r>
        <w:rPr>
          <w:rFonts w:eastAsia="B Nazanin" w:cs="B Nazanin"/>
        </w:rPr>
        <w:t xml:space="preserve"> </w:t>
      </w:r>
      <w:r>
        <w:rPr>
          <w:rFonts w:eastAsia="B Nazanin" w:cs="B Nazanin"/>
        </w:rPr>
        <w:t>نیست</w:t>
      </w:r>
      <w:r>
        <w:rPr>
          <w:rFonts w:eastAsia="B Nazanin" w:cs="B Nazanin"/>
        </w:rPr>
        <w:t xml:space="preserve"> </w:t>
      </w:r>
      <w:r>
        <w:rPr>
          <w:rFonts w:eastAsia="B Nazanin" w:cs="B Nazanin"/>
        </w:rPr>
        <w:t>که</w:t>
      </w:r>
      <w:r>
        <w:rPr>
          <w:rFonts w:eastAsia="B Nazanin" w:cs="B Nazanin"/>
        </w:rPr>
        <w:t xml:space="preserve"> </w:t>
      </w:r>
      <w:r>
        <w:rPr>
          <w:rFonts w:eastAsia="B Nazanin" w:cs="B Nazanin"/>
        </w:rPr>
        <w:t>تک</w:t>
      </w:r>
      <w:r>
        <w:rPr>
          <w:rFonts w:eastAsia="B Nazanin" w:cs="B Nazanin"/>
        </w:rPr>
        <w:t>‌</w:t>
      </w:r>
      <w:r>
        <w:rPr>
          <w:rFonts w:eastAsia="B Nazanin" w:cs="B Nazanin"/>
        </w:rPr>
        <w:t>تک</w:t>
      </w:r>
      <w:r>
        <w:rPr>
          <w:rFonts w:eastAsia="B Nazanin" w:cs="B Nazanin"/>
        </w:rPr>
        <w:t xml:space="preserve"> </w:t>
      </w:r>
      <w:r>
        <w:rPr>
          <w:rFonts w:eastAsia="B Nazanin" w:cs="B Nazanin"/>
        </w:rPr>
        <w:t>کلمات</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بفهمید؛</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ابتدا</w:t>
      </w:r>
      <w:r>
        <w:rPr>
          <w:rFonts w:eastAsia="B Nazanin" w:cs="B Nazanin"/>
        </w:rPr>
        <w:t xml:space="preserve"> </w:t>
      </w:r>
      <w:r>
        <w:rPr>
          <w:rFonts w:eastAsia="B Nazanin" w:cs="B Nazanin"/>
        </w:rPr>
        <w:t>درک</w:t>
      </w:r>
      <w:r>
        <w:rPr>
          <w:rFonts w:eastAsia="B Nazanin" w:cs="B Nazanin"/>
        </w:rPr>
        <w:t xml:space="preserve"> </w:t>
      </w:r>
      <w:proofErr w:type="spellStart"/>
      <w:r>
        <w:rPr>
          <w:rFonts w:eastAsia="B Nazanin" w:cs="B Nazanin"/>
        </w:rPr>
        <w:t>موضوع</w:t>
      </w:r>
      <w:proofErr w:type="spellEnd"/>
      <w:r>
        <w:rPr>
          <w:rFonts w:eastAsia="B Nazanin" w:cs="B Nazanin"/>
        </w:rPr>
        <w:t xml:space="preserve"> </w:t>
      </w:r>
      <w:proofErr w:type="spellStart"/>
      <w:r>
        <w:rPr>
          <w:rFonts w:eastAsia="B Nazanin" w:cs="B Nazanin"/>
        </w:rPr>
        <w:t>اصلی</w:t>
      </w:r>
      <w:proofErr w:type="spellEnd"/>
      <w:r>
        <w:rPr>
          <w:rFonts w:eastAsia="B Nazanin" w:cs="B Nazanin"/>
        </w:rPr>
        <w:t xml:space="preserve"> </w:t>
      </w:r>
      <w:r>
        <w:rPr>
          <w:rFonts w:eastAsia="B Nazanin" w:cs="B Nazanin"/>
        </w:rPr>
        <w:t>و</w:t>
      </w:r>
      <w:r>
        <w:rPr>
          <w:rFonts w:eastAsia="B Nazanin" w:cs="B Nazanin"/>
        </w:rPr>
        <w:t xml:space="preserve"> </w:t>
      </w:r>
      <w:proofErr w:type="spellStart"/>
      <w:r>
        <w:rPr>
          <w:rFonts w:eastAsia="B Nazanin" w:cs="B Nazanin"/>
        </w:rPr>
        <w:t>اطلاعات</w:t>
      </w:r>
      <w:proofErr w:type="spellEnd"/>
      <w:r>
        <w:rPr>
          <w:rFonts w:eastAsia="B Nazanin" w:cs="B Nazanin"/>
        </w:rPr>
        <w:t xml:space="preserve"> </w:t>
      </w:r>
      <w:proofErr w:type="spellStart"/>
      <w:r>
        <w:rPr>
          <w:rFonts w:eastAsia="B Nazanin" w:cs="B Nazanin"/>
        </w:rPr>
        <w:t>مهم</w:t>
      </w:r>
      <w:proofErr w:type="spellEnd"/>
      <w:r>
        <w:rPr>
          <w:rFonts w:eastAsia="B Nazanin" w:cs="B Nazanin"/>
        </w:rPr>
        <w:t xml:space="preserve"> </w:t>
      </w:r>
      <w:proofErr w:type="spellStart"/>
      <w:r>
        <w:rPr>
          <w:rFonts w:eastAsia="B Nazanin" w:cs="B Nazanin"/>
        </w:rPr>
        <w:t>کافی</w:t>
      </w:r>
      <w:proofErr w:type="spellEnd"/>
      <w:r>
        <w:rPr>
          <w:rFonts w:eastAsia="B Nazanin" w:cs="B Nazanin"/>
        </w:rPr>
        <w:t xml:space="preserve"> </w:t>
      </w:r>
      <w:proofErr w:type="spellStart"/>
      <w:r>
        <w:rPr>
          <w:rFonts w:eastAsia="B Nazanin" w:cs="B Nazanin"/>
        </w:rPr>
        <w:t>است</w:t>
      </w:r>
      <w:proofErr w:type="spellEnd"/>
      <w:r w:rsidR="002159CC">
        <w:rPr>
          <w:rFonts w:eastAsia="B Nazanin" w:cs="B Nazanin" w:hint="cs"/>
          <w:rtl/>
        </w:rPr>
        <w:t>.</w:t>
      </w:r>
    </w:p>
    <w:p w14:paraId="6F355BC4" w14:textId="13FEEFF9" w:rsidR="006A2542" w:rsidRDefault="007F2F21" w:rsidP="002159CC">
      <w:pPr>
        <w:pStyle w:val="Heading1"/>
        <w:numPr>
          <w:ilvl w:val="0"/>
          <w:numId w:val="10"/>
        </w:numPr>
        <w:bidi/>
      </w:pPr>
      <w:proofErr w:type="spellStart"/>
      <w:r>
        <w:rPr>
          <w:rFonts w:ascii="B Nazanin" w:eastAsia="B Nazanin" w:hAnsi="B Nazanin" w:cs="B Nazanin"/>
        </w:rPr>
        <w:t>برای</w:t>
      </w:r>
      <w:proofErr w:type="spellEnd"/>
      <w:r>
        <w:rPr>
          <w:rFonts w:ascii="B Nazanin" w:eastAsia="B Nazanin" w:hAnsi="B Nazanin" w:cs="B Nazanin"/>
        </w:rPr>
        <w:t xml:space="preserve"> </w:t>
      </w:r>
      <w:proofErr w:type="spellStart"/>
      <w:r>
        <w:rPr>
          <w:rFonts w:ascii="B Nazanin" w:eastAsia="B Nazanin" w:hAnsi="B Nazanin" w:cs="B Nazanin"/>
        </w:rPr>
        <w:t>صحبت</w:t>
      </w:r>
      <w:proofErr w:type="spellEnd"/>
      <w:r>
        <w:rPr>
          <w:rFonts w:ascii="B Nazanin" w:eastAsia="B Nazanin" w:hAnsi="B Nazanin" w:cs="B Nazanin"/>
        </w:rPr>
        <w:t xml:space="preserve"> </w:t>
      </w:r>
      <w:proofErr w:type="spellStart"/>
      <w:r>
        <w:rPr>
          <w:rFonts w:ascii="B Nazanin" w:eastAsia="B Nazanin" w:hAnsi="B Nazanin" w:cs="B Nazanin"/>
        </w:rPr>
        <w:t>کردن</w:t>
      </w:r>
      <w:proofErr w:type="spellEnd"/>
      <w:r>
        <w:rPr>
          <w:rFonts w:ascii="B Nazanin" w:eastAsia="B Nazanin" w:hAnsi="B Nazanin" w:cs="B Nazanin"/>
        </w:rPr>
        <w:t>،</w:t>
      </w:r>
      <w:r>
        <w:rPr>
          <w:rFonts w:ascii="B Nazanin" w:eastAsia="B Nazanin" w:hAnsi="B Nazanin" w:cs="B Nazanin"/>
        </w:rPr>
        <w:t xml:space="preserve"> </w:t>
      </w:r>
      <w:proofErr w:type="spellStart"/>
      <w:r>
        <w:rPr>
          <w:rFonts w:ascii="B Nazanin" w:eastAsia="B Nazanin" w:hAnsi="B Nazanin" w:cs="B Nazanin"/>
        </w:rPr>
        <w:t>منتظر</w:t>
      </w:r>
      <w:proofErr w:type="spellEnd"/>
      <w:r>
        <w:rPr>
          <w:rFonts w:ascii="B Nazanin" w:eastAsia="B Nazanin" w:hAnsi="B Nazanin" w:cs="B Nazanin"/>
        </w:rPr>
        <w:t xml:space="preserve"> </w:t>
      </w:r>
      <w:r>
        <w:rPr>
          <w:rFonts w:ascii="B Nazanin" w:eastAsia="B Nazanin" w:hAnsi="B Nazanin" w:cs="B Nazanin"/>
        </w:rPr>
        <w:t>آمادگی</w:t>
      </w:r>
      <w:r>
        <w:rPr>
          <w:rFonts w:ascii="B Nazanin" w:eastAsia="B Nazanin" w:hAnsi="B Nazanin" w:cs="B Nazanin"/>
        </w:rPr>
        <w:t xml:space="preserve"> </w:t>
      </w:r>
      <w:r>
        <w:rPr>
          <w:rFonts w:ascii="B Nazanin" w:eastAsia="B Nazanin" w:hAnsi="B Nazanin" w:cs="B Nazanin"/>
        </w:rPr>
        <w:t>کامل</w:t>
      </w:r>
      <w:r>
        <w:rPr>
          <w:rFonts w:ascii="B Nazanin" w:eastAsia="B Nazanin" w:hAnsi="B Nazanin" w:cs="B Nazanin"/>
        </w:rPr>
        <w:t xml:space="preserve"> </w:t>
      </w:r>
      <w:r>
        <w:rPr>
          <w:rFonts w:ascii="B Nazanin" w:eastAsia="B Nazanin" w:hAnsi="B Nazanin" w:cs="B Nazanin"/>
        </w:rPr>
        <w:t>نمانید</w:t>
      </w:r>
    </w:p>
    <w:p w14:paraId="6D0E517B" w14:textId="54FF4DCD" w:rsidR="006A2542" w:rsidRDefault="002159CC" w:rsidP="002159CC">
      <w:pPr>
        <w:bidi/>
      </w:pPr>
      <w:r>
        <w:rPr>
          <w:rFonts w:eastAsia="B Nazanin" w:cs="B Nazanin" w:hint="cs"/>
          <w:rtl/>
        </w:rPr>
        <w:t xml:space="preserve">   </w:t>
      </w:r>
      <w:proofErr w:type="spellStart"/>
      <w:r>
        <w:rPr>
          <w:rFonts w:eastAsia="B Nazanin" w:cs="B Nazanin"/>
        </w:rPr>
        <w:t>بعضی</w:t>
      </w:r>
      <w:proofErr w:type="spellEnd"/>
      <w:r>
        <w:rPr>
          <w:rFonts w:eastAsia="B Nazanin" w:cs="B Nazanin"/>
        </w:rPr>
        <w:t xml:space="preserve"> </w:t>
      </w:r>
      <w:proofErr w:type="spellStart"/>
      <w:r>
        <w:rPr>
          <w:rFonts w:eastAsia="B Nazanin" w:cs="B Nazanin"/>
        </w:rPr>
        <w:t>زبان‌آموزان</w:t>
      </w:r>
      <w:proofErr w:type="spellEnd"/>
      <w:r>
        <w:rPr>
          <w:rFonts w:eastAsia="B Nazanin" w:cs="B Nazanin"/>
        </w:rPr>
        <w:t xml:space="preserve"> </w:t>
      </w:r>
      <w:proofErr w:type="spellStart"/>
      <w:r>
        <w:rPr>
          <w:rFonts w:eastAsia="B Nazanin" w:cs="B Nazanin"/>
        </w:rPr>
        <w:t>واژگان</w:t>
      </w:r>
      <w:proofErr w:type="spellEnd"/>
      <w:r>
        <w:rPr>
          <w:rFonts w:eastAsia="B Nazanin" w:cs="B Nazanin"/>
        </w:rPr>
        <w:t xml:space="preserve"> و قواعد زیادی می‌دانند، اما هنگام صحبت کردن سکوت می‌کنند؛ چون از اشتباه کردن می‌ترسند یا تصور می‌کنند باید ابتدا تمام دستور زبان را یاد بگیرند. در واقع، صحبت کردن مهارتی عملی است و با استفاده از زبان رشد می‌کند. بهتر است از جمله‌های کوتاه و موضوع‌های آشنا </w:t>
      </w:r>
      <w:proofErr w:type="spellStart"/>
      <w:r>
        <w:rPr>
          <w:rFonts w:eastAsia="B Nazanin" w:cs="B Nazanin"/>
        </w:rPr>
        <w:t>آغاز</w:t>
      </w:r>
      <w:proofErr w:type="spellEnd"/>
      <w:r>
        <w:rPr>
          <w:rFonts w:eastAsia="B Nazanin" w:cs="B Nazanin"/>
        </w:rPr>
        <w:t xml:space="preserve"> </w:t>
      </w:r>
      <w:proofErr w:type="spellStart"/>
      <w:r>
        <w:rPr>
          <w:rFonts w:eastAsia="B Nazanin" w:cs="B Nazanin"/>
        </w:rPr>
        <w:t>کنید</w:t>
      </w:r>
      <w:proofErr w:type="spellEnd"/>
      <w:r>
        <w:rPr>
          <w:rFonts w:eastAsia="B Nazanin" w:cs="B Nazanin"/>
        </w:rPr>
        <w:t xml:space="preserve"> و </w:t>
      </w:r>
      <w:proofErr w:type="spellStart"/>
      <w:r>
        <w:rPr>
          <w:rFonts w:eastAsia="B Nazanin" w:cs="B Nazanin"/>
        </w:rPr>
        <w:t>به‌تدریج</w:t>
      </w:r>
      <w:proofErr w:type="spellEnd"/>
      <w:r>
        <w:rPr>
          <w:rFonts w:eastAsia="B Nazanin" w:cs="B Nazanin"/>
        </w:rPr>
        <w:t xml:space="preserve"> </w:t>
      </w:r>
      <w:proofErr w:type="spellStart"/>
      <w:r>
        <w:rPr>
          <w:rFonts w:eastAsia="B Nazanin" w:cs="B Nazanin"/>
        </w:rPr>
        <w:t>پاسخ‌های</w:t>
      </w:r>
      <w:proofErr w:type="spellEnd"/>
      <w:r>
        <w:rPr>
          <w:rFonts w:eastAsia="B Nazanin" w:cs="B Nazanin"/>
        </w:rPr>
        <w:t xml:space="preserve"> </w:t>
      </w:r>
      <w:proofErr w:type="spellStart"/>
      <w:r>
        <w:rPr>
          <w:rFonts w:eastAsia="B Nazanin" w:cs="B Nazanin"/>
        </w:rPr>
        <w:t>طولانی‌تر</w:t>
      </w:r>
      <w:proofErr w:type="spellEnd"/>
      <w:r>
        <w:rPr>
          <w:rFonts w:eastAsia="B Nazanin" w:cs="B Nazanin"/>
        </w:rPr>
        <w:t xml:space="preserve"> </w:t>
      </w:r>
      <w:proofErr w:type="spellStart"/>
      <w:r>
        <w:rPr>
          <w:rFonts w:eastAsia="B Nazanin" w:cs="B Nazanin"/>
        </w:rPr>
        <w:t>بسازید</w:t>
      </w:r>
      <w:proofErr w:type="spellEnd"/>
      <w:r>
        <w:rPr>
          <w:rFonts w:eastAsia="B Nazanin" w:cs="B Nazanin" w:hint="cs"/>
          <w:rtl/>
        </w:rPr>
        <w:t>.</w:t>
      </w:r>
    </w:p>
    <w:p w14:paraId="5958CF72" w14:textId="1DD9A2BE" w:rsidR="006A2542" w:rsidRDefault="007F2F21" w:rsidP="002159CC">
      <w:pPr>
        <w:bidi/>
      </w:pPr>
      <w:r>
        <w:rPr>
          <w:rFonts w:eastAsia="B Nazanin" w:cs="B Nazanin"/>
        </w:rPr>
        <w:lastRenderedPageBreak/>
        <w:t>هر</w:t>
      </w:r>
      <w:r>
        <w:rPr>
          <w:rFonts w:eastAsia="B Nazanin" w:cs="B Nazanin"/>
        </w:rPr>
        <w:t xml:space="preserve"> </w:t>
      </w:r>
      <w:r>
        <w:rPr>
          <w:rFonts w:eastAsia="B Nazanin" w:cs="B Nazanin"/>
        </w:rPr>
        <w:t>روز</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موضوع</w:t>
      </w:r>
      <w:r>
        <w:rPr>
          <w:rFonts w:eastAsia="B Nazanin" w:cs="B Nazanin"/>
        </w:rPr>
        <w:t xml:space="preserve"> </w:t>
      </w:r>
      <w:r>
        <w:rPr>
          <w:rFonts w:eastAsia="B Nazanin" w:cs="B Nazanin"/>
        </w:rPr>
        <w:t>ساده</w:t>
      </w:r>
      <w:r>
        <w:rPr>
          <w:rFonts w:eastAsia="B Nazanin" w:cs="B Nazanin"/>
        </w:rPr>
        <w:t xml:space="preserve"> </w:t>
      </w:r>
      <w:r>
        <w:rPr>
          <w:rFonts w:eastAsia="B Nazanin" w:cs="B Nazanin"/>
        </w:rPr>
        <w:t>انتخاب</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غذاهای</w:t>
      </w:r>
      <w:r>
        <w:rPr>
          <w:rFonts w:eastAsia="B Nazanin" w:cs="B Nazanin"/>
        </w:rPr>
        <w:t xml:space="preserve"> </w:t>
      </w:r>
      <w:r>
        <w:rPr>
          <w:rFonts w:eastAsia="B Nazanin" w:cs="B Nazanin"/>
        </w:rPr>
        <w:t>مورد</w:t>
      </w:r>
      <w:r>
        <w:rPr>
          <w:rFonts w:eastAsia="B Nazanin" w:cs="B Nazanin"/>
        </w:rPr>
        <w:t xml:space="preserve"> </w:t>
      </w:r>
      <w:r>
        <w:rPr>
          <w:rFonts w:eastAsia="B Nazanin" w:cs="B Nazanin"/>
        </w:rPr>
        <w:t>علاقه،</w:t>
      </w:r>
      <w:r>
        <w:rPr>
          <w:rFonts w:eastAsia="B Nazanin" w:cs="B Nazanin"/>
        </w:rPr>
        <w:t xml:space="preserve"> </w:t>
      </w:r>
      <w:r>
        <w:rPr>
          <w:rFonts w:eastAsia="B Nazanin" w:cs="B Nazanin"/>
        </w:rPr>
        <w:t>برنامه</w:t>
      </w:r>
      <w:r>
        <w:rPr>
          <w:rFonts w:eastAsia="B Nazanin" w:cs="B Nazanin"/>
        </w:rPr>
        <w:t xml:space="preserve"> </w:t>
      </w:r>
      <w:r>
        <w:rPr>
          <w:rFonts w:eastAsia="B Nazanin" w:cs="B Nazanin"/>
        </w:rPr>
        <w:t>روزانه،</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کتاب،</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خاطره</w:t>
      </w:r>
      <w:r>
        <w:rPr>
          <w:rFonts w:eastAsia="B Nazanin" w:cs="B Nazanin"/>
        </w:rPr>
        <w:t xml:space="preserve"> </w:t>
      </w:r>
      <w:r>
        <w:rPr>
          <w:rFonts w:eastAsia="B Nazanin" w:cs="B Nazanin"/>
        </w:rPr>
        <w:t>یا</w:t>
      </w:r>
      <w:r>
        <w:rPr>
          <w:rFonts w:eastAsia="B Nazanin" w:cs="B Nazanin"/>
        </w:rPr>
        <w:t xml:space="preserve"> </w:t>
      </w:r>
      <w:r>
        <w:rPr>
          <w:rFonts w:eastAsia="B Nazanin" w:cs="B Nazanin"/>
        </w:rPr>
        <w:t>هدف</w:t>
      </w:r>
      <w:r>
        <w:rPr>
          <w:rFonts w:eastAsia="B Nazanin" w:cs="B Nazanin"/>
        </w:rPr>
        <w:t>‌</w:t>
      </w:r>
      <w:r>
        <w:rPr>
          <w:rFonts w:eastAsia="B Nazanin" w:cs="B Nazanin"/>
        </w:rPr>
        <w:t>های</w:t>
      </w:r>
      <w:r>
        <w:rPr>
          <w:rFonts w:eastAsia="B Nazanin" w:cs="B Nazanin"/>
        </w:rPr>
        <w:t xml:space="preserve"> </w:t>
      </w:r>
      <w:r>
        <w:rPr>
          <w:rFonts w:eastAsia="B Nazanin" w:cs="B Nazanin"/>
        </w:rPr>
        <w:t>آینده</w:t>
      </w:r>
      <w:r>
        <w:rPr>
          <w:rFonts w:eastAsia="B Nazanin" w:cs="B Nazanin"/>
        </w:rPr>
        <w:t xml:space="preserve">. </w:t>
      </w:r>
      <w:r>
        <w:rPr>
          <w:rFonts w:eastAsia="B Nazanin" w:cs="B Nazanin"/>
        </w:rPr>
        <w:t>برای</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دقیقه</w:t>
      </w:r>
      <w:r>
        <w:rPr>
          <w:rFonts w:eastAsia="B Nazanin" w:cs="B Nazanin"/>
        </w:rPr>
        <w:t xml:space="preserve"> </w:t>
      </w:r>
      <w:r>
        <w:rPr>
          <w:rFonts w:eastAsia="B Nazanin" w:cs="B Nazanin"/>
        </w:rPr>
        <w:t>درباره</w:t>
      </w:r>
      <w:r>
        <w:rPr>
          <w:rFonts w:eastAsia="B Nazanin" w:cs="B Nazanin"/>
        </w:rPr>
        <w:t xml:space="preserve"> </w:t>
      </w:r>
      <w:r>
        <w:rPr>
          <w:rFonts w:eastAsia="B Nazanin" w:cs="B Nazanin"/>
        </w:rPr>
        <w:t>آن</w:t>
      </w:r>
      <w:r>
        <w:rPr>
          <w:rFonts w:eastAsia="B Nazanin" w:cs="B Nazanin"/>
        </w:rPr>
        <w:t xml:space="preserve"> </w:t>
      </w:r>
      <w:r>
        <w:rPr>
          <w:rFonts w:eastAsia="B Nazanin" w:cs="B Nazanin"/>
        </w:rPr>
        <w:t>صحبت</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صدای</w:t>
      </w:r>
      <w:r>
        <w:rPr>
          <w:rFonts w:eastAsia="B Nazanin" w:cs="B Nazanin"/>
        </w:rPr>
        <w:t xml:space="preserve"> </w:t>
      </w:r>
      <w:r>
        <w:rPr>
          <w:rFonts w:eastAsia="B Nazanin" w:cs="B Nazanin"/>
        </w:rPr>
        <w:t>خود</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ضبط</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هنگام</w:t>
      </w:r>
      <w:r>
        <w:rPr>
          <w:rFonts w:eastAsia="B Nazanin" w:cs="B Nazanin"/>
        </w:rPr>
        <w:t xml:space="preserve"> </w:t>
      </w:r>
      <w:r>
        <w:rPr>
          <w:rFonts w:eastAsia="B Nazanin" w:cs="B Nazanin"/>
        </w:rPr>
        <w:t>گوش</w:t>
      </w:r>
      <w:r>
        <w:rPr>
          <w:rFonts w:eastAsia="B Nazanin" w:cs="B Nazanin"/>
        </w:rPr>
        <w:t xml:space="preserve"> </w:t>
      </w:r>
      <w:r>
        <w:rPr>
          <w:rFonts w:eastAsia="B Nazanin" w:cs="B Nazanin"/>
        </w:rPr>
        <w:t>دادن،</w:t>
      </w:r>
      <w:r>
        <w:rPr>
          <w:rFonts w:eastAsia="B Nazanin" w:cs="B Nazanin"/>
        </w:rPr>
        <w:t xml:space="preserve"> </w:t>
      </w:r>
      <w:r>
        <w:rPr>
          <w:rFonts w:eastAsia="B Nazanin" w:cs="B Nazanin"/>
        </w:rPr>
        <w:t>فقط</w:t>
      </w:r>
      <w:r>
        <w:rPr>
          <w:rFonts w:eastAsia="B Nazanin" w:cs="B Nazanin"/>
        </w:rPr>
        <w:t xml:space="preserve"> </w:t>
      </w:r>
      <w:r>
        <w:rPr>
          <w:rFonts w:eastAsia="B Nazanin" w:cs="B Nazanin"/>
        </w:rPr>
        <w:t>دو</w:t>
      </w:r>
      <w:r>
        <w:rPr>
          <w:rFonts w:eastAsia="B Nazanin" w:cs="B Nazanin"/>
        </w:rPr>
        <w:t xml:space="preserve"> </w:t>
      </w:r>
      <w:r>
        <w:rPr>
          <w:rFonts w:eastAsia="B Nazanin" w:cs="B Nazanin"/>
        </w:rPr>
        <w:t>یا</w:t>
      </w:r>
      <w:r>
        <w:rPr>
          <w:rFonts w:eastAsia="B Nazanin" w:cs="B Nazanin"/>
        </w:rPr>
        <w:t xml:space="preserve"> </w:t>
      </w:r>
      <w:r>
        <w:rPr>
          <w:rFonts w:eastAsia="B Nazanin" w:cs="B Nazanin"/>
        </w:rPr>
        <w:t>سه</w:t>
      </w:r>
      <w:r>
        <w:rPr>
          <w:rFonts w:eastAsia="B Nazanin" w:cs="B Nazanin"/>
        </w:rPr>
        <w:t xml:space="preserve"> </w:t>
      </w:r>
      <w:r>
        <w:rPr>
          <w:rFonts w:eastAsia="B Nazanin" w:cs="B Nazanin"/>
        </w:rPr>
        <w:t>نکته</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بررسی</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مثلاً</w:t>
      </w:r>
      <w:r>
        <w:rPr>
          <w:rFonts w:eastAsia="B Nazanin" w:cs="B Nazanin"/>
        </w:rPr>
        <w:t xml:space="preserve"> </w:t>
      </w:r>
      <w:r>
        <w:rPr>
          <w:rFonts w:eastAsia="B Nazanin" w:cs="B Nazanin"/>
        </w:rPr>
        <w:t>آیا</w:t>
      </w:r>
      <w:r>
        <w:rPr>
          <w:rFonts w:eastAsia="B Nazanin" w:cs="B Nazanin"/>
        </w:rPr>
        <w:t xml:space="preserve"> </w:t>
      </w:r>
      <w:r>
        <w:rPr>
          <w:rFonts w:eastAsia="B Nazanin" w:cs="B Nazanin"/>
        </w:rPr>
        <w:t>جمله</w:t>
      </w:r>
      <w:r>
        <w:rPr>
          <w:rFonts w:eastAsia="B Nazanin" w:cs="B Nazanin"/>
        </w:rPr>
        <w:t>‌</w:t>
      </w:r>
      <w:r>
        <w:rPr>
          <w:rFonts w:eastAsia="B Nazanin" w:cs="B Nazanin"/>
        </w:rPr>
        <w:t>ها</w:t>
      </w:r>
      <w:r>
        <w:rPr>
          <w:rFonts w:eastAsia="B Nazanin" w:cs="B Nazanin"/>
        </w:rPr>
        <w:t xml:space="preserve"> </w:t>
      </w:r>
      <w:r>
        <w:rPr>
          <w:rFonts w:eastAsia="B Nazanin" w:cs="B Nazanin"/>
        </w:rPr>
        <w:t>کامل</w:t>
      </w:r>
      <w:r>
        <w:rPr>
          <w:rFonts w:eastAsia="B Nazanin" w:cs="B Nazanin"/>
        </w:rPr>
        <w:t>‌</w:t>
      </w:r>
      <w:r>
        <w:rPr>
          <w:rFonts w:eastAsia="B Nazanin" w:cs="B Nazanin"/>
        </w:rPr>
        <w:t>اند؟</w:t>
      </w:r>
      <w:r>
        <w:rPr>
          <w:rFonts w:eastAsia="B Nazanin" w:cs="B Nazanin"/>
        </w:rPr>
        <w:t xml:space="preserve"> </w:t>
      </w:r>
      <w:r>
        <w:rPr>
          <w:rFonts w:eastAsia="B Nazanin" w:cs="B Nazanin"/>
        </w:rPr>
        <w:t>آیا</w:t>
      </w:r>
      <w:r>
        <w:rPr>
          <w:rFonts w:eastAsia="B Nazanin" w:cs="B Nazanin"/>
        </w:rPr>
        <w:t xml:space="preserve"> </w:t>
      </w:r>
      <w:r>
        <w:rPr>
          <w:rFonts w:eastAsia="B Nazanin" w:cs="B Nazanin"/>
        </w:rPr>
        <w:t>چند</w:t>
      </w:r>
      <w:r>
        <w:rPr>
          <w:rFonts w:eastAsia="B Nazanin" w:cs="B Nazanin"/>
        </w:rPr>
        <w:t xml:space="preserve"> </w:t>
      </w:r>
      <w:r>
        <w:rPr>
          <w:rFonts w:eastAsia="B Nazanin" w:cs="B Nazanin"/>
        </w:rPr>
        <w:t>بار</w:t>
      </w:r>
      <w:r>
        <w:rPr>
          <w:rFonts w:eastAsia="B Nazanin" w:cs="B Nazanin"/>
        </w:rPr>
        <w:t xml:space="preserve"> </w:t>
      </w:r>
      <w:r>
        <w:rPr>
          <w:rFonts w:eastAsia="B Nazanin" w:cs="B Nazanin"/>
        </w:rPr>
        <w:t>مکث</w:t>
      </w:r>
      <w:r>
        <w:rPr>
          <w:rFonts w:eastAsia="B Nazanin" w:cs="B Nazanin"/>
        </w:rPr>
        <w:t xml:space="preserve"> </w:t>
      </w:r>
      <w:r>
        <w:rPr>
          <w:rFonts w:eastAsia="B Nazanin" w:cs="B Nazanin"/>
        </w:rPr>
        <w:t>طولانی</w:t>
      </w:r>
      <w:r>
        <w:rPr>
          <w:rFonts w:eastAsia="B Nazanin" w:cs="B Nazanin"/>
        </w:rPr>
        <w:t xml:space="preserve"> </w:t>
      </w:r>
      <w:r>
        <w:rPr>
          <w:rFonts w:eastAsia="B Nazanin" w:cs="B Nazanin"/>
        </w:rPr>
        <w:t>داشته</w:t>
      </w:r>
      <w:r>
        <w:rPr>
          <w:rFonts w:eastAsia="B Nazanin" w:cs="B Nazanin"/>
        </w:rPr>
        <w:t>‌</w:t>
      </w:r>
      <w:r>
        <w:rPr>
          <w:rFonts w:eastAsia="B Nazanin" w:cs="B Nazanin"/>
        </w:rPr>
        <w:t>اید؟</w:t>
      </w:r>
      <w:r>
        <w:rPr>
          <w:rFonts w:eastAsia="B Nazanin" w:cs="B Nazanin"/>
        </w:rPr>
        <w:t xml:space="preserve"> </w:t>
      </w:r>
      <w:r>
        <w:rPr>
          <w:rFonts w:eastAsia="B Nazanin" w:cs="B Nazanin"/>
        </w:rPr>
        <w:t>آیا</w:t>
      </w:r>
      <w:r>
        <w:rPr>
          <w:rFonts w:eastAsia="B Nazanin" w:cs="B Nazanin"/>
        </w:rPr>
        <w:t xml:space="preserve"> </w:t>
      </w:r>
      <w:r>
        <w:rPr>
          <w:rFonts w:eastAsia="B Nazanin" w:cs="B Nazanin"/>
        </w:rPr>
        <w:t>واژه</w:t>
      </w:r>
      <w:r>
        <w:rPr>
          <w:rFonts w:eastAsia="B Nazanin" w:cs="B Nazanin"/>
        </w:rPr>
        <w:t>‌</w:t>
      </w:r>
      <w:r>
        <w:rPr>
          <w:rFonts w:eastAsia="B Nazanin" w:cs="B Nazanin"/>
        </w:rPr>
        <w:t>ای</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بیش</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حد</w:t>
      </w:r>
      <w:r>
        <w:rPr>
          <w:rFonts w:eastAsia="B Nazanin" w:cs="B Nazanin"/>
        </w:rPr>
        <w:t xml:space="preserve"> </w:t>
      </w:r>
      <w:r>
        <w:rPr>
          <w:rFonts w:eastAsia="B Nazanin" w:cs="B Nazanin"/>
        </w:rPr>
        <w:t>تکرار</w:t>
      </w:r>
      <w:r>
        <w:rPr>
          <w:rFonts w:eastAsia="B Nazanin" w:cs="B Nazanin"/>
        </w:rPr>
        <w:t xml:space="preserve"> </w:t>
      </w:r>
      <w:r>
        <w:rPr>
          <w:rFonts w:eastAsia="B Nazanin" w:cs="B Nazanin"/>
        </w:rPr>
        <w:t>کرده</w:t>
      </w:r>
      <w:r>
        <w:rPr>
          <w:rFonts w:eastAsia="B Nazanin" w:cs="B Nazanin"/>
        </w:rPr>
        <w:t>‌</w:t>
      </w:r>
      <w:r>
        <w:rPr>
          <w:rFonts w:eastAsia="B Nazanin" w:cs="B Nazanin"/>
        </w:rPr>
        <w:t>اید؟</w:t>
      </w:r>
      <w:r>
        <w:rPr>
          <w:rFonts w:eastAsia="B Nazanin" w:cs="B Nazanin"/>
        </w:rPr>
        <w:t xml:space="preserve"> </w:t>
      </w:r>
      <w:r>
        <w:rPr>
          <w:rFonts w:eastAsia="B Nazanin" w:cs="B Nazanin"/>
        </w:rPr>
        <w:t>سپس</w:t>
      </w:r>
      <w:r>
        <w:rPr>
          <w:rFonts w:eastAsia="B Nazanin" w:cs="B Nazanin"/>
        </w:rPr>
        <w:t xml:space="preserve"> </w:t>
      </w:r>
      <w:r>
        <w:rPr>
          <w:rFonts w:eastAsia="B Nazanin" w:cs="B Nazanin"/>
        </w:rPr>
        <w:t>همان</w:t>
      </w:r>
      <w:r>
        <w:rPr>
          <w:rFonts w:eastAsia="B Nazanin" w:cs="B Nazanin"/>
        </w:rPr>
        <w:t xml:space="preserve"> </w:t>
      </w:r>
      <w:r>
        <w:rPr>
          <w:rFonts w:eastAsia="B Nazanin" w:cs="B Nazanin"/>
        </w:rPr>
        <w:t>موضوع</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دوباره</w:t>
      </w:r>
      <w:r>
        <w:rPr>
          <w:rFonts w:eastAsia="B Nazanin" w:cs="B Nazanin"/>
        </w:rPr>
        <w:t xml:space="preserve"> </w:t>
      </w:r>
      <w:r>
        <w:rPr>
          <w:rFonts w:eastAsia="B Nazanin" w:cs="B Nazanin"/>
        </w:rPr>
        <w:t>ضبط</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مقایسه</w:t>
      </w:r>
      <w:r>
        <w:rPr>
          <w:rFonts w:eastAsia="B Nazanin" w:cs="B Nazanin"/>
        </w:rPr>
        <w:t xml:space="preserve"> </w:t>
      </w:r>
      <w:proofErr w:type="spellStart"/>
      <w:r>
        <w:rPr>
          <w:rFonts w:eastAsia="B Nazanin" w:cs="B Nazanin"/>
        </w:rPr>
        <w:t>دو</w:t>
      </w:r>
      <w:proofErr w:type="spellEnd"/>
      <w:r>
        <w:rPr>
          <w:rFonts w:eastAsia="B Nazanin" w:cs="B Nazanin"/>
        </w:rPr>
        <w:t xml:space="preserve"> </w:t>
      </w:r>
      <w:proofErr w:type="spellStart"/>
      <w:r>
        <w:rPr>
          <w:rFonts w:eastAsia="B Nazanin" w:cs="B Nazanin"/>
        </w:rPr>
        <w:t>فایل</w:t>
      </w:r>
      <w:proofErr w:type="spellEnd"/>
      <w:r>
        <w:rPr>
          <w:rFonts w:eastAsia="B Nazanin" w:cs="B Nazanin"/>
        </w:rPr>
        <w:t xml:space="preserve"> </w:t>
      </w:r>
      <w:proofErr w:type="spellStart"/>
      <w:r>
        <w:rPr>
          <w:rFonts w:eastAsia="B Nazanin" w:cs="B Nazanin"/>
        </w:rPr>
        <w:t>معمولاً</w:t>
      </w:r>
      <w:proofErr w:type="spellEnd"/>
      <w:r>
        <w:rPr>
          <w:rFonts w:eastAsia="B Nazanin" w:cs="B Nazanin"/>
        </w:rPr>
        <w:t xml:space="preserve"> </w:t>
      </w:r>
      <w:proofErr w:type="spellStart"/>
      <w:r>
        <w:rPr>
          <w:rFonts w:eastAsia="B Nazanin" w:cs="B Nazanin"/>
        </w:rPr>
        <w:t>نکات</w:t>
      </w:r>
      <w:proofErr w:type="spellEnd"/>
      <w:r>
        <w:rPr>
          <w:rFonts w:eastAsia="B Nazanin" w:cs="B Nazanin"/>
        </w:rPr>
        <w:t xml:space="preserve"> </w:t>
      </w:r>
      <w:proofErr w:type="spellStart"/>
      <w:r>
        <w:rPr>
          <w:rFonts w:eastAsia="B Nazanin" w:cs="B Nazanin"/>
        </w:rPr>
        <w:t>روشنی</w:t>
      </w:r>
      <w:proofErr w:type="spellEnd"/>
      <w:r>
        <w:rPr>
          <w:rFonts w:eastAsia="B Nazanin" w:cs="B Nazanin"/>
        </w:rPr>
        <w:t xml:space="preserve"> </w:t>
      </w:r>
      <w:proofErr w:type="spellStart"/>
      <w:r>
        <w:rPr>
          <w:rFonts w:eastAsia="B Nazanin" w:cs="B Nazanin"/>
        </w:rPr>
        <w:t>نشان</w:t>
      </w:r>
      <w:proofErr w:type="spellEnd"/>
      <w:r>
        <w:rPr>
          <w:rFonts w:eastAsia="B Nazanin" w:cs="B Nazanin"/>
        </w:rPr>
        <w:t xml:space="preserve"> </w:t>
      </w:r>
      <w:proofErr w:type="spellStart"/>
      <w:r>
        <w:rPr>
          <w:rFonts w:eastAsia="B Nazanin" w:cs="B Nazanin"/>
        </w:rPr>
        <w:t>می</w:t>
      </w:r>
      <w:r>
        <w:rPr>
          <w:rFonts w:eastAsia="B Nazanin" w:cs="B Nazanin"/>
        </w:rPr>
        <w:t>‌</w:t>
      </w:r>
      <w:r>
        <w:rPr>
          <w:rFonts w:eastAsia="B Nazanin" w:cs="B Nazanin"/>
        </w:rPr>
        <w:t>دهد</w:t>
      </w:r>
      <w:proofErr w:type="spellEnd"/>
      <w:r w:rsidR="002159CC">
        <w:rPr>
          <w:rFonts w:eastAsia="B Nazanin" w:cs="B Nazanin" w:hint="cs"/>
          <w:rtl/>
        </w:rPr>
        <w:t>.</w:t>
      </w:r>
    </w:p>
    <w:p w14:paraId="3F1B3AAE" w14:textId="15051567" w:rsidR="006A2542" w:rsidRDefault="007F2F21" w:rsidP="002159CC">
      <w:pPr>
        <w:bidi/>
      </w:pPr>
      <w:r>
        <w:rPr>
          <w:rFonts w:eastAsia="B Nazanin" w:cs="B Nazanin"/>
        </w:rPr>
        <w:t>اگر</w:t>
      </w:r>
      <w:r>
        <w:rPr>
          <w:rFonts w:eastAsia="B Nazanin" w:cs="B Nazanin"/>
        </w:rPr>
        <w:t xml:space="preserve"> </w:t>
      </w:r>
      <w:r>
        <w:rPr>
          <w:rFonts w:eastAsia="B Nazanin" w:cs="B Nazanin"/>
        </w:rPr>
        <w:t>امکان</w:t>
      </w:r>
      <w:r>
        <w:rPr>
          <w:rFonts w:eastAsia="B Nazanin" w:cs="B Nazanin"/>
        </w:rPr>
        <w:t xml:space="preserve"> </w:t>
      </w:r>
      <w:r>
        <w:rPr>
          <w:rFonts w:eastAsia="B Nazanin" w:cs="B Nazanin"/>
        </w:rPr>
        <w:t>دارید،</w:t>
      </w:r>
      <w:r>
        <w:rPr>
          <w:rFonts w:eastAsia="B Nazanin" w:cs="B Nazanin"/>
        </w:rPr>
        <w:t xml:space="preserve"> </w:t>
      </w:r>
      <w:r>
        <w:rPr>
          <w:rFonts w:eastAsia="B Nazanin" w:cs="B Nazanin"/>
        </w:rPr>
        <w:t>با</w:t>
      </w:r>
      <w:r>
        <w:rPr>
          <w:rFonts w:eastAsia="B Nazanin" w:cs="B Nazanin"/>
        </w:rPr>
        <w:t xml:space="preserve"> </w:t>
      </w:r>
      <w:r>
        <w:rPr>
          <w:rFonts w:eastAsia="B Nazanin" w:cs="B Nazanin"/>
        </w:rPr>
        <w:t>دوست،</w:t>
      </w:r>
      <w:r>
        <w:rPr>
          <w:rFonts w:eastAsia="B Nazanin" w:cs="B Nazanin"/>
        </w:rPr>
        <w:t xml:space="preserve"> </w:t>
      </w:r>
      <w:r>
        <w:rPr>
          <w:rFonts w:eastAsia="B Nazanin" w:cs="B Nazanin"/>
        </w:rPr>
        <w:t>معلم</w:t>
      </w:r>
      <w:r>
        <w:rPr>
          <w:rFonts w:eastAsia="B Nazanin" w:cs="B Nazanin"/>
        </w:rPr>
        <w:t xml:space="preserve"> </w:t>
      </w:r>
      <w:r>
        <w:rPr>
          <w:rFonts w:eastAsia="B Nazanin" w:cs="B Nazanin"/>
        </w:rPr>
        <w:t>یا</w:t>
      </w:r>
      <w:r>
        <w:rPr>
          <w:rFonts w:eastAsia="B Nazanin" w:cs="B Nazanin"/>
        </w:rPr>
        <w:t xml:space="preserve"> </w:t>
      </w:r>
      <w:r>
        <w:rPr>
          <w:rFonts w:eastAsia="B Nazanin" w:cs="B Nazanin"/>
        </w:rPr>
        <w:t>شریک</w:t>
      </w:r>
      <w:r>
        <w:rPr>
          <w:rFonts w:eastAsia="B Nazanin" w:cs="B Nazanin"/>
        </w:rPr>
        <w:t xml:space="preserve"> </w:t>
      </w:r>
      <w:r>
        <w:rPr>
          <w:rFonts w:eastAsia="B Nazanin" w:cs="B Nazanin"/>
        </w:rPr>
        <w:t>زبانی</w:t>
      </w:r>
      <w:r>
        <w:rPr>
          <w:rFonts w:eastAsia="B Nazanin" w:cs="B Nazanin"/>
        </w:rPr>
        <w:t xml:space="preserve"> </w:t>
      </w:r>
      <w:r>
        <w:rPr>
          <w:rFonts w:eastAsia="B Nazanin" w:cs="B Nazanin"/>
        </w:rPr>
        <w:t>تمرین</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گفت</w:t>
      </w:r>
      <w:r>
        <w:rPr>
          <w:rFonts w:eastAsia="B Nazanin" w:cs="B Nazanin"/>
        </w:rPr>
        <w:t>‌</w:t>
      </w:r>
      <w:r>
        <w:rPr>
          <w:rFonts w:eastAsia="B Nazanin" w:cs="B Nazanin"/>
        </w:rPr>
        <w:t>وگو</w:t>
      </w:r>
      <w:r>
        <w:rPr>
          <w:rFonts w:eastAsia="B Nazanin" w:cs="B Nazanin"/>
        </w:rPr>
        <w:t xml:space="preserve"> </w:t>
      </w:r>
      <w:r>
        <w:rPr>
          <w:rFonts w:eastAsia="B Nazanin" w:cs="B Nazanin"/>
        </w:rPr>
        <w:t>باید</w:t>
      </w:r>
      <w:r>
        <w:rPr>
          <w:rFonts w:eastAsia="B Nazanin" w:cs="B Nazanin"/>
        </w:rPr>
        <w:t xml:space="preserve"> </w:t>
      </w:r>
      <w:r>
        <w:rPr>
          <w:rFonts w:eastAsia="B Nazanin" w:cs="B Nazanin"/>
        </w:rPr>
        <w:t>فرصت</w:t>
      </w:r>
      <w:r>
        <w:rPr>
          <w:rFonts w:eastAsia="B Nazanin" w:cs="B Nazanin"/>
        </w:rPr>
        <w:t xml:space="preserve"> </w:t>
      </w:r>
      <w:r>
        <w:rPr>
          <w:rFonts w:eastAsia="B Nazanin" w:cs="B Nazanin"/>
        </w:rPr>
        <w:t>کافی</w:t>
      </w:r>
      <w:r>
        <w:rPr>
          <w:rFonts w:eastAsia="B Nazanin" w:cs="B Nazanin"/>
        </w:rPr>
        <w:t xml:space="preserve"> </w:t>
      </w:r>
      <w:r>
        <w:rPr>
          <w:rFonts w:eastAsia="B Nazanin" w:cs="B Nazanin"/>
        </w:rPr>
        <w:t>برای</w:t>
      </w:r>
      <w:r>
        <w:rPr>
          <w:rFonts w:eastAsia="B Nazanin" w:cs="B Nazanin"/>
        </w:rPr>
        <w:t xml:space="preserve"> </w:t>
      </w:r>
      <w:r>
        <w:rPr>
          <w:rFonts w:eastAsia="B Nazanin" w:cs="B Nazanin"/>
        </w:rPr>
        <w:t>صحبت</w:t>
      </w:r>
      <w:r>
        <w:rPr>
          <w:rFonts w:eastAsia="B Nazanin" w:cs="B Nazanin"/>
        </w:rPr>
        <w:t xml:space="preserve"> </w:t>
      </w:r>
      <w:r>
        <w:rPr>
          <w:rFonts w:eastAsia="B Nazanin" w:cs="B Nazanin"/>
        </w:rPr>
        <w:t>کردن</w:t>
      </w:r>
      <w:r>
        <w:rPr>
          <w:rFonts w:eastAsia="B Nazanin" w:cs="B Nazanin"/>
        </w:rPr>
        <w:t xml:space="preserve"> </w:t>
      </w:r>
      <w:r>
        <w:rPr>
          <w:rFonts w:eastAsia="B Nazanin" w:cs="B Nazanin"/>
        </w:rPr>
        <w:t>هر</w:t>
      </w:r>
      <w:r>
        <w:rPr>
          <w:rFonts w:eastAsia="B Nazanin" w:cs="B Nazanin"/>
        </w:rPr>
        <w:t xml:space="preserve"> </w:t>
      </w:r>
      <w:r>
        <w:rPr>
          <w:rFonts w:eastAsia="B Nazanin" w:cs="B Nazanin"/>
        </w:rPr>
        <w:t>دو</w:t>
      </w:r>
      <w:r>
        <w:rPr>
          <w:rFonts w:eastAsia="B Nazanin" w:cs="B Nazanin"/>
        </w:rPr>
        <w:t xml:space="preserve"> </w:t>
      </w:r>
      <w:r>
        <w:rPr>
          <w:rFonts w:eastAsia="B Nazanin" w:cs="B Nazanin"/>
        </w:rPr>
        <w:t>نفر</w:t>
      </w:r>
      <w:r>
        <w:rPr>
          <w:rFonts w:eastAsia="B Nazanin" w:cs="B Nazanin"/>
        </w:rPr>
        <w:t xml:space="preserve"> </w:t>
      </w:r>
      <w:r>
        <w:rPr>
          <w:rFonts w:eastAsia="B Nazanin" w:cs="B Nazanin"/>
        </w:rPr>
        <w:t>ف</w:t>
      </w:r>
      <w:r>
        <w:rPr>
          <w:rFonts w:eastAsia="B Nazanin" w:cs="B Nazanin"/>
        </w:rPr>
        <w:t>راهم</w:t>
      </w:r>
      <w:r>
        <w:rPr>
          <w:rFonts w:eastAsia="B Nazanin" w:cs="B Nazanin"/>
        </w:rPr>
        <w:t xml:space="preserve"> </w:t>
      </w:r>
      <w:r>
        <w:rPr>
          <w:rFonts w:eastAsia="B Nazanin" w:cs="B Nazanin"/>
        </w:rPr>
        <w:t>کند</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طرف</w:t>
      </w:r>
      <w:r>
        <w:rPr>
          <w:rFonts w:eastAsia="B Nazanin" w:cs="B Nazanin"/>
        </w:rPr>
        <w:t xml:space="preserve"> </w:t>
      </w:r>
      <w:r>
        <w:rPr>
          <w:rFonts w:eastAsia="B Nazanin" w:cs="B Nazanin"/>
        </w:rPr>
        <w:t>دیگر،</w:t>
      </w:r>
      <w:r>
        <w:rPr>
          <w:rFonts w:eastAsia="B Nazanin" w:cs="B Nazanin"/>
        </w:rPr>
        <w:t xml:space="preserve"> </w:t>
      </w:r>
      <w:r>
        <w:rPr>
          <w:rFonts w:eastAsia="B Nazanin" w:cs="B Nazanin"/>
        </w:rPr>
        <w:t>حفظ</w:t>
      </w:r>
      <w:r>
        <w:rPr>
          <w:rFonts w:eastAsia="B Nazanin" w:cs="B Nazanin"/>
        </w:rPr>
        <w:t xml:space="preserve"> </w:t>
      </w:r>
      <w:r>
        <w:rPr>
          <w:rFonts w:eastAsia="B Nazanin" w:cs="B Nazanin"/>
        </w:rPr>
        <w:t>کردن</w:t>
      </w:r>
      <w:r>
        <w:rPr>
          <w:rFonts w:eastAsia="B Nazanin" w:cs="B Nazanin"/>
        </w:rPr>
        <w:t xml:space="preserve"> </w:t>
      </w:r>
      <w:r>
        <w:rPr>
          <w:rFonts w:eastAsia="B Nazanin" w:cs="B Nazanin"/>
        </w:rPr>
        <w:t>متن</w:t>
      </w:r>
      <w:r>
        <w:rPr>
          <w:rFonts w:eastAsia="B Nazanin" w:cs="B Nazanin"/>
        </w:rPr>
        <w:t>‌</w:t>
      </w:r>
      <w:r>
        <w:rPr>
          <w:rFonts w:eastAsia="B Nazanin" w:cs="B Nazanin"/>
        </w:rPr>
        <w:t>های</w:t>
      </w:r>
      <w:r>
        <w:rPr>
          <w:rFonts w:eastAsia="B Nazanin" w:cs="B Nazanin"/>
        </w:rPr>
        <w:t xml:space="preserve"> </w:t>
      </w:r>
      <w:r>
        <w:rPr>
          <w:rFonts w:eastAsia="B Nazanin" w:cs="B Nazanin"/>
        </w:rPr>
        <w:t>طولانی</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تکرار</w:t>
      </w:r>
      <w:r>
        <w:rPr>
          <w:rFonts w:eastAsia="B Nazanin" w:cs="B Nazanin"/>
        </w:rPr>
        <w:t xml:space="preserve"> </w:t>
      </w:r>
      <w:r>
        <w:rPr>
          <w:rFonts w:eastAsia="B Nazanin" w:cs="B Nazanin"/>
        </w:rPr>
        <w:t>مکانیکی</w:t>
      </w:r>
      <w:r>
        <w:rPr>
          <w:rFonts w:eastAsia="B Nazanin" w:cs="B Nazanin"/>
        </w:rPr>
        <w:t xml:space="preserve"> </w:t>
      </w:r>
      <w:r>
        <w:rPr>
          <w:rFonts w:eastAsia="B Nazanin" w:cs="B Nazanin"/>
        </w:rPr>
        <w:t>آن</w:t>
      </w:r>
      <w:r>
        <w:rPr>
          <w:rFonts w:eastAsia="B Nazanin" w:cs="B Nazanin"/>
        </w:rPr>
        <w:t>‌</w:t>
      </w:r>
      <w:r>
        <w:rPr>
          <w:rFonts w:eastAsia="B Nazanin" w:cs="B Nazanin"/>
        </w:rPr>
        <w:t>ها</w:t>
      </w:r>
      <w:r>
        <w:rPr>
          <w:rFonts w:eastAsia="B Nazanin" w:cs="B Nazanin"/>
        </w:rPr>
        <w:t xml:space="preserve"> </w:t>
      </w:r>
      <w:r>
        <w:rPr>
          <w:rFonts w:eastAsia="B Nazanin" w:cs="B Nazanin"/>
        </w:rPr>
        <w:t>به</w:t>
      </w:r>
      <w:r>
        <w:rPr>
          <w:rFonts w:eastAsia="B Nazanin" w:cs="B Nazanin"/>
        </w:rPr>
        <w:t>‌</w:t>
      </w:r>
      <w:r>
        <w:rPr>
          <w:rFonts w:eastAsia="B Nazanin" w:cs="B Nazanin"/>
        </w:rPr>
        <w:t>تنهایی</w:t>
      </w:r>
      <w:r>
        <w:rPr>
          <w:rFonts w:eastAsia="B Nazanin" w:cs="B Nazanin"/>
        </w:rPr>
        <w:t xml:space="preserve"> </w:t>
      </w:r>
      <w:r>
        <w:rPr>
          <w:rFonts w:eastAsia="B Nazanin" w:cs="B Nazanin"/>
        </w:rPr>
        <w:t>کافی</w:t>
      </w:r>
      <w:r>
        <w:rPr>
          <w:rFonts w:eastAsia="B Nazanin" w:cs="B Nazanin"/>
        </w:rPr>
        <w:t xml:space="preserve"> </w:t>
      </w:r>
      <w:r>
        <w:rPr>
          <w:rFonts w:eastAsia="B Nazanin" w:cs="B Nazanin"/>
        </w:rPr>
        <w:t>نیست</w:t>
      </w:r>
      <w:r>
        <w:rPr>
          <w:rFonts w:eastAsia="B Nazanin" w:cs="B Nazanin"/>
        </w:rPr>
        <w:t xml:space="preserve">. </w:t>
      </w:r>
      <w:r>
        <w:rPr>
          <w:rFonts w:eastAsia="B Nazanin" w:cs="B Nazanin"/>
        </w:rPr>
        <w:t>بهتر</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عبارت</w:t>
      </w:r>
      <w:r>
        <w:rPr>
          <w:rFonts w:eastAsia="B Nazanin" w:cs="B Nazanin"/>
        </w:rPr>
        <w:t>‌</w:t>
      </w:r>
      <w:r>
        <w:rPr>
          <w:rFonts w:eastAsia="B Nazanin" w:cs="B Nazanin"/>
        </w:rPr>
        <w:t>های</w:t>
      </w:r>
      <w:r>
        <w:rPr>
          <w:rFonts w:eastAsia="B Nazanin" w:cs="B Nazanin"/>
        </w:rPr>
        <w:t xml:space="preserve"> </w:t>
      </w:r>
      <w:r>
        <w:rPr>
          <w:rFonts w:eastAsia="B Nazanin" w:cs="B Nazanin"/>
        </w:rPr>
        <w:t>کاربردی</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یاد</w:t>
      </w:r>
      <w:r>
        <w:rPr>
          <w:rFonts w:eastAsia="B Nazanin" w:cs="B Nazanin"/>
        </w:rPr>
        <w:t xml:space="preserve"> </w:t>
      </w:r>
      <w:r>
        <w:rPr>
          <w:rFonts w:eastAsia="B Nazanin" w:cs="B Nazanin"/>
        </w:rPr>
        <w:t>بگیرید</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موقعیت</w:t>
      </w:r>
      <w:r>
        <w:rPr>
          <w:rFonts w:eastAsia="B Nazanin" w:cs="B Nazanin"/>
        </w:rPr>
        <w:t>‌</w:t>
      </w:r>
      <w:r>
        <w:rPr>
          <w:rFonts w:eastAsia="B Nazanin" w:cs="B Nazanin"/>
        </w:rPr>
        <w:t>های</w:t>
      </w:r>
      <w:r>
        <w:rPr>
          <w:rFonts w:eastAsia="B Nazanin" w:cs="B Nazanin"/>
        </w:rPr>
        <w:t xml:space="preserve"> </w:t>
      </w:r>
      <w:r>
        <w:rPr>
          <w:rFonts w:eastAsia="B Nazanin" w:cs="B Nazanin"/>
        </w:rPr>
        <w:t>مختلف</w:t>
      </w:r>
      <w:r>
        <w:rPr>
          <w:rFonts w:eastAsia="B Nazanin" w:cs="B Nazanin"/>
        </w:rPr>
        <w:t xml:space="preserve"> </w:t>
      </w:r>
      <w:r>
        <w:rPr>
          <w:rFonts w:eastAsia="B Nazanin" w:cs="B Nazanin"/>
        </w:rPr>
        <w:t>به</w:t>
      </w:r>
      <w:r>
        <w:rPr>
          <w:rFonts w:eastAsia="B Nazanin" w:cs="B Nazanin"/>
        </w:rPr>
        <w:t xml:space="preserve"> </w:t>
      </w:r>
      <w:r>
        <w:rPr>
          <w:rFonts w:eastAsia="B Nazanin" w:cs="B Nazanin"/>
        </w:rPr>
        <w:t>کار</w:t>
      </w:r>
      <w:r>
        <w:rPr>
          <w:rFonts w:eastAsia="B Nazanin" w:cs="B Nazanin"/>
        </w:rPr>
        <w:t xml:space="preserve"> </w:t>
      </w:r>
      <w:r>
        <w:rPr>
          <w:rFonts w:eastAsia="B Nazanin" w:cs="B Nazanin"/>
        </w:rPr>
        <w:t>ببرید؛</w:t>
      </w:r>
      <w:r>
        <w:rPr>
          <w:rFonts w:eastAsia="B Nazanin" w:cs="B Nazanin"/>
        </w:rPr>
        <w:t xml:space="preserve"> </w:t>
      </w:r>
      <w:r>
        <w:rPr>
          <w:rFonts w:eastAsia="B Nazanin" w:cs="B Nazanin"/>
        </w:rPr>
        <w:t>برای</w:t>
      </w:r>
      <w:r>
        <w:rPr>
          <w:rFonts w:eastAsia="B Nazanin" w:cs="B Nazanin"/>
        </w:rPr>
        <w:t xml:space="preserve"> </w:t>
      </w:r>
      <w:r>
        <w:rPr>
          <w:rFonts w:eastAsia="B Nazanin" w:cs="B Nazanin"/>
        </w:rPr>
        <w:t>مثال،</w:t>
      </w:r>
      <w:r>
        <w:rPr>
          <w:rFonts w:eastAsia="B Nazanin" w:cs="B Nazanin"/>
        </w:rPr>
        <w:t xml:space="preserve"> </w:t>
      </w:r>
      <w:r>
        <w:rPr>
          <w:rFonts w:eastAsia="B Nazanin" w:cs="B Nazanin"/>
        </w:rPr>
        <w:t>عبارت</w:t>
      </w:r>
      <w:r>
        <w:rPr>
          <w:rFonts w:eastAsia="B Nazanin" w:cs="B Nazanin"/>
        </w:rPr>
        <w:t>‌</w:t>
      </w:r>
      <w:r>
        <w:rPr>
          <w:rFonts w:eastAsia="B Nazanin" w:cs="B Nazanin"/>
        </w:rPr>
        <w:t>های</w:t>
      </w:r>
      <w:r>
        <w:rPr>
          <w:rFonts w:eastAsia="B Nazanin" w:cs="B Nazanin"/>
        </w:rPr>
        <w:t xml:space="preserve"> </w:t>
      </w:r>
      <w:r>
        <w:rPr>
          <w:rFonts w:eastAsia="B Nazanin" w:cs="B Nazanin"/>
        </w:rPr>
        <w:t>بیان</w:t>
      </w:r>
      <w:r>
        <w:rPr>
          <w:rFonts w:eastAsia="B Nazanin" w:cs="B Nazanin"/>
        </w:rPr>
        <w:t xml:space="preserve"> </w:t>
      </w:r>
      <w:proofErr w:type="spellStart"/>
      <w:r>
        <w:rPr>
          <w:rFonts w:eastAsia="B Nazanin" w:cs="B Nazanin"/>
        </w:rPr>
        <w:t>نظر</w:t>
      </w:r>
      <w:proofErr w:type="spellEnd"/>
      <w:r>
        <w:rPr>
          <w:rFonts w:eastAsia="B Nazanin" w:cs="B Nazanin"/>
        </w:rPr>
        <w:t>،</w:t>
      </w:r>
      <w:r>
        <w:rPr>
          <w:rFonts w:eastAsia="B Nazanin" w:cs="B Nazanin"/>
        </w:rPr>
        <w:t xml:space="preserve"> </w:t>
      </w:r>
      <w:proofErr w:type="spellStart"/>
      <w:r>
        <w:rPr>
          <w:rFonts w:eastAsia="B Nazanin" w:cs="B Nazanin"/>
        </w:rPr>
        <w:t>موافقت</w:t>
      </w:r>
      <w:proofErr w:type="spellEnd"/>
      <w:r>
        <w:rPr>
          <w:rFonts w:eastAsia="B Nazanin" w:cs="B Nazanin"/>
        </w:rPr>
        <w:t>،</w:t>
      </w:r>
      <w:r>
        <w:rPr>
          <w:rFonts w:eastAsia="B Nazanin" w:cs="B Nazanin"/>
        </w:rPr>
        <w:t xml:space="preserve"> </w:t>
      </w:r>
      <w:proofErr w:type="spellStart"/>
      <w:r>
        <w:rPr>
          <w:rFonts w:eastAsia="B Nazanin" w:cs="B Nazanin"/>
        </w:rPr>
        <w:t>مخالفت</w:t>
      </w:r>
      <w:proofErr w:type="spellEnd"/>
      <w:r>
        <w:rPr>
          <w:rFonts w:eastAsia="B Nazanin" w:cs="B Nazanin"/>
        </w:rPr>
        <w:t xml:space="preserve"> </w:t>
      </w:r>
      <w:proofErr w:type="spellStart"/>
      <w:r>
        <w:rPr>
          <w:rFonts w:eastAsia="B Nazanin" w:cs="B Nazanin"/>
        </w:rPr>
        <w:t>محترمانه</w:t>
      </w:r>
      <w:proofErr w:type="spellEnd"/>
      <w:r>
        <w:rPr>
          <w:rFonts w:eastAsia="B Nazanin" w:cs="B Nazanin"/>
        </w:rPr>
        <w:t xml:space="preserve"> </w:t>
      </w:r>
      <w:r>
        <w:rPr>
          <w:rFonts w:eastAsia="B Nazanin" w:cs="B Nazanin"/>
        </w:rPr>
        <w:t>و</w:t>
      </w:r>
      <w:r>
        <w:rPr>
          <w:rFonts w:eastAsia="B Nazanin" w:cs="B Nazanin"/>
        </w:rPr>
        <w:t xml:space="preserve"> </w:t>
      </w:r>
      <w:proofErr w:type="spellStart"/>
      <w:r>
        <w:rPr>
          <w:rFonts w:eastAsia="B Nazanin" w:cs="B Nazanin"/>
        </w:rPr>
        <w:t>درخواست</w:t>
      </w:r>
      <w:proofErr w:type="spellEnd"/>
      <w:r>
        <w:rPr>
          <w:rFonts w:eastAsia="B Nazanin" w:cs="B Nazanin"/>
        </w:rPr>
        <w:t xml:space="preserve"> </w:t>
      </w:r>
      <w:proofErr w:type="spellStart"/>
      <w:r>
        <w:rPr>
          <w:rFonts w:eastAsia="B Nazanin" w:cs="B Nazanin"/>
        </w:rPr>
        <w:t>توضیح</w:t>
      </w:r>
      <w:proofErr w:type="spellEnd"/>
      <w:r w:rsidR="002159CC">
        <w:rPr>
          <w:rFonts w:eastAsia="B Nazanin" w:cs="B Nazanin" w:hint="cs"/>
          <w:rtl/>
        </w:rPr>
        <w:t>.</w:t>
      </w:r>
    </w:p>
    <w:p w14:paraId="12A6FF21" w14:textId="61F70E61" w:rsidR="006A2542" w:rsidRDefault="007F2F21" w:rsidP="002159CC">
      <w:pPr>
        <w:pStyle w:val="Heading1"/>
        <w:numPr>
          <w:ilvl w:val="0"/>
          <w:numId w:val="10"/>
        </w:numPr>
        <w:bidi/>
      </w:pPr>
      <w:proofErr w:type="spellStart"/>
      <w:r>
        <w:rPr>
          <w:rFonts w:ascii="B Nazanin" w:eastAsia="B Nazanin" w:hAnsi="B Nazanin" w:cs="B Nazanin"/>
        </w:rPr>
        <w:t>واژگان</w:t>
      </w:r>
      <w:proofErr w:type="spellEnd"/>
      <w:r>
        <w:rPr>
          <w:rFonts w:ascii="B Nazanin" w:eastAsia="B Nazanin" w:hAnsi="B Nazanin" w:cs="B Nazanin"/>
        </w:rPr>
        <w:t xml:space="preserve"> </w:t>
      </w:r>
      <w:proofErr w:type="spellStart"/>
      <w:r>
        <w:rPr>
          <w:rFonts w:ascii="B Nazanin" w:eastAsia="B Nazanin" w:hAnsi="B Nazanin" w:cs="B Nazanin"/>
        </w:rPr>
        <w:t>را</w:t>
      </w:r>
      <w:proofErr w:type="spellEnd"/>
      <w:r>
        <w:rPr>
          <w:rFonts w:ascii="B Nazanin" w:eastAsia="B Nazanin" w:hAnsi="B Nazanin" w:cs="B Nazanin"/>
        </w:rPr>
        <w:t xml:space="preserve"> </w:t>
      </w:r>
      <w:proofErr w:type="spellStart"/>
      <w:r>
        <w:rPr>
          <w:rFonts w:ascii="B Nazanin" w:eastAsia="B Nazanin" w:hAnsi="B Nazanin" w:cs="B Nazanin"/>
        </w:rPr>
        <w:t>در</w:t>
      </w:r>
      <w:proofErr w:type="spellEnd"/>
      <w:r>
        <w:rPr>
          <w:rFonts w:ascii="B Nazanin" w:eastAsia="B Nazanin" w:hAnsi="B Nazanin" w:cs="B Nazanin"/>
        </w:rPr>
        <w:t xml:space="preserve"> </w:t>
      </w:r>
      <w:proofErr w:type="spellStart"/>
      <w:r>
        <w:rPr>
          <w:rFonts w:ascii="B Nazanin" w:eastAsia="B Nazanin" w:hAnsi="B Nazanin" w:cs="B Nazanin"/>
        </w:rPr>
        <w:t>جمله</w:t>
      </w:r>
      <w:proofErr w:type="spellEnd"/>
      <w:r>
        <w:rPr>
          <w:rFonts w:ascii="B Nazanin" w:eastAsia="B Nazanin" w:hAnsi="B Nazanin" w:cs="B Nazanin"/>
        </w:rPr>
        <w:t xml:space="preserve"> </w:t>
      </w:r>
      <w:r>
        <w:rPr>
          <w:rFonts w:ascii="B Nazanin" w:eastAsia="B Nazanin" w:hAnsi="B Nazanin" w:cs="B Nazanin"/>
        </w:rPr>
        <w:t>و</w:t>
      </w:r>
      <w:r>
        <w:rPr>
          <w:rFonts w:ascii="B Nazanin" w:eastAsia="B Nazanin" w:hAnsi="B Nazanin" w:cs="B Nazanin"/>
        </w:rPr>
        <w:t xml:space="preserve"> </w:t>
      </w:r>
      <w:r>
        <w:rPr>
          <w:rFonts w:ascii="B Nazanin" w:eastAsia="B Nazanin" w:hAnsi="B Nazanin" w:cs="B Nazanin"/>
        </w:rPr>
        <w:t>موقعیت</w:t>
      </w:r>
      <w:r>
        <w:rPr>
          <w:rFonts w:ascii="B Nazanin" w:eastAsia="B Nazanin" w:hAnsi="B Nazanin" w:cs="B Nazanin"/>
        </w:rPr>
        <w:t xml:space="preserve"> </w:t>
      </w:r>
      <w:r>
        <w:rPr>
          <w:rFonts w:ascii="B Nazanin" w:eastAsia="B Nazanin" w:hAnsi="B Nazanin" w:cs="B Nazanin"/>
        </w:rPr>
        <w:t>یاد</w:t>
      </w:r>
      <w:r>
        <w:rPr>
          <w:rFonts w:ascii="B Nazanin" w:eastAsia="B Nazanin" w:hAnsi="B Nazanin" w:cs="B Nazanin"/>
        </w:rPr>
        <w:t xml:space="preserve"> </w:t>
      </w:r>
      <w:r>
        <w:rPr>
          <w:rFonts w:ascii="B Nazanin" w:eastAsia="B Nazanin" w:hAnsi="B Nazanin" w:cs="B Nazanin"/>
        </w:rPr>
        <w:t>بگیرید</w:t>
      </w:r>
    </w:p>
    <w:p w14:paraId="2B964744" w14:textId="784CE187" w:rsidR="006A2542" w:rsidRDefault="002159CC" w:rsidP="002159CC">
      <w:pPr>
        <w:bidi/>
      </w:pPr>
      <w:r>
        <w:rPr>
          <w:rFonts w:eastAsia="B Nazanin" w:cs="B Nazanin" w:hint="cs"/>
          <w:rtl/>
        </w:rPr>
        <w:t xml:space="preserve">   </w:t>
      </w:r>
      <w:proofErr w:type="spellStart"/>
      <w:r>
        <w:rPr>
          <w:rFonts w:eastAsia="B Nazanin" w:cs="B Nazanin"/>
        </w:rPr>
        <w:t>حفظ</w:t>
      </w:r>
      <w:proofErr w:type="spellEnd"/>
      <w:r>
        <w:rPr>
          <w:rFonts w:eastAsia="B Nazanin" w:cs="B Nazanin"/>
        </w:rPr>
        <w:t xml:space="preserve"> </w:t>
      </w:r>
      <w:proofErr w:type="spellStart"/>
      <w:r>
        <w:rPr>
          <w:rFonts w:eastAsia="B Nazanin" w:cs="B Nazanin"/>
        </w:rPr>
        <w:t>کردن</w:t>
      </w:r>
      <w:proofErr w:type="spellEnd"/>
      <w:r>
        <w:rPr>
          <w:rFonts w:eastAsia="B Nazanin" w:cs="B Nazanin"/>
        </w:rPr>
        <w:t xml:space="preserve"> </w:t>
      </w:r>
      <w:proofErr w:type="spellStart"/>
      <w:r>
        <w:rPr>
          <w:rFonts w:eastAsia="B Nazanin" w:cs="B Nazanin"/>
        </w:rPr>
        <w:t>فهرست‌های</w:t>
      </w:r>
      <w:proofErr w:type="spellEnd"/>
      <w:r>
        <w:rPr>
          <w:rFonts w:eastAsia="B Nazanin" w:cs="B Nazanin"/>
        </w:rPr>
        <w:t xml:space="preserve"> </w:t>
      </w:r>
      <w:proofErr w:type="spellStart"/>
      <w:r>
        <w:rPr>
          <w:rFonts w:eastAsia="B Nazanin" w:cs="B Nazanin"/>
        </w:rPr>
        <w:t>طولانی</w:t>
      </w:r>
      <w:proofErr w:type="spellEnd"/>
      <w:r>
        <w:rPr>
          <w:rFonts w:eastAsia="B Nazanin" w:cs="B Nazanin"/>
        </w:rPr>
        <w:t xml:space="preserve"> از کلمات ممکن است در کوتاه‌مدت احساس پیشرفت ایجاد کند، اما بسیاری از واژه‌ها به‌سرعت فراموش می‌شوند؛ به‌خصوص اگر هرگز از آن‌ها استفاده نکنیم. بهتر است تعداد کمتری واژه یا عبارت انتخاب کنیم و آن‌ها را در جمله یاد بگیریم. برای نمونه، به‌جای حفظ کردن واژه تصمیم به‌تنهایی، عبارت‌هایی مانند make a decision را </w:t>
      </w:r>
      <w:proofErr w:type="spellStart"/>
      <w:r>
        <w:rPr>
          <w:rFonts w:eastAsia="B Nazanin" w:cs="B Nazanin"/>
        </w:rPr>
        <w:t>همراه</w:t>
      </w:r>
      <w:proofErr w:type="spellEnd"/>
      <w:r>
        <w:rPr>
          <w:rFonts w:eastAsia="B Nazanin" w:cs="B Nazanin"/>
        </w:rPr>
        <w:t xml:space="preserve"> </w:t>
      </w:r>
      <w:proofErr w:type="spellStart"/>
      <w:r>
        <w:rPr>
          <w:rFonts w:eastAsia="B Nazanin" w:cs="B Nazanin"/>
        </w:rPr>
        <w:t>با</w:t>
      </w:r>
      <w:proofErr w:type="spellEnd"/>
      <w:r>
        <w:rPr>
          <w:rFonts w:eastAsia="B Nazanin" w:cs="B Nazanin"/>
        </w:rPr>
        <w:t xml:space="preserve"> </w:t>
      </w:r>
      <w:proofErr w:type="spellStart"/>
      <w:r>
        <w:rPr>
          <w:rFonts w:eastAsia="B Nazanin" w:cs="B Nazanin"/>
        </w:rPr>
        <w:t>یک</w:t>
      </w:r>
      <w:proofErr w:type="spellEnd"/>
      <w:r>
        <w:rPr>
          <w:rFonts w:eastAsia="B Nazanin" w:cs="B Nazanin"/>
        </w:rPr>
        <w:t xml:space="preserve"> </w:t>
      </w:r>
      <w:proofErr w:type="spellStart"/>
      <w:r>
        <w:rPr>
          <w:rFonts w:eastAsia="B Nazanin" w:cs="B Nazanin"/>
        </w:rPr>
        <w:t>جمله</w:t>
      </w:r>
      <w:proofErr w:type="spellEnd"/>
      <w:r>
        <w:rPr>
          <w:rFonts w:eastAsia="B Nazanin" w:cs="B Nazanin"/>
        </w:rPr>
        <w:t xml:space="preserve"> </w:t>
      </w:r>
      <w:proofErr w:type="spellStart"/>
      <w:r>
        <w:rPr>
          <w:rFonts w:eastAsia="B Nazanin" w:cs="B Nazanin"/>
        </w:rPr>
        <w:t>نمونه</w:t>
      </w:r>
      <w:proofErr w:type="spellEnd"/>
      <w:r>
        <w:rPr>
          <w:rFonts w:eastAsia="B Nazanin" w:cs="B Nazanin"/>
        </w:rPr>
        <w:t xml:space="preserve"> </w:t>
      </w:r>
      <w:proofErr w:type="spellStart"/>
      <w:r>
        <w:rPr>
          <w:rFonts w:eastAsia="B Nazanin" w:cs="B Nazanin"/>
        </w:rPr>
        <w:t>ثبت</w:t>
      </w:r>
      <w:proofErr w:type="spellEnd"/>
      <w:r>
        <w:rPr>
          <w:rFonts w:eastAsia="B Nazanin" w:cs="B Nazanin"/>
        </w:rPr>
        <w:t xml:space="preserve"> </w:t>
      </w:r>
      <w:proofErr w:type="spellStart"/>
      <w:r>
        <w:rPr>
          <w:rFonts w:eastAsia="B Nazanin" w:cs="B Nazanin"/>
        </w:rPr>
        <w:t>کنید</w:t>
      </w:r>
      <w:proofErr w:type="spellEnd"/>
      <w:r>
        <w:rPr>
          <w:rFonts w:eastAsia="B Nazanin" w:cs="B Nazanin" w:hint="cs"/>
          <w:rtl/>
        </w:rPr>
        <w:t>.</w:t>
      </w:r>
    </w:p>
    <w:p w14:paraId="3F38D0F9" w14:textId="0EAE8DDC" w:rsidR="006A2542" w:rsidRDefault="002159CC" w:rsidP="002159CC">
      <w:pPr>
        <w:bidi/>
      </w:pPr>
      <w:r>
        <w:rPr>
          <w:rFonts w:eastAsia="B Nazanin" w:cs="B Nazanin" w:hint="cs"/>
          <w:rtl/>
        </w:rPr>
        <w:t xml:space="preserve">   </w:t>
      </w:r>
      <w:proofErr w:type="spellStart"/>
      <w:r>
        <w:rPr>
          <w:rFonts w:eastAsia="B Nazanin" w:cs="B Nazanin"/>
        </w:rPr>
        <w:t>برای</w:t>
      </w:r>
      <w:proofErr w:type="spellEnd"/>
      <w:r>
        <w:rPr>
          <w:rFonts w:eastAsia="B Nazanin" w:cs="B Nazanin"/>
        </w:rPr>
        <w:t xml:space="preserve"> </w:t>
      </w:r>
      <w:proofErr w:type="spellStart"/>
      <w:r>
        <w:rPr>
          <w:rFonts w:eastAsia="B Nazanin" w:cs="B Nazanin"/>
        </w:rPr>
        <w:t>هر</w:t>
      </w:r>
      <w:proofErr w:type="spellEnd"/>
      <w:r>
        <w:rPr>
          <w:rFonts w:eastAsia="B Nazanin" w:cs="B Nazanin"/>
        </w:rPr>
        <w:t xml:space="preserve"> </w:t>
      </w:r>
      <w:proofErr w:type="spellStart"/>
      <w:r>
        <w:rPr>
          <w:rFonts w:eastAsia="B Nazanin" w:cs="B Nazanin"/>
        </w:rPr>
        <w:t>واژه</w:t>
      </w:r>
      <w:proofErr w:type="spellEnd"/>
      <w:r>
        <w:rPr>
          <w:rFonts w:eastAsia="B Nazanin" w:cs="B Nazanin"/>
        </w:rPr>
        <w:t xml:space="preserve"> </w:t>
      </w:r>
      <w:proofErr w:type="spellStart"/>
      <w:r>
        <w:rPr>
          <w:rFonts w:eastAsia="B Nazanin" w:cs="B Nazanin"/>
        </w:rPr>
        <w:t>جدید</w:t>
      </w:r>
      <w:proofErr w:type="spellEnd"/>
      <w:r>
        <w:rPr>
          <w:rFonts w:eastAsia="B Nazanin" w:cs="B Nazanin"/>
        </w:rPr>
        <w:t xml:space="preserve">، معنی اصلی، تلفظ، یک ترکیب رایج و یک جمله شخصی بنویسید. اگر واژه را در یک ویدیو یا متن دیده‌اید، همان جمله یا موقعیت را نیز ثبت کنید. این کار به یادآوری کمک می‌کند و نشان می‌دهد کلمه در زبان واقعی چگونه استفاده می‌شود. </w:t>
      </w:r>
      <w:proofErr w:type="spellStart"/>
      <w:r>
        <w:rPr>
          <w:rFonts w:eastAsia="B Nazanin" w:cs="B Nazanin"/>
        </w:rPr>
        <w:t>کارت‌های</w:t>
      </w:r>
      <w:proofErr w:type="spellEnd"/>
      <w:r>
        <w:rPr>
          <w:rFonts w:eastAsia="B Nazanin" w:cs="B Nazanin"/>
        </w:rPr>
        <w:t xml:space="preserve"> </w:t>
      </w:r>
      <w:proofErr w:type="spellStart"/>
      <w:r>
        <w:rPr>
          <w:rFonts w:eastAsia="B Nazanin" w:cs="B Nazanin"/>
        </w:rPr>
        <w:t>مرور</w:t>
      </w:r>
      <w:proofErr w:type="spellEnd"/>
      <w:r>
        <w:rPr>
          <w:rFonts w:eastAsia="B Nazanin" w:cs="B Nazanin"/>
        </w:rPr>
        <w:t xml:space="preserve"> </w:t>
      </w:r>
      <w:proofErr w:type="spellStart"/>
      <w:r>
        <w:rPr>
          <w:rFonts w:eastAsia="B Nazanin" w:cs="B Nazanin"/>
        </w:rPr>
        <w:t>دیجیتال</w:t>
      </w:r>
      <w:proofErr w:type="spellEnd"/>
      <w:r>
        <w:rPr>
          <w:rFonts w:eastAsia="B Nazanin" w:cs="B Nazanin"/>
        </w:rPr>
        <w:t xml:space="preserve"> </w:t>
      </w:r>
      <w:proofErr w:type="spellStart"/>
      <w:r>
        <w:rPr>
          <w:rFonts w:eastAsia="B Nazanin" w:cs="B Nazanin"/>
        </w:rPr>
        <w:t>یا</w:t>
      </w:r>
      <w:proofErr w:type="spellEnd"/>
      <w:r>
        <w:rPr>
          <w:rFonts w:eastAsia="B Nazanin" w:cs="B Nazanin"/>
        </w:rPr>
        <w:t xml:space="preserve"> </w:t>
      </w:r>
      <w:proofErr w:type="spellStart"/>
      <w:r>
        <w:rPr>
          <w:rFonts w:eastAsia="B Nazanin" w:cs="B Nazanin"/>
        </w:rPr>
        <w:t>کاغذی</w:t>
      </w:r>
      <w:proofErr w:type="spellEnd"/>
      <w:r>
        <w:rPr>
          <w:rFonts w:eastAsia="B Nazanin" w:cs="B Nazanin"/>
        </w:rPr>
        <w:t xml:space="preserve"> </w:t>
      </w:r>
      <w:proofErr w:type="spellStart"/>
      <w:r>
        <w:rPr>
          <w:rFonts w:eastAsia="B Nazanin" w:cs="B Nazanin"/>
        </w:rPr>
        <w:t>هم</w:t>
      </w:r>
      <w:proofErr w:type="spellEnd"/>
      <w:r>
        <w:rPr>
          <w:rFonts w:eastAsia="B Nazanin" w:cs="B Nazanin"/>
        </w:rPr>
        <w:t xml:space="preserve"> </w:t>
      </w:r>
      <w:proofErr w:type="spellStart"/>
      <w:r>
        <w:rPr>
          <w:rFonts w:eastAsia="B Nazanin" w:cs="B Nazanin"/>
        </w:rPr>
        <w:t>می‌توانند</w:t>
      </w:r>
      <w:proofErr w:type="spellEnd"/>
      <w:r>
        <w:rPr>
          <w:rFonts w:eastAsia="B Nazanin" w:cs="B Nazanin"/>
        </w:rPr>
        <w:t xml:space="preserve"> </w:t>
      </w:r>
      <w:proofErr w:type="spellStart"/>
      <w:r>
        <w:rPr>
          <w:rFonts w:eastAsia="B Nazanin" w:cs="B Nazanin"/>
        </w:rPr>
        <w:t>مفید</w:t>
      </w:r>
      <w:proofErr w:type="spellEnd"/>
      <w:r>
        <w:rPr>
          <w:rFonts w:eastAsia="B Nazanin" w:cs="B Nazanin"/>
        </w:rPr>
        <w:t xml:space="preserve"> </w:t>
      </w:r>
      <w:proofErr w:type="spellStart"/>
      <w:r>
        <w:rPr>
          <w:rFonts w:eastAsia="B Nazanin" w:cs="B Nazanin"/>
        </w:rPr>
        <w:t>باشند</w:t>
      </w:r>
      <w:proofErr w:type="spellEnd"/>
      <w:r>
        <w:rPr>
          <w:rFonts w:eastAsia="B Nazanin" w:cs="B Nazanin"/>
        </w:rPr>
        <w:t xml:space="preserve">، </w:t>
      </w:r>
      <w:proofErr w:type="spellStart"/>
      <w:r>
        <w:rPr>
          <w:rFonts w:eastAsia="B Nazanin" w:cs="B Nazanin"/>
        </w:rPr>
        <w:t>به</w:t>
      </w:r>
      <w:proofErr w:type="spellEnd"/>
      <w:r>
        <w:rPr>
          <w:rFonts w:eastAsia="B Nazanin" w:cs="B Nazanin"/>
        </w:rPr>
        <w:t xml:space="preserve"> </w:t>
      </w:r>
      <w:proofErr w:type="spellStart"/>
      <w:r>
        <w:rPr>
          <w:rFonts w:eastAsia="B Nazanin" w:cs="B Nazanin"/>
        </w:rPr>
        <w:t>شرط</w:t>
      </w:r>
      <w:proofErr w:type="spellEnd"/>
      <w:r>
        <w:rPr>
          <w:rFonts w:eastAsia="B Nazanin" w:cs="B Nazanin"/>
        </w:rPr>
        <w:t xml:space="preserve"> </w:t>
      </w:r>
      <w:proofErr w:type="spellStart"/>
      <w:r>
        <w:rPr>
          <w:rFonts w:eastAsia="B Nazanin" w:cs="B Nazanin"/>
        </w:rPr>
        <w:t>آنکه</w:t>
      </w:r>
      <w:proofErr w:type="spellEnd"/>
      <w:r>
        <w:rPr>
          <w:rFonts w:eastAsia="B Nazanin" w:cs="B Nazanin"/>
        </w:rPr>
        <w:t xml:space="preserve"> </w:t>
      </w:r>
      <w:proofErr w:type="spellStart"/>
      <w:r>
        <w:rPr>
          <w:rFonts w:eastAsia="B Nazanin" w:cs="B Nazanin"/>
        </w:rPr>
        <w:t>مرورها</w:t>
      </w:r>
      <w:proofErr w:type="spellEnd"/>
      <w:r>
        <w:rPr>
          <w:rFonts w:eastAsia="B Nazanin" w:cs="B Nazanin"/>
        </w:rPr>
        <w:t xml:space="preserve"> </w:t>
      </w:r>
      <w:proofErr w:type="spellStart"/>
      <w:r>
        <w:rPr>
          <w:rFonts w:eastAsia="B Nazanin" w:cs="B Nazanin"/>
        </w:rPr>
        <w:t>در</w:t>
      </w:r>
      <w:proofErr w:type="spellEnd"/>
      <w:r>
        <w:rPr>
          <w:rFonts w:eastAsia="B Nazanin" w:cs="B Nazanin"/>
        </w:rPr>
        <w:t xml:space="preserve"> </w:t>
      </w:r>
      <w:proofErr w:type="spellStart"/>
      <w:r>
        <w:rPr>
          <w:rFonts w:eastAsia="B Nazanin" w:cs="B Nazanin"/>
        </w:rPr>
        <w:t>فاصله‌های</w:t>
      </w:r>
      <w:proofErr w:type="spellEnd"/>
      <w:r>
        <w:rPr>
          <w:rFonts w:eastAsia="B Nazanin" w:cs="B Nazanin"/>
        </w:rPr>
        <w:t xml:space="preserve"> </w:t>
      </w:r>
      <w:proofErr w:type="spellStart"/>
      <w:r>
        <w:rPr>
          <w:rFonts w:eastAsia="B Nazanin" w:cs="B Nazanin"/>
        </w:rPr>
        <w:t>زمانی</w:t>
      </w:r>
      <w:proofErr w:type="spellEnd"/>
      <w:r>
        <w:rPr>
          <w:rFonts w:eastAsia="B Nazanin" w:cs="B Nazanin"/>
        </w:rPr>
        <w:t xml:space="preserve"> </w:t>
      </w:r>
      <w:proofErr w:type="spellStart"/>
      <w:r>
        <w:rPr>
          <w:rFonts w:eastAsia="B Nazanin" w:cs="B Nazanin"/>
        </w:rPr>
        <w:t>انجام</w:t>
      </w:r>
      <w:proofErr w:type="spellEnd"/>
      <w:r>
        <w:rPr>
          <w:rFonts w:eastAsia="B Nazanin" w:cs="B Nazanin"/>
        </w:rPr>
        <w:t xml:space="preserve"> </w:t>
      </w:r>
      <w:proofErr w:type="spellStart"/>
      <w:r>
        <w:rPr>
          <w:rFonts w:eastAsia="B Nazanin" w:cs="B Nazanin"/>
        </w:rPr>
        <w:t>شوند</w:t>
      </w:r>
      <w:proofErr w:type="spellEnd"/>
      <w:r>
        <w:rPr>
          <w:rFonts w:eastAsia="B Nazanin" w:cs="B Nazanin" w:hint="cs"/>
          <w:rtl/>
        </w:rPr>
        <w:t>.</w:t>
      </w:r>
    </w:p>
    <w:p w14:paraId="01B5AF10" w14:textId="5A57AD6F" w:rsidR="006A2542" w:rsidRDefault="007F2F21" w:rsidP="002159CC">
      <w:pPr>
        <w:bidi/>
      </w:pPr>
      <w:proofErr w:type="spellStart"/>
      <w:r>
        <w:rPr>
          <w:rFonts w:eastAsia="B Nazanin" w:cs="B Nazanin"/>
        </w:rPr>
        <w:t>در</w:t>
      </w:r>
      <w:proofErr w:type="spellEnd"/>
      <w:r>
        <w:rPr>
          <w:rFonts w:eastAsia="B Nazanin" w:cs="B Nazanin"/>
        </w:rPr>
        <w:t xml:space="preserve"> </w:t>
      </w:r>
      <w:proofErr w:type="spellStart"/>
      <w:r>
        <w:rPr>
          <w:rFonts w:eastAsia="B Nazanin" w:cs="B Nazanin"/>
        </w:rPr>
        <w:t>آغاز</w:t>
      </w:r>
      <w:proofErr w:type="spellEnd"/>
      <w:r>
        <w:rPr>
          <w:rFonts w:eastAsia="B Nazanin" w:cs="B Nazanin"/>
        </w:rPr>
        <w:t>،</w:t>
      </w:r>
      <w:r>
        <w:rPr>
          <w:rFonts w:eastAsia="B Nazanin" w:cs="B Nazanin"/>
        </w:rPr>
        <w:t xml:space="preserve"> </w:t>
      </w:r>
      <w:proofErr w:type="spellStart"/>
      <w:r>
        <w:rPr>
          <w:rFonts w:eastAsia="B Nazanin" w:cs="B Nazanin"/>
        </w:rPr>
        <w:t>روزانه</w:t>
      </w:r>
      <w:proofErr w:type="spellEnd"/>
      <w:r>
        <w:rPr>
          <w:rFonts w:eastAsia="B Nazanin" w:cs="B Nazanin"/>
        </w:rPr>
        <w:t xml:space="preserve"> </w:t>
      </w:r>
      <w:proofErr w:type="spellStart"/>
      <w:r>
        <w:rPr>
          <w:rFonts w:eastAsia="B Nazanin" w:cs="B Nazanin"/>
        </w:rPr>
        <w:t>پنج</w:t>
      </w:r>
      <w:proofErr w:type="spellEnd"/>
      <w:r>
        <w:rPr>
          <w:rFonts w:eastAsia="B Nazanin" w:cs="B Nazanin"/>
        </w:rPr>
        <w:t xml:space="preserve"> </w:t>
      </w:r>
      <w:r>
        <w:rPr>
          <w:rFonts w:eastAsia="B Nazanin" w:cs="B Nazanin"/>
        </w:rPr>
        <w:t>تا</w:t>
      </w:r>
      <w:r>
        <w:rPr>
          <w:rFonts w:eastAsia="B Nazanin" w:cs="B Nazanin"/>
        </w:rPr>
        <w:t xml:space="preserve"> </w:t>
      </w:r>
      <w:r>
        <w:rPr>
          <w:rFonts w:eastAsia="B Nazanin" w:cs="B Nazanin"/>
        </w:rPr>
        <w:t>ده</w:t>
      </w:r>
      <w:r>
        <w:rPr>
          <w:rFonts w:eastAsia="B Nazanin" w:cs="B Nazanin"/>
        </w:rPr>
        <w:t xml:space="preserve"> </w:t>
      </w:r>
      <w:r>
        <w:rPr>
          <w:rFonts w:eastAsia="B Nazanin" w:cs="B Nazanin"/>
        </w:rPr>
        <w:t>واژه</w:t>
      </w:r>
      <w:r>
        <w:rPr>
          <w:rFonts w:eastAsia="B Nazanin" w:cs="B Nazanin"/>
        </w:rPr>
        <w:t xml:space="preserve"> </w:t>
      </w:r>
      <w:r>
        <w:rPr>
          <w:rFonts w:eastAsia="B Nazanin" w:cs="B Nazanin"/>
        </w:rPr>
        <w:t>یا</w:t>
      </w:r>
      <w:r>
        <w:rPr>
          <w:rFonts w:eastAsia="B Nazanin" w:cs="B Nazanin"/>
        </w:rPr>
        <w:t xml:space="preserve"> </w:t>
      </w:r>
      <w:r>
        <w:rPr>
          <w:rFonts w:eastAsia="B Nazanin" w:cs="B Nazanin"/>
        </w:rPr>
        <w:t>عبارت</w:t>
      </w:r>
      <w:r>
        <w:rPr>
          <w:rFonts w:eastAsia="B Nazanin" w:cs="B Nazanin"/>
        </w:rPr>
        <w:t xml:space="preserve"> </w:t>
      </w:r>
      <w:r>
        <w:rPr>
          <w:rFonts w:eastAsia="B Nazanin" w:cs="B Nazanin"/>
        </w:rPr>
        <w:t>کاربردی</w:t>
      </w:r>
      <w:r>
        <w:rPr>
          <w:rFonts w:eastAsia="B Nazanin" w:cs="B Nazanin"/>
        </w:rPr>
        <w:t xml:space="preserve"> </w:t>
      </w:r>
      <w:r>
        <w:rPr>
          <w:rFonts w:eastAsia="B Nazanin" w:cs="B Nazanin"/>
        </w:rPr>
        <w:t>کافی</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البته</w:t>
      </w:r>
      <w:r>
        <w:rPr>
          <w:rFonts w:eastAsia="B Nazanin" w:cs="B Nazanin"/>
        </w:rPr>
        <w:t xml:space="preserve"> </w:t>
      </w:r>
      <w:r>
        <w:rPr>
          <w:rFonts w:eastAsia="B Nazanin" w:cs="B Nazanin"/>
        </w:rPr>
        <w:t>تعداد</w:t>
      </w:r>
      <w:r>
        <w:rPr>
          <w:rFonts w:eastAsia="B Nazanin" w:cs="B Nazanin"/>
        </w:rPr>
        <w:t xml:space="preserve"> </w:t>
      </w:r>
      <w:r>
        <w:rPr>
          <w:rFonts w:eastAsia="B Nazanin" w:cs="B Nazanin"/>
        </w:rPr>
        <w:t>مناسب</w:t>
      </w:r>
      <w:r>
        <w:rPr>
          <w:rFonts w:eastAsia="B Nazanin" w:cs="B Nazanin"/>
        </w:rPr>
        <w:t xml:space="preserve"> </w:t>
      </w:r>
      <w:r>
        <w:rPr>
          <w:rFonts w:eastAsia="B Nazanin" w:cs="B Nazanin"/>
        </w:rPr>
        <w:t>به</w:t>
      </w:r>
      <w:r>
        <w:rPr>
          <w:rFonts w:eastAsia="B Nazanin" w:cs="B Nazanin"/>
        </w:rPr>
        <w:t xml:space="preserve"> </w:t>
      </w:r>
      <w:r>
        <w:rPr>
          <w:rFonts w:eastAsia="B Nazanin" w:cs="B Nazanin"/>
        </w:rPr>
        <w:t>سطح</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دشواری</w:t>
      </w:r>
      <w:r>
        <w:rPr>
          <w:rFonts w:eastAsia="B Nazanin" w:cs="B Nazanin"/>
        </w:rPr>
        <w:t xml:space="preserve"> </w:t>
      </w:r>
      <w:r>
        <w:rPr>
          <w:rFonts w:eastAsia="B Nazanin" w:cs="B Nazanin"/>
        </w:rPr>
        <w:t>واژه</w:t>
      </w:r>
      <w:r>
        <w:rPr>
          <w:rFonts w:eastAsia="B Nazanin" w:cs="B Nazanin"/>
        </w:rPr>
        <w:t>‌</w:t>
      </w:r>
      <w:r>
        <w:rPr>
          <w:rFonts w:eastAsia="B Nazanin" w:cs="B Nazanin"/>
        </w:rPr>
        <w:t>ها</w:t>
      </w:r>
      <w:r>
        <w:rPr>
          <w:rFonts w:eastAsia="B Nazanin" w:cs="B Nazanin"/>
        </w:rPr>
        <w:t xml:space="preserve"> </w:t>
      </w:r>
      <w:r>
        <w:rPr>
          <w:rFonts w:eastAsia="B Nazanin" w:cs="B Nazanin"/>
        </w:rPr>
        <w:t>بستگی</w:t>
      </w:r>
      <w:r>
        <w:rPr>
          <w:rFonts w:eastAsia="B Nazanin" w:cs="B Nazanin"/>
        </w:rPr>
        <w:t xml:space="preserve"> </w:t>
      </w:r>
      <w:r>
        <w:rPr>
          <w:rFonts w:eastAsia="B Nazanin" w:cs="B Nazanin"/>
        </w:rPr>
        <w:t>دارد</w:t>
      </w:r>
      <w:r>
        <w:rPr>
          <w:rFonts w:eastAsia="B Nazanin" w:cs="B Nazanin"/>
        </w:rPr>
        <w:t xml:space="preserve">. </w:t>
      </w:r>
      <w:r>
        <w:rPr>
          <w:rFonts w:eastAsia="B Nazanin" w:cs="B Nazanin"/>
        </w:rPr>
        <w:t>مهم</w:t>
      </w:r>
      <w:r>
        <w:rPr>
          <w:rFonts w:eastAsia="B Nazanin" w:cs="B Nazanin"/>
        </w:rPr>
        <w:t>‌</w:t>
      </w:r>
      <w:r>
        <w:rPr>
          <w:rFonts w:eastAsia="B Nazanin" w:cs="B Nazanin"/>
        </w:rPr>
        <w:t>تر</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تعداد،</w:t>
      </w:r>
      <w:r>
        <w:rPr>
          <w:rFonts w:eastAsia="B Nazanin" w:cs="B Nazanin"/>
        </w:rPr>
        <w:t xml:space="preserve"> </w:t>
      </w:r>
      <w:r>
        <w:rPr>
          <w:rFonts w:eastAsia="B Nazanin" w:cs="B Nazanin"/>
        </w:rPr>
        <w:t>استفاده</w:t>
      </w:r>
      <w:r>
        <w:rPr>
          <w:rFonts w:eastAsia="B Nazanin" w:cs="B Nazanin"/>
        </w:rPr>
        <w:t xml:space="preserve"> </w:t>
      </w:r>
      <w:r>
        <w:rPr>
          <w:rFonts w:eastAsia="B Nazanin" w:cs="B Nazanin"/>
        </w:rPr>
        <w:t>فعال</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پایان</w:t>
      </w:r>
      <w:r>
        <w:rPr>
          <w:rFonts w:eastAsia="B Nazanin" w:cs="B Nazanin"/>
        </w:rPr>
        <w:t xml:space="preserve"> </w:t>
      </w:r>
      <w:r>
        <w:rPr>
          <w:rFonts w:eastAsia="B Nazanin" w:cs="B Nazanin"/>
        </w:rPr>
        <w:t>هر</w:t>
      </w:r>
      <w:r>
        <w:rPr>
          <w:rFonts w:eastAsia="B Nazanin" w:cs="B Nazanin"/>
        </w:rPr>
        <w:t xml:space="preserve"> </w:t>
      </w:r>
      <w:r>
        <w:rPr>
          <w:rFonts w:eastAsia="B Nazanin" w:cs="B Nazanin"/>
        </w:rPr>
        <w:t>هفته،</w:t>
      </w:r>
      <w:r>
        <w:rPr>
          <w:rFonts w:eastAsia="B Nazanin" w:cs="B Nazanin"/>
        </w:rPr>
        <w:t xml:space="preserve"> </w:t>
      </w:r>
      <w:r>
        <w:rPr>
          <w:rFonts w:eastAsia="B Nazanin" w:cs="B Nazanin"/>
        </w:rPr>
        <w:t>تلاش</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بخشی</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واژه</w:t>
      </w:r>
      <w:r>
        <w:rPr>
          <w:rFonts w:eastAsia="B Nazanin" w:cs="B Nazanin"/>
        </w:rPr>
        <w:t>‌</w:t>
      </w:r>
      <w:r>
        <w:rPr>
          <w:rFonts w:eastAsia="B Nazanin" w:cs="B Nazanin"/>
        </w:rPr>
        <w:t>های</w:t>
      </w:r>
      <w:r>
        <w:rPr>
          <w:rFonts w:eastAsia="B Nazanin" w:cs="B Nazanin"/>
        </w:rPr>
        <w:t xml:space="preserve"> </w:t>
      </w:r>
      <w:r>
        <w:rPr>
          <w:rFonts w:eastAsia="B Nazanin" w:cs="B Nazanin"/>
        </w:rPr>
        <w:t>تازه</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مکالمه</w:t>
      </w:r>
      <w:r>
        <w:rPr>
          <w:rFonts w:eastAsia="B Nazanin" w:cs="B Nazanin"/>
        </w:rPr>
        <w:t xml:space="preserve"> </w:t>
      </w:r>
      <w:r>
        <w:rPr>
          <w:rFonts w:eastAsia="B Nazanin" w:cs="B Nazanin"/>
        </w:rPr>
        <w:t>یا</w:t>
      </w:r>
      <w:r>
        <w:rPr>
          <w:rFonts w:eastAsia="B Nazanin" w:cs="B Nazanin"/>
        </w:rPr>
        <w:t xml:space="preserve"> </w:t>
      </w:r>
      <w:r>
        <w:rPr>
          <w:rFonts w:eastAsia="B Nazanin" w:cs="B Nazanin"/>
        </w:rPr>
        <w:t>متن</w:t>
      </w:r>
      <w:r>
        <w:rPr>
          <w:rFonts w:eastAsia="B Nazanin" w:cs="B Nazanin"/>
        </w:rPr>
        <w:t xml:space="preserve"> </w:t>
      </w:r>
      <w:r>
        <w:rPr>
          <w:rFonts w:eastAsia="B Nazanin" w:cs="B Nazanin"/>
        </w:rPr>
        <w:t>کوتاه</w:t>
      </w:r>
      <w:r>
        <w:rPr>
          <w:rFonts w:eastAsia="B Nazanin" w:cs="B Nazanin"/>
        </w:rPr>
        <w:t xml:space="preserve"> </w:t>
      </w:r>
      <w:r>
        <w:rPr>
          <w:rFonts w:eastAsia="B Nazanin" w:cs="B Nazanin"/>
        </w:rPr>
        <w:t>به</w:t>
      </w:r>
      <w:r>
        <w:rPr>
          <w:rFonts w:eastAsia="B Nazanin" w:cs="B Nazanin"/>
        </w:rPr>
        <w:t xml:space="preserve"> </w:t>
      </w:r>
      <w:r>
        <w:rPr>
          <w:rFonts w:eastAsia="B Nazanin" w:cs="B Nazanin"/>
        </w:rPr>
        <w:t>کار</w:t>
      </w:r>
      <w:r>
        <w:rPr>
          <w:rFonts w:eastAsia="B Nazanin" w:cs="B Nazanin"/>
        </w:rPr>
        <w:t xml:space="preserve"> </w:t>
      </w:r>
      <w:r>
        <w:rPr>
          <w:rFonts w:eastAsia="B Nazanin" w:cs="B Nazanin"/>
        </w:rPr>
        <w:t>ببرید</w:t>
      </w:r>
      <w:r>
        <w:rPr>
          <w:rFonts w:eastAsia="B Nazanin" w:cs="B Nazanin"/>
        </w:rPr>
        <w:t xml:space="preserve">. </w:t>
      </w:r>
      <w:r>
        <w:rPr>
          <w:rFonts w:eastAsia="B Nazanin" w:cs="B Nazanin"/>
        </w:rPr>
        <w:t>اگر</w:t>
      </w:r>
      <w:r>
        <w:rPr>
          <w:rFonts w:eastAsia="B Nazanin" w:cs="B Nazanin"/>
        </w:rPr>
        <w:t xml:space="preserve"> </w:t>
      </w:r>
      <w:r>
        <w:rPr>
          <w:rFonts w:eastAsia="B Nazanin" w:cs="B Nazanin"/>
        </w:rPr>
        <w:t>واژه</w:t>
      </w:r>
      <w:r>
        <w:rPr>
          <w:rFonts w:eastAsia="B Nazanin" w:cs="B Nazanin"/>
        </w:rPr>
        <w:t>‌</w:t>
      </w:r>
      <w:r>
        <w:rPr>
          <w:rFonts w:eastAsia="B Nazanin" w:cs="B Nazanin"/>
        </w:rPr>
        <w:t>ای</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فقط</w:t>
      </w:r>
      <w:r>
        <w:rPr>
          <w:rFonts w:eastAsia="B Nazanin" w:cs="B Nazanin"/>
        </w:rPr>
        <w:t xml:space="preserve"> </w:t>
      </w:r>
      <w:r>
        <w:rPr>
          <w:rFonts w:eastAsia="B Nazanin" w:cs="B Nazanin"/>
        </w:rPr>
        <w:t>هنگام</w:t>
      </w:r>
      <w:r>
        <w:rPr>
          <w:rFonts w:eastAsia="B Nazanin" w:cs="B Nazanin"/>
        </w:rPr>
        <w:t xml:space="preserve"> </w:t>
      </w:r>
      <w:r>
        <w:rPr>
          <w:rFonts w:eastAsia="B Nazanin" w:cs="B Nazanin"/>
        </w:rPr>
        <w:t>دیدن</w:t>
      </w:r>
      <w:r>
        <w:rPr>
          <w:rFonts w:eastAsia="B Nazanin" w:cs="B Nazanin"/>
        </w:rPr>
        <w:t xml:space="preserve"> </w:t>
      </w:r>
      <w:r>
        <w:rPr>
          <w:rFonts w:eastAsia="B Nazanin" w:cs="B Nazanin"/>
        </w:rPr>
        <w:t>معنی</w:t>
      </w:r>
      <w:r>
        <w:rPr>
          <w:rFonts w:eastAsia="B Nazanin" w:cs="B Nazanin"/>
        </w:rPr>
        <w:t xml:space="preserve"> </w:t>
      </w:r>
      <w:r>
        <w:rPr>
          <w:rFonts w:eastAsia="B Nazanin" w:cs="B Nazanin"/>
        </w:rPr>
        <w:t>آن</w:t>
      </w:r>
      <w:r>
        <w:rPr>
          <w:rFonts w:eastAsia="B Nazanin" w:cs="B Nazanin"/>
        </w:rPr>
        <w:t xml:space="preserve"> </w:t>
      </w:r>
      <w:r>
        <w:rPr>
          <w:rFonts w:eastAsia="B Nazanin" w:cs="B Nazanin"/>
        </w:rPr>
        <w:t>می</w:t>
      </w:r>
      <w:r>
        <w:rPr>
          <w:rFonts w:eastAsia="B Nazanin" w:cs="B Nazanin"/>
        </w:rPr>
        <w:t>‌</w:t>
      </w:r>
      <w:r>
        <w:rPr>
          <w:rFonts w:eastAsia="B Nazanin" w:cs="B Nazanin"/>
        </w:rPr>
        <w:t>شناسید</w:t>
      </w:r>
      <w:r>
        <w:rPr>
          <w:rFonts w:eastAsia="B Nazanin" w:cs="B Nazanin"/>
        </w:rPr>
        <w:t xml:space="preserve"> </w:t>
      </w:r>
      <w:r>
        <w:rPr>
          <w:rFonts w:eastAsia="B Nazanin" w:cs="B Nazanin"/>
        </w:rPr>
        <w:t>ا</w:t>
      </w:r>
      <w:r>
        <w:rPr>
          <w:rFonts w:eastAsia="B Nazanin" w:cs="B Nazanin"/>
        </w:rPr>
        <w:t>ما</w:t>
      </w:r>
      <w:r>
        <w:rPr>
          <w:rFonts w:eastAsia="B Nazanin" w:cs="B Nazanin"/>
        </w:rPr>
        <w:t xml:space="preserve"> </w:t>
      </w:r>
      <w:r>
        <w:rPr>
          <w:rFonts w:eastAsia="B Nazanin" w:cs="B Nazanin"/>
        </w:rPr>
        <w:t>نمی</w:t>
      </w:r>
      <w:r>
        <w:rPr>
          <w:rFonts w:eastAsia="B Nazanin" w:cs="B Nazanin"/>
        </w:rPr>
        <w:t>‌</w:t>
      </w:r>
      <w:r>
        <w:rPr>
          <w:rFonts w:eastAsia="B Nazanin" w:cs="B Nazanin"/>
        </w:rPr>
        <w:t>توانید</w:t>
      </w:r>
      <w:r>
        <w:rPr>
          <w:rFonts w:eastAsia="B Nazanin" w:cs="B Nazanin"/>
        </w:rPr>
        <w:t xml:space="preserve"> </w:t>
      </w:r>
      <w:r>
        <w:rPr>
          <w:rFonts w:eastAsia="B Nazanin" w:cs="B Nazanin"/>
        </w:rPr>
        <w:t>خودتان</w:t>
      </w:r>
      <w:r>
        <w:rPr>
          <w:rFonts w:eastAsia="B Nazanin" w:cs="B Nazanin"/>
        </w:rPr>
        <w:t xml:space="preserve"> </w:t>
      </w:r>
      <w:r>
        <w:rPr>
          <w:rFonts w:eastAsia="B Nazanin" w:cs="B Nazanin"/>
        </w:rPr>
        <w:t>استفاده</w:t>
      </w:r>
      <w:r>
        <w:rPr>
          <w:rFonts w:eastAsia="B Nazanin" w:cs="B Nazanin"/>
        </w:rPr>
        <w:t xml:space="preserve"> </w:t>
      </w:r>
      <w:proofErr w:type="spellStart"/>
      <w:r>
        <w:rPr>
          <w:rFonts w:eastAsia="B Nazanin" w:cs="B Nazanin"/>
        </w:rPr>
        <w:t>کنید</w:t>
      </w:r>
      <w:proofErr w:type="spellEnd"/>
      <w:r>
        <w:rPr>
          <w:rFonts w:eastAsia="B Nazanin" w:cs="B Nazanin"/>
        </w:rPr>
        <w:t>،</w:t>
      </w:r>
      <w:r>
        <w:rPr>
          <w:rFonts w:eastAsia="B Nazanin" w:cs="B Nazanin"/>
        </w:rPr>
        <w:t xml:space="preserve"> </w:t>
      </w:r>
      <w:proofErr w:type="spellStart"/>
      <w:r>
        <w:rPr>
          <w:rFonts w:eastAsia="B Nazanin" w:cs="B Nazanin"/>
        </w:rPr>
        <w:t>هنوز</w:t>
      </w:r>
      <w:proofErr w:type="spellEnd"/>
      <w:r>
        <w:rPr>
          <w:rFonts w:eastAsia="B Nazanin" w:cs="B Nazanin"/>
        </w:rPr>
        <w:t xml:space="preserve"> </w:t>
      </w:r>
      <w:proofErr w:type="spellStart"/>
      <w:r>
        <w:rPr>
          <w:rFonts w:eastAsia="B Nazanin" w:cs="B Nazanin"/>
        </w:rPr>
        <w:t>به</w:t>
      </w:r>
      <w:proofErr w:type="spellEnd"/>
      <w:r>
        <w:rPr>
          <w:rFonts w:eastAsia="B Nazanin" w:cs="B Nazanin"/>
        </w:rPr>
        <w:t xml:space="preserve"> </w:t>
      </w:r>
      <w:proofErr w:type="spellStart"/>
      <w:r>
        <w:rPr>
          <w:rFonts w:eastAsia="B Nazanin" w:cs="B Nazanin"/>
        </w:rPr>
        <w:t>تمرین</w:t>
      </w:r>
      <w:proofErr w:type="spellEnd"/>
      <w:r>
        <w:rPr>
          <w:rFonts w:eastAsia="B Nazanin" w:cs="B Nazanin"/>
        </w:rPr>
        <w:t xml:space="preserve"> </w:t>
      </w:r>
      <w:proofErr w:type="spellStart"/>
      <w:r>
        <w:rPr>
          <w:rFonts w:eastAsia="B Nazanin" w:cs="B Nazanin"/>
        </w:rPr>
        <w:t>بیشتری</w:t>
      </w:r>
      <w:proofErr w:type="spellEnd"/>
      <w:r>
        <w:rPr>
          <w:rFonts w:eastAsia="B Nazanin" w:cs="B Nazanin"/>
        </w:rPr>
        <w:t xml:space="preserve"> </w:t>
      </w:r>
      <w:proofErr w:type="spellStart"/>
      <w:r>
        <w:rPr>
          <w:rFonts w:eastAsia="B Nazanin" w:cs="B Nazanin"/>
        </w:rPr>
        <w:t>نیاز</w:t>
      </w:r>
      <w:proofErr w:type="spellEnd"/>
      <w:r>
        <w:rPr>
          <w:rFonts w:eastAsia="B Nazanin" w:cs="B Nazanin"/>
        </w:rPr>
        <w:t xml:space="preserve"> </w:t>
      </w:r>
      <w:proofErr w:type="spellStart"/>
      <w:r>
        <w:rPr>
          <w:rFonts w:eastAsia="B Nazanin" w:cs="B Nazanin"/>
        </w:rPr>
        <w:t>دارد</w:t>
      </w:r>
      <w:proofErr w:type="spellEnd"/>
      <w:r w:rsidR="002159CC">
        <w:rPr>
          <w:rFonts w:eastAsia="B Nazanin" w:cs="B Nazanin" w:hint="cs"/>
          <w:rtl/>
        </w:rPr>
        <w:t>.</w:t>
      </w:r>
    </w:p>
    <w:p w14:paraId="32099AAE" w14:textId="49A9B37B" w:rsidR="006A2542" w:rsidRDefault="007F2F21" w:rsidP="002159CC">
      <w:pPr>
        <w:pStyle w:val="Heading1"/>
        <w:numPr>
          <w:ilvl w:val="0"/>
          <w:numId w:val="10"/>
        </w:numPr>
        <w:bidi/>
      </w:pPr>
      <w:proofErr w:type="spellStart"/>
      <w:r>
        <w:rPr>
          <w:rFonts w:ascii="B Nazanin" w:eastAsia="B Nazanin" w:hAnsi="B Nazanin" w:cs="B Nazanin"/>
        </w:rPr>
        <w:lastRenderedPageBreak/>
        <w:t>دستور</w:t>
      </w:r>
      <w:proofErr w:type="spellEnd"/>
      <w:r>
        <w:rPr>
          <w:rFonts w:ascii="B Nazanin" w:eastAsia="B Nazanin" w:hAnsi="B Nazanin" w:cs="B Nazanin"/>
        </w:rPr>
        <w:t xml:space="preserve"> </w:t>
      </w:r>
      <w:proofErr w:type="spellStart"/>
      <w:r>
        <w:rPr>
          <w:rFonts w:ascii="B Nazanin" w:eastAsia="B Nazanin" w:hAnsi="B Nazanin" w:cs="B Nazanin"/>
        </w:rPr>
        <w:t>زبان</w:t>
      </w:r>
      <w:proofErr w:type="spellEnd"/>
      <w:r>
        <w:rPr>
          <w:rFonts w:ascii="B Nazanin" w:eastAsia="B Nazanin" w:hAnsi="B Nazanin" w:cs="B Nazanin"/>
        </w:rPr>
        <w:t xml:space="preserve"> </w:t>
      </w:r>
      <w:proofErr w:type="spellStart"/>
      <w:r>
        <w:rPr>
          <w:rFonts w:ascii="B Nazanin" w:eastAsia="B Nazanin" w:hAnsi="B Nazanin" w:cs="B Nazanin"/>
        </w:rPr>
        <w:t>را</w:t>
      </w:r>
      <w:proofErr w:type="spellEnd"/>
      <w:r>
        <w:rPr>
          <w:rFonts w:ascii="B Nazanin" w:eastAsia="B Nazanin" w:hAnsi="B Nazanin" w:cs="B Nazanin"/>
        </w:rPr>
        <w:t xml:space="preserve"> </w:t>
      </w:r>
      <w:proofErr w:type="spellStart"/>
      <w:r>
        <w:rPr>
          <w:rFonts w:ascii="B Nazanin" w:eastAsia="B Nazanin" w:hAnsi="B Nazanin" w:cs="B Nazanin"/>
        </w:rPr>
        <w:t>کاربردی</w:t>
      </w:r>
      <w:proofErr w:type="spellEnd"/>
      <w:r>
        <w:rPr>
          <w:rFonts w:ascii="B Nazanin" w:eastAsia="B Nazanin" w:hAnsi="B Nazanin" w:cs="B Nazanin"/>
        </w:rPr>
        <w:t xml:space="preserve"> </w:t>
      </w:r>
      <w:proofErr w:type="spellStart"/>
      <w:r>
        <w:rPr>
          <w:rFonts w:ascii="B Nazanin" w:eastAsia="B Nazanin" w:hAnsi="B Nazanin" w:cs="B Nazanin"/>
        </w:rPr>
        <w:t>تمرین</w:t>
      </w:r>
      <w:proofErr w:type="spellEnd"/>
      <w:r>
        <w:rPr>
          <w:rFonts w:ascii="B Nazanin" w:eastAsia="B Nazanin" w:hAnsi="B Nazanin" w:cs="B Nazanin"/>
        </w:rPr>
        <w:t xml:space="preserve"> </w:t>
      </w:r>
      <w:proofErr w:type="spellStart"/>
      <w:r>
        <w:rPr>
          <w:rFonts w:ascii="B Nazanin" w:eastAsia="B Nazanin" w:hAnsi="B Nazanin" w:cs="B Nazanin"/>
        </w:rPr>
        <w:t>کنید</w:t>
      </w:r>
      <w:proofErr w:type="spellEnd"/>
    </w:p>
    <w:p w14:paraId="357FE2F3" w14:textId="3598849A" w:rsidR="006A2542" w:rsidRDefault="002159CC" w:rsidP="002159CC">
      <w:pPr>
        <w:bidi/>
      </w:pPr>
      <w:r>
        <w:rPr>
          <w:rFonts w:eastAsia="B Nazanin" w:cs="B Nazanin" w:hint="cs"/>
          <w:rtl/>
        </w:rPr>
        <w:t xml:space="preserve">   </w:t>
      </w:r>
      <w:proofErr w:type="spellStart"/>
      <w:r>
        <w:rPr>
          <w:rFonts w:eastAsia="B Nazanin" w:cs="B Nazanin"/>
        </w:rPr>
        <w:t>دستور</w:t>
      </w:r>
      <w:proofErr w:type="spellEnd"/>
      <w:r>
        <w:rPr>
          <w:rFonts w:eastAsia="B Nazanin" w:cs="B Nazanin"/>
        </w:rPr>
        <w:t xml:space="preserve"> </w:t>
      </w:r>
      <w:proofErr w:type="spellStart"/>
      <w:r>
        <w:rPr>
          <w:rFonts w:eastAsia="B Nazanin" w:cs="B Nazanin"/>
        </w:rPr>
        <w:t>زبان</w:t>
      </w:r>
      <w:proofErr w:type="spellEnd"/>
      <w:r>
        <w:rPr>
          <w:rFonts w:eastAsia="B Nazanin" w:cs="B Nazanin"/>
        </w:rPr>
        <w:t xml:space="preserve"> </w:t>
      </w:r>
      <w:proofErr w:type="spellStart"/>
      <w:r>
        <w:rPr>
          <w:rFonts w:eastAsia="B Nazanin" w:cs="B Nazanin"/>
        </w:rPr>
        <w:t>به</w:t>
      </w:r>
      <w:proofErr w:type="spellEnd"/>
      <w:r>
        <w:rPr>
          <w:rFonts w:eastAsia="B Nazanin" w:cs="B Nazanin"/>
        </w:rPr>
        <w:t xml:space="preserve"> </w:t>
      </w:r>
      <w:proofErr w:type="spellStart"/>
      <w:r>
        <w:rPr>
          <w:rFonts w:eastAsia="B Nazanin" w:cs="B Nazanin"/>
        </w:rPr>
        <w:t>ما</w:t>
      </w:r>
      <w:proofErr w:type="spellEnd"/>
      <w:r>
        <w:rPr>
          <w:rFonts w:eastAsia="B Nazanin" w:cs="B Nazanin"/>
        </w:rPr>
        <w:t xml:space="preserve"> کمک می‌کند منظور خود را دقیق‌تر بیان کنیم، اما مطالعه قواعد بدون استفاده عملی معمولاً کافی نیست. بهتر است هر بار روی یک نکته تمرکز کنید و بلافاصله آن را در جمله‌سازی، صحبت کردن و نوشتن به کار ببرید. </w:t>
      </w:r>
      <w:proofErr w:type="spellStart"/>
      <w:r>
        <w:rPr>
          <w:rFonts w:eastAsia="B Nazanin" w:cs="B Nazanin"/>
        </w:rPr>
        <w:t>برای</w:t>
      </w:r>
      <w:proofErr w:type="spellEnd"/>
      <w:r>
        <w:rPr>
          <w:rFonts w:eastAsia="B Nazanin" w:cs="B Nazanin"/>
        </w:rPr>
        <w:t xml:space="preserve"> </w:t>
      </w:r>
      <w:proofErr w:type="spellStart"/>
      <w:r>
        <w:rPr>
          <w:rFonts w:eastAsia="B Nazanin" w:cs="B Nazanin"/>
        </w:rPr>
        <w:t>مثال</w:t>
      </w:r>
      <w:proofErr w:type="spellEnd"/>
      <w:r>
        <w:rPr>
          <w:rFonts w:eastAsia="B Nazanin" w:cs="B Nazanin"/>
        </w:rPr>
        <w:t xml:space="preserve">، </w:t>
      </w:r>
      <w:proofErr w:type="spellStart"/>
      <w:r>
        <w:rPr>
          <w:rFonts w:eastAsia="B Nazanin" w:cs="B Nazanin"/>
        </w:rPr>
        <w:t>پس</w:t>
      </w:r>
      <w:proofErr w:type="spellEnd"/>
      <w:r>
        <w:rPr>
          <w:rFonts w:eastAsia="B Nazanin" w:cs="B Nazanin"/>
        </w:rPr>
        <w:t xml:space="preserve"> </w:t>
      </w:r>
      <w:proofErr w:type="spellStart"/>
      <w:r>
        <w:rPr>
          <w:rFonts w:eastAsia="B Nazanin" w:cs="B Nazanin"/>
        </w:rPr>
        <w:t>از</w:t>
      </w:r>
      <w:proofErr w:type="spellEnd"/>
      <w:r>
        <w:rPr>
          <w:rFonts w:eastAsia="B Nazanin" w:cs="B Nazanin"/>
        </w:rPr>
        <w:t xml:space="preserve"> </w:t>
      </w:r>
      <w:proofErr w:type="spellStart"/>
      <w:r>
        <w:rPr>
          <w:rFonts w:eastAsia="B Nazanin" w:cs="B Nazanin"/>
        </w:rPr>
        <w:t>مرور</w:t>
      </w:r>
      <w:proofErr w:type="spellEnd"/>
      <w:r>
        <w:rPr>
          <w:rFonts w:eastAsia="B Nazanin" w:cs="B Nazanin"/>
        </w:rPr>
        <w:t xml:space="preserve"> </w:t>
      </w:r>
      <w:proofErr w:type="spellStart"/>
      <w:r>
        <w:rPr>
          <w:rFonts w:eastAsia="B Nazanin" w:cs="B Nazanin"/>
        </w:rPr>
        <w:t>زمان</w:t>
      </w:r>
      <w:proofErr w:type="spellEnd"/>
      <w:r>
        <w:rPr>
          <w:rFonts w:eastAsia="B Nazanin" w:cs="B Nazanin"/>
        </w:rPr>
        <w:t xml:space="preserve"> </w:t>
      </w:r>
      <w:proofErr w:type="spellStart"/>
      <w:r>
        <w:rPr>
          <w:rFonts w:eastAsia="B Nazanin" w:cs="B Nazanin"/>
        </w:rPr>
        <w:t>گذشته</w:t>
      </w:r>
      <w:proofErr w:type="spellEnd"/>
      <w:r>
        <w:rPr>
          <w:rFonts w:eastAsia="B Nazanin" w:cs="B Nazanin"/>
        </w:rPr>
        <w:t xml:space="preserve"> </w:t>
      </w:r>
      <w:proofErr w:type="spellStart"/>
      <w:r>
        <w:rPr>
          <w:rFonts w:eastAsia="B Nazanin" w:cs="B Nazanin"/>
        </w:rPr>
        <w:t>ساده</w:t>
      </w:r>
      <w:proofErr w:type="spellEnd"/>
      <w:r>
        <w:rPr>
          <w:rFonts w:eastAsia="B Nazanin" w:cs="B Nazanin"/>
        </w:rPr>
        <w:t xml:space="preserve">، درباره اتفاق‌های دیروز خود چند جمله بنویسید و </w:t>
      </w:r>
      <w:proofErr w:type="spellStart"/>
      <w:r>
        <w:rPr>
          <w:rFonts w:eastAsia="B Nazanin" w:cs="B Nazanin"/>
        </w:rPr>
        <w:t>سپس</w:t>
      </w:r>
      <w:proofErr w:type="spellEnd"/>
      <w:r>
        <w:rPr>
          <w:rFonts w:eastAsia="B Nazanin" w:cs="B Nazanin"/>
        </w:rPr>
        <w:t xml:space="preserve"> </w:t>
      </w:r>
      <w:proofErr w:type="spellStart"/>
      <w:r>
        <w:rPr>
          <w:rFonts w:eastAsia="B Nazanin" w:cs="B Nazanin"/>
        </w:rPr>
        <w:t>آن‌ها</w:t>
      </w:r>
      <w:proofErr w:type="spellEnd"/>
      <w:r>
        <w:rPr>
          <w:rFonts w:eastAsia="B Nazanin" w:cs="B Nazanin"/>
        </w:rPr>
        <w:t xml:space="preserve"> </w:t>
      </w:r>
      <w:proofErr w:type="spellStart"/>
      <w:r>
        <w:rPr>
          <w:rFonts w:eastAsia="B Nazanin" w:cs="B Nazanin"/>
        </w:rPr>
        <w:t>را</w:t>
      </w:r>
      <w:proofErr w:type="spellEnd"/>
      <w:r>
        <w:rPr>
          <w:rFonts w:eastAsia="B Nazanin" w:cs="B Nazanin"/>
        </w:rPr>
        <w:t xml:space="preserve"> </w:t>
      </w:r>
      <w:proofErr w:type="spellStart"/>
      <w:r>
        <w:rPr>
          <w:rFonts w:eastAsia="B Nazanin" w:cs="B Nazanin"/>
        </w:rPr>
        <w:t>با</w:t>
      </w:r>
      <w:proofErr w:type="spellEnd"/>
      <w:r>
        <w:rPr>
          <w:rFonts w:eastAsia="B Nazanin" w:cs="B Nazanin"/>
        </w:rPr>
        <w:t xml:space="preserve"> </w:t>
      </w:r>
      <w:proofErr w:type="spellStart"/>
      <w:r>
        <w:rPr>
          <w:rFonts w:eastAsia="B Nazanin" w:cs="B Nazanin"/>
        </w:rPr>
        <w:t>صدای</w:t>
      </w:r>
      <w:proofErr w:type="spellEnd"/>
      <w:r>
        <w:rPr>
          <w:rFonts w:eastAsia="B Nazanin" w:cs="B Nazanin"/>
        </w:rPr>
        <w:t xml:space="preserve"> </w:t>
      </w:r>
      <w:proofErr w:type="spellStart"/>
      <w:r>
        <w:rPr>
          <w:rFonts w:eastAsia="B Nazanin" w:cs="B Nazanin"/>
        </w:rPr>
        <w:t>بلند</w:t>
      </w:r>
      <w:proofErr w:type="spellEnd"/>
      <w:r>
        <w:rPr>
          <w:rFonts w:eastAsia="B Nazanin" w:cs="B Nazanin"/>
        </w:rPr>
        <w:t xml:space="preserve"> </w:t>
      </w:r>
      <w:proofErr w:type="spellStart"/>
      <w:r>
        <w:rPr>
          <w:rFonts w:eastAsia="B Nazanin" w:cs="B Nazanin"/>
        </w:rPr>
        <w:t>بخوانید</w:t>
      </w:r>
      <w:proofErr w:type="spellEnd"/>
      <w:r>
        <w:rPr>
          <w:rFonts w:eastAsia="B Nazanin" w:cs="B Nazanin" w:hint="cs"/>
          <w:rtl/>
        </w:rPr>
        <w:t>.</w:t>
      </w:r>
    </w:p>
    <w:p w14:paraId="063257AD" w14:textId="750A1FAA" w:rsidR="006A2542" w:rsidRDefault="007F2F21" w:rsidP="002159CC">
      <w:pPr>
        <w:bidi/>
      </w:pPr>
      <w:r>
        <w:rPr>
          <w:rFonts w:eastAsia="B Nazanin" w:cs="B Nazanin"/>
        </w:rPr>
        <w:t>هنگام</w:t>
      </w:r>
      <w:r>
        <w:rPr>
          <w:rFonts w:eastAsia="B Nazanin" w:cs="B Nazanin"/>
        </w:rPr>
        <w:t xml:space="preserve"> </w:t>
      </w:r>
      <w:r>
        <w:rPr>
          <w:rFonts w:eastAsia="B Nazanin" w:cs="B Nazanin"/>
        </w:rPr>
        <w:t>یادگیری</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ساختار،</w:t>
      </w:r>
      <w:r>
        <w:rPr>
          <w:rFonts w:eastAsia="B Nazanin" w:cs="B Nazanin"/>
        </w:rPr>
        <w:t xml:space="preserve"> </w:t>
      </w:r>
      <w:r>
        <w:rPr>
          <w:rFonts w:eastAsia="B Nazanin" w:cs="B Nazanin"/>
        </w:rPr>
        <w:t>به</w:t>
      </w:r>
      <w:r>
        <w:rPr>
          <w:rFonts w:eastAsia="B Nazanin" w:cs="B Nazanin"/>
        </w:rPr>
        <w:t xml:space="preserve"> </w:t>
      </w:r>
      <w:r>
        <w:rPr>
          <w:rFonts w:eastAsia="B Nazanin" w:cs="B Nazanin"/>
        </w:rPr>
        <w:t>شکل</w:t>
      </w:r>
      <w:r>
        <w:rPr>
          <w:rFonts w:eastAsia="B Nazanin" w:cs="B Nazanin"/>
        </w:rPr>
        <w:t xml:space="preserve"> </w:t>
      </w:r>
      <w:r>
        <w:rPr>
          <w:rFonts w:eastAsia="B Nazanin" w:cs="B Nazanin"/>
        </w:rPr>
        <w:t>مثبت،</w:t>
      </w:r>
      <w:r>
        <w:rPr>
          <w:rFonts w:eastAsia="B Nazanin" w:cs="B Nazanin"/>
        </w:rPr>
        <w:t xml:space="preserve"> </w:t>
      </w:r>
      <w:r>
        <w:rPr>
          <w:rFonts w:eastAsia="B Nazanin" w:cs="B Nazanin"/>
        </w:rPr>
        <w:t>منفی</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پرسشی</w:t>
      </w:r>
      <w:r>
        <w:rPr>
          <w:rFonts w:eastAsia="B Nazanin" w:cs="B Nazanin"/>
        </w:rPr>
        <w:t xml:space="preserve"> </w:t>
      </w:r>
      <w:r>
        <w:rPr>
          <w:rFonts w:eastAsia="B Nazanin" w:cs="B Nazanin"/>
        </w:rPr>
        <w:t>آن</w:t>
      </w:r>
      <w:r>
        <w:rPr>
          <w:rFonts w:eastAsia="B Nazanin" w:cs="B Nazanin"/>
        </w:rPr>
        <w:t xml:space="preserve"> </w:t>
      </w:r>
      <w:r>
        <w:rPr>
          <w:rFonts w:eastAsia="B Nazanin" w:cs="B Nazanin"/>
        </w:rPr>
        <w:t>توجه</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چند</w:t>
      </w:r>
      <w:r>
        <w:rPr>
          <w:rFonts w:eastAsia="B Nazanin" w:cs="B Nazanin"/>
        </w:rPr>
        <w:t xml:space="preserve"> </w:t>
      </w:r>
      <w:r>
        <w:rPr>
          <w:rFonts w:eastAsia="B Nazanin" w:cs="B Nazanin"/>
        </w:rPr>
        <w:t>نمو</w:t>
      </w:r>
      <w:r>
        <w:rPr>
          <w:rFonts w:eastAsia="B Nazanin" w:cs="B Nazanin"/>
        </w:rPr>
        <w:t>نه</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کاربرد</w:t>
      </w:r>
      <w:r>
        <w:rPr>
          <w:rFonts w:eastAsia="B Nazanin" w:cs="B Nazanin"/>
        </w:rPr>
        <w:t xml:space="preserve"> </w:t>
      </w:r>
      <w:r>
        <w:rPr>
          <w:rFonts w:eastAsia="B Nazanin" w:cs="B Nazanin"/>
        </w:rPr>
        <w:t>واقعی</w:t>
      </w:r>
      <w:r>
        <w:rPr>
          <w:rFonts w:eastAsia="B Nazanin" w:cs="B Nazanin"/>
        </w:rPr>
        <w:t xml:space="preserve"> </w:t>
      </w:r>
      <w:r>
        <w:rPr>
          <w:rFonts w:eastAsia="B Nazanin" w:cs="B Nazanin"/>
        </w:rPr>
        <w:t>آن</w:t>
      </w:r>
      <w:r>
        <w:rPr>
          <w:rFonts w:eastAsia="B Nazanin" w:cs="B Nazanin"/>
        </w:rPr>
        <w:t xml:space="preserve"> </w:t>
      </w:r>
      <w:r>
        <w:rPr>
          <w:rFonts w:eastAsia="B Nazanin" w:cs="B Nazanin"/>
        </w:rPr>
        <w:t>ببینید</w:t>
      </w:r>
      <w:r>
        <w:rPr>
          <w:rFonts w:eastAsia="B Nazanin" w:cs="B Nazanin"/>
        </w:rPr>
        <w:t xml:space="preserve">. </w:t>
      </w:r>
      <w:r>
        <w:rPr>
          <w:rFonts w:eastAsia="B Nazanin" w:cs="B Nazanin"/>
        </w:rPr>
        <w:t>سپس</w:t>
      </w:r>
      <w:r>
        <w:rPr>
          <w:rFonts w:eastAsia="B Nazanin" w:cs="B Nazanin"/>
        </w:rPr>
        <w:t xml:space="preserve"> </w:t>
      </w:r>
      <w:r>
        <w:rPr>
          <w:rFonts w:eastAsia="B Nazanin" w:cs="B Nazanin"/>
        </w:rPr>
        <w:t>جمله</w:t>
      </w:r>
      <w:r>
        <w:rPr>
          <w:rFonts w:eastAsia="B Nazanin" w:cs="B Nazanin"/>
        </w:rPr>
        <w:t>‌</w:t>
      </w:r>
      <w:r>
        <w:rPr>
          <w:rFonts w:eastAsia="B Nazanin" w:cs="B Nazanin"/>
        </w:rPr>
        <w:t>های</w:t>
      </w:r>
      <w:r>
        <w:rPr>
          <w:rFonts w:eastAsia="B Nazanin" w:cs="B Nazanin"/>
        </w:rPr>
        <w:t xml:space="preserve"> </w:t>
      </w:r>
      <w:r>
        <w:rPr>
          <w:rFonts w:eastAsia="B Nazanin" w:cs="B Nazanin"/>
        </w:rPr>
        <w:t>نمونه</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تغییر</w:t>
      </w:r>
      <w:r>
        <w:rPr>
          <w:rFonts w:eastAsia="B Nazanin" w:cs="B Nazanin"/>
        </w:rPr>
        <w:t xml:space="preserve"> </w:t>
      </w:r>
      <w:r>
        <w:rPr>
          <w:rFonts w:eastAsia="B Nazanin" w:cs="B Nazanin"/>
        </w:rPr>
        <w:t>دهید</w:t>
      </w:r>
      <w:r>
        <w:rPr>
          <w:rFonts w:eastAsia="B Nazanin" w:cs="B Nazanin"/>
        </w:rPr>
        <w:t xml:space="preserve"> </w:t>
      </w:r>
      <w:r>
        <w:rPr>
          <w:rFonts w:eastAsia="B Nazanin" w:cs="B Nazanin"/>
        </w:rPr>
        <w:t>تا</w:t>
      </w:r>
      <w:r>
        <w:rPr>
          <w:rFonts w:eastAsia="B Nazanin" w:cs="B Nazanin"/>
        </w:rPr>
        <w:t xml:space="preserve"> </w:t>
      </w:r>
      <w:r>
        <w:rPr>
          <w:rFonts w:eastAsia="B Nazanin" w:cs="B Nazanin"/>
        </w:rPr>
        <w:t>درباره</w:t>
      </w:r>
      <w:r>
        <w:rPr>
          <w:rFonts w:eastAsia="B Nazanin" w:cs="B Nazanin"/>
        </w:rPr>
        <w:t xml:space="preserve"> </w:t>
      </w:r>
      <w:r>
        <w:rPr>
          <w:rFonts w:eastAsia="B Nazanin" w:cs="B Nazanin"/>
        </w:rPr>
        <w:t>زندگی</w:t>
      </w:r>
      <w:r>
        <w:rPr>
          <w:rFonts w:eastAsia="B Nazanin" w:cs="B Nazanin"/>
        </w:rPr>
        <w:t xml:space="preserve"> </w:t>
      </w:r>
      <w:r>
        <w:rPr>
          <w:rFonts w:eastAsia="B Nazanin" w:cs="B Nazanin"/>
        </w:rPr>
        <w:t>خودتان</w:t>
      </w:r>
      <w:r>
        <w:rPr>
          <w:rFonts w:eastAsia="B Nazanin" w:cs="B Nazanin"/>
        </w:rPr>
        <w:t xml:space="preserve"> </w:t>
      </w:r>
      <w:r>
        <w:rPr>
          <w:rFonts w:eastAsia="B Nazanin" w:cs="B Nazanin"/>
        </w:rPr>
        <w:t>باشند</w:t>
      </w:r>
      <w:r>
        <w:rPr>
          <w:rFonts w:eastAsia="B Nazanin" w:cs="B Nazanin"/>
        </w:rPr>
        <w:t xml:space="preserve">. </w:t>
      </w:r>
      <w:r>
        <w:rPr>
          <w:rFonts w:eastAsia="B Nazanin" w:cs="B Nazanin"/>
        </w:rPr>
        <w:t>اگر</w:t>
      </w:r>
      <w:r>
        <w:rPr>
          <w:rFonts w:eastAsia="B Nazanin" w:cs="B Nazanin"/>
        </w:rPr>
        <w:t xml:space="preserve"> </w:t>
      </w:r>
      <w:r>
        <w:rPr>
          <w:rFonts w:eastAsia="B Nazanin" w:cs="B Nazanin"/>
        </w:rPr>
        <w:t>موضوع</w:t>
      </w:r>
      <w:r>
        <w:rPr>
          <w:rFonts w:eastAsia="B Nazanin" w:cs="B Nazanin"/>
        </w:rPr>
        <w:t xml:space="preserve"> </w:t>
      </w:r>
      <w:r>
        <w:rPr>
          <w:rFonts w:eastAsia="B Nazanin" w:cs="B Nazanin"/>
        </w:rPr>
        <w:t>درس</w:t>
      </w:r>
      <w:r>
        <w:rPr>
          <w:rFonts w:eastAsia="B Nazanin" w:cs="B Nazanin"/>
        </w:rPr>
        <w:t xml:space="preserve"> </w:t>
      </w:r>
      <w:r>
        <w:rPr>
          <w:rFonts w:eastAsia="B Nazanin" w:cs="B Nazanin"/>
        </w:rPr>
        <w:t>زمان</w:t>
      </w:r>
      <w:r>
        <w:rPr>
          <w:rFonts w:eastAsia="B Nazanin" w:cs="B Nazanin"/>
        </w:rPr>
        <w:t xml:space="preserve"> </w:t>
      </w:r>
      <w:r>
        <w:rPr>
          <w:rFonts w:eastAsia="B Nazanin" w:cs="B Nazanin"/>
        </w:rPr>
        <w:t>حال</w:t>
      </w:r>
      <w:r>
        <w:rPr>
          <w:rFonts w:eastAsia="B Nazanin" w:cs="B Nazanin"/>
        </w:rPr>
        <w:t xml:space="preserve"> </w:t>
      </w:r>
      <w:r>
        <w:rPr>
          <w:rFonts w:eastAsia="B Nazanin" w:cs="B Nazanin"/>
        </w:rPr>
        <w:t>کامل</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می</w:t>
      </w:r>
      <w:r>
        <w:rPr>
          <w:rFonts w:eastAsia="B Nazanin" w:cs="B Nazanin"/>
        </w:rPr>
        <w:t>‌</w:t>
      </w:r>
      <w:r>
        <w:rPr>
          <w:rFonts w:eastAsia="B Nazanin" w:cs="B Nazanin"/>
        </w:rPr>
        <w:t>توانید</w:t>
      </w:r>
      <w:r>
        <w:rPr>
          <w:rFonts w:eastAsia="B Nazanin" w:cs="B Nazanin"/>
        </w:rPr>
        <w:t xml:space="preserve"> </w:t>
      </w:r>
      <w:r>
        <w:rPr>
          <w:rFonts w:eastAsia="B Nazanin" w:cs="B Nazanin"/>
        </w:rPr>
        <w:t>درباره</w:t>
      </w:r>
      <w:r>
        <w:rPr>
          <w:rFonts w:eastAsia="B Nazanin" w:cs="B Nazanin"/>
        </w:rPr>
        <w:t xml:space="preserve"> </w:t>
      </w:r>
      <w:r>
        <w:rPr>
          <w:rFonts w:eastAsia="B Nazanin" w:cs="B Nazanin"/>
        </w:rPr>
        <w:t>تجربه</w:t>
      </w:r>
      <w:r>
        <w:rPr>
          <w:rFonts w:eastAsia="B Nazanin" w:cs="B Nazanin"/>
        </w:rPr>
        <w:t>‌</w:t>
      </w:r>
      <w:r>
        <w:rPr>
          <w:rFonts w:eastAsia="B Nazanin" w:cs="B Nazanin"/>
        </w:rPr>
        <w:t>هایی</w:t>
      </w:r>
      <w:r>
        <w:rPr>
          <w:rFonts w:eastAsia="B Nazanin" w:cs="B Nazanin"/>
        </w:rPr>
        <w:t xml:space="preserve"> </w:t>
      </w:r>
      <w:r>
        <w:rPr>
          <w:rFonts w:eastAsia="B Nazanin" w:cs="B Nazanin"/>
        </w:rPr>
        <w:t>که</w:t>
      </w:r>
      <w:r>
        <w:rPr>
          <w:rFonts w:eastAsia="B Nazanin" w:cs="B Nazanin"/>
        </w:rPr>
        <w:t xml:space="preserve"> </w:t>
      </w:r>
      <w:r>
        <w:rPr>
          <w:rFonts w:eastAsia="B Nazanin" w:cs="B Nazanin"/>
        </w:rPr>
        <w:t>تا</w:t>
      </w:r>
      <w:r>
        <w:rPr>
          <w:rFonts w:eastAsia="B Nazanin" w:cs="B Nazanin"/>
        </w:rPr>
        <w:t xml:space="preserve"> </w:t>
      </w:r>
      <w:r>
        <w:rPr>
          <w:rFonts w:eastAsia="B Nazanin" w:cs="B Nazanin"/>
        </w:rPr>
        <w:t>امروز</w:t>
      </w:r>
      <w:r>
        <w:rPr>
          <w:rFonts w:eastAsia="B Nazanin" w:cs="B Nazanin"/>
        </w:rPr>
        <w:t xml:space="preserve"> </w:t>
      </w:r>
      <w:r>
        <w:rPr>
          <w:rFonts w:eastAsia="B Nazanin" w:cs="B Nazanin"/>
        </w:rPr>
        <w:t>داشته</w:t>
      </w:r>
      <w:r>
        <w:rPr>
          <w:rFonts w:eastAsia="B Nazanin" w:cs="B Nazanin"/>
        </w:rPr>
        <w:t>‌</w:t>
      </w:r>
      <w:r>
        <w:rPr>
          <w:rFonts w:eastAsia="B Nazanin" w:cs="B Nazanin"/>
        </w:rPr>
        <w:t>اید</w:t>
      </w:r>
      <w:r>
        <w:rPr>
          <w:rFonts w:eastAsia="B Nazanin" w:cs="B Nazanin"/>
        </w:rPr>
        <w:t xml:space="preserve"> </w:t>
      </w:r>
      <w:r>
        <w:rPr>
          <w:rFonts w:eastAsia="B Nazanin" w:cs="B Nazanin"/>
        </w:rPr>
        <w:t>جمله</w:t>
      </w:r>
      <w:r>
        <w:rPr>
          <w:rFonts w:eastAsia="B Nazanin" w:cs="B Nazanin"/>
        </w:rPr>
        <w:t xml:space="preserve"> </w:t>
      </w:r>
      <w:r>
        <w:rPr>
          <w:rFonts w:eastAsia="B Nazanin" w:cs="B Nazanin"/>
        </w:rPr>
        <w:t>بسازید</w:t>
      </w:r>
      <w:r>
        <w:rPr>
          <w:rFonts w:eastAsia="B Nazanin" w:cs="B Nazanin"/>
        </w:rPr>
        <w:t xml:space="preserve">. </w:t>
      </w:r>
      <w:r>
        <w:rPr>
          <w:rFonts w:eastAsia="B Nazanin" w:cs="B Nazanin"/>
        </w:rPr>
        <w:t>این</w:t>
      </w:r>
      <w:r>
        <w:rPr>
          <w:rFonts w:eastAsia="B Nazanin" w:cs="B Nazanin"/>
        </w:rPr>
        <w:t xml:space="preserve"> </w:t>
      </w:r>
      <w:r>
        <w:rPr>
          <w:rFonts w:eastAsia="B Nazanin" w:cs="B Nazanin"/>
        </w:rPr>
        <w:t>روش</w:t>
      </w:r>
      <w:r>
        <w:rPr>
          <w:rFonts w:eastAsia="B Nazanin" w:cs="B Nazanin"/>
        </w:rPr>
        <w:t xml:space="preserve"> </w:t>
      </w:r>
      <w:r>
        <w:rPr>
          <w:rFonts w:eastAsia="B Nazanin" w:cs="B Nazanin"/>
        </w:rPr>
        <w:t>کمک</w:t>
      </w:r>
      <w:r>
        <w:rPr>
          <w:rFonts w:eastAsia="B Nazanin" w:cs="B Nazanin"/>
        </w:rPr>
        <w:t xml:space="preserve"> </w:t>
      </w:r>
      <w:r>
        <w:rPr>
          <w:rFonts w:eastAsia="B Nazanin" w:cs="B Nazanin"/>
        </w:rPr>
        <w:t>می</w:t>
      </w:r>
      <w:r>
        <w:rPr>
          <w:rFonts w:eastAsia="B Nazanin" w:cs="B Nazanin"/>
        </w:rPr>
        <w:t>‌</w:t>
      </w:r>
      <w:r>
        <w:rPr>
          <w:rFonts w:eastAsia="B Nazanin" w:cs="B Nazanin"/>
        </w:rPr>
        <w:t>کند</w:t>
      </w:r>
      <w:r>
        <w:rPr>
          <w:rFonts w:eastAsia="B Nazanin" w:cs="B Nazanin"/>
        </w:rPr>
        <w:t xml:space="preserve"> </w:t>
      </w:r>
      <w:r>
        <w:rPr>
          <w:rFonts w:eastAsia="B Nazanin" w:cs="B Nazanin"/>
        </w:rPr>
        <w:t>قاعده</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فرمول</w:t>
      </w:r>
      <w:r>
        <w:rPr>
          <w:rFonts w:eastAsia="B Nazanin" w:cs="B Nazanin"/>
        </w:rPr>
        <w:t xml:space="preserve"> </w:t>
      </w:r>
      <w:proofErr w:type="spellStart"/>
      <w:r>
        <w:rPr>
          <w:rFonts w:eastAsia="B Nazanin" w:cs="B Nazanin"/>
        </w:rPr>
        <w:t>کتابی</w:t>
      </w:r>
      <w:proofErr w:type="spellEnd"/>
      <w:r>
        <w:rPr>
          <w:rFonts w:eastAsia="B Nazanin" w:cs="B Nazanin"/>
        </w:rPr>
        <w:t xml:space="preserve"> </w:t>
      </w:r>
      <w:proofErr w:type="spellStart"/>
      <w:r>
        <w:rPr>
          <w:rFonts w:eastAsia="B Nazanin" w:cs="B Nazanin"/>
        </w:rPr>
        <w:t>به</w:t>
      </w:r>
      <w:proofErr w:type="spellEnd"/>
      <w:r>
        <w:rPr>
          <w:rFonts w:eastAsia="B Nazanin" w:cs="B Nazanin"/>
        </w:rPr>
        <w:t xml:space="preserve"> </w:t>
      </w:r>
      <w:proofErr w:type="spellStart"/>
      <w:r>
        <w:rPr>
          <w:rFonts w:eastAsia="B Nazanin" w:cs="B Nazanin"/>
        </w:rPr>
        <w:t>ابزاری</w:t>
      </w:r>
      <w:proofErr w:type="spellEnd"/>
      <w:r>
        <w:rPr>
          <w:rFonts w:eastAsia="B Nazanin" w:cs="B Nazanin"/>
        </w:rPr>
        <w:t xml:space="preserve"> </w:t>
      </w:r>
      <w:proofErr w:type="spellStart"/>
      <w:r>
        <w:rPr>
          <w:rFonts w:eastAsia="B Nazanin" w:cs="B Nazanin"/>
        </w:rPr>
        <w:t>برای</w:t>
      </w:r>
      <w:proofErr w:type="spellEnd"/>
      <w:r>
        <w:rPr>
          <w:rFonts w:eastAsia="B Nazanin" w:cs="B Nazanin"/>
        </w:rPr>
        <w:t xml:space="preserve"> </w:t>
      </w:r>
      <w:proofErr w:type="spellStart"/>
      <w:r>
        <w:rPr>
          <w:rFonts w:eastAsia="B Nazanin" w:cs="B Nazanin"/>
        </w:rPr>
        <w:t>ارتباط</w:t>
      </w:r>
      <w:proofErr w:type="spellEnd"/>
      <w:r>
        <w:rPr>
          <w:rFonts w:eastAsia="B Nazanin" w:cs="B Nazanin"/>
        </w:rPr>
        <w:t xml:space="preserve"> </w:t>
      </w:r>
      <w:proofErr w:type="spellStart"/>
      <w:r>
        <w:rPr>
          <w:rFonts w:eastAsia="B Nazanin" w:cs="B Nazanin"/>
        </w:rPr>
        <w:t>تب</w:t>
      </w:r>
      <w:r>
        <w:rPr>
          <w:rFonts w:eastAsia="B Nazanin" w:cs="B Nazanin"/>
        </w:rPr>
        <w:t>دیل</w:t>
      </w:r>
      <w:proofErr w:type="spellEnd"/>
      <w:r>
        <w:rPr>
          <w:rFonts w:eastAsia="B Nazanin" w:cs="B Nazanin"/>
        </w:rPr>
        <w:t xml:space="preserve"> </w:t>
      </w:r>
      <w:proofErr w:type="spellStart"/>
      <w:r>
        <w:rPr>
          <w:rFonts w:eastAsia="B Nazanin" w:cs="B Nazanin"/>
        </w:rPr>
        <w:t>شود</w:t>
      </w:r>
      <w:proofErr w:type="spellEnd"/>
      <w:r w:rsidR="002159CC">
        <w:rPr>
          <w:rFonts w:eastAsia="B Nazanin" w:cs="B Nazanin" w:hint="cs"/>
          <w:rtl/>
        </w:rPr>
        <w:t>.</w:t>
      </w:r>
    </w:p>
    <w:p w14:paraId="545A41B1" w14:textId="2C81207E" w:rsidR="006A2542" w:rsidRDefault="007F2F21" w:rsidP="002159CC">
      <w:pPr>
        <w:bidi/>
      </w:pPr>
      <w:r>
        <w:rPr>
          <w:rFonts w:eastAsia="B Nazanin" w:cs="B Nazanin"/>
        </w:rPr>
        <w:t>اشتباه</w:t>
      </w:r>
      <w:r>
        <w:rPr>
          <w:rFonts w:eastAsia="B Nazanin" w:cs="B Nazanin"/>
        </w:rPr>
        <w:t xml:space="preserve"> </w:t>
      </w:r>
      <w:r>
        <w:rPr>
          <w:rFonts w:eastAsia="B Nazanin" w:cs="B Nazanin"/>
        </w:rPr>
        <w:t>کردن</w:t>
      </w:r>
      <w:r>
        <w:rPr>
          <w:rFonts w:eastAsia="B Nazanin" w:cs="B Nazanin"/>
        </w:rPr>
        <w:t xml:space="preserve"> </w:t>
      </w:r>
      <w:r>
        <w:rPr>
          <w:rFonts w:eastAsia="B Nazanin" w:cs="B Nazanin"/>
        </w:rPr>
        <w:t>بخشی</w:t>
      </w:r>
      <w:r>
        <w:rPr>
          <w:rFonts w:eastAsia="B Nazanin" w:cs="B Nazanin"/>
        </w:rPr>
        <w:t xml:space="preserve"> </w:t>
      </w:r>
      <w:r>
        <w:rPr>
          <w:rFonts w:eastAsia="B Nazanin" w:cs="B Nazanin"/>
        </w:rPr>
        <w:t>طبیعی</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یادگیری</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لازم</w:t>
      </w:r>
      <w:r>
        <w:rPr>
          <w:rFonts w:eastAsia="B Nazanin" w:cs="B Nazanin"/>
        </w:rPr>
        <w:t xml:space="preserve"> </w:t>
      </w:r>
      <w:r>
        <w:rPr>
          <w:rFonts w:eastAsia="B Nazanin" w:cs="B Nazanin"/>
        </w:rPr>
        <w:t>نیست</w:t>
      </w:r>
      <w:r>
        <w:rPr>
          <w:rFonts w:eastAsia="B Nazanin" w:cs="B Nazanin"/>
        </w:rPr>
        <w:t xml:space="preserve"> </w:t>
      </w:r>
      <w:r>
        <w:rPr>
          <w:rFonts w:eastAsia="B Nazanin" w:cs="B Nazanin"/>
        </w:rPr>
        <w:t>هر</w:t>
      </w:r>
      <w:r>
        <w:rPr>
          <w:rFonts w:eastAsia="B Nazanin" w:cs="B Nazanin"/>
        </w:rPr>
        <w:t xml:space="preserve"> </w:t>
      </w:r>
      <w:r>
        <w:rPr>
          <w:rFonts w:eastAsia="B Nazanin" w:cs="B Nazanin"/>
        </w:rPr>
        <w:t>خطای</w:t>
      </w:r>
      <w:r>
        <w:rPr>
          <w:rFonts w:eastAsia="B Nazanin" w:cs="B Nazanin"/>
        </w:rPr>
        <w:t xml:space="preserve"> </w:t>
      </w:r>
      <w:r>
        <w:rPr>
          <w:rFonts w:eastAsia="B Nazanin" w:cs="B Nazanin"/>
        </w:rPr>
        <w:t>کوچک</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هنگام</w:t>
      </w:r>
      <w:r>
        <w:rPr>
          <w:rFonts w:eastAsia="B Nazanin" w:cs="B Nazanin"/>
        </w:rPr>
        <w:t xml:space="preserve"> </w:t>
      </w:r>
      <w:r>
        <w:rPr>
          <w:rFonts w:eastAsia="B Nazanin" w:cs="B Nazanin"/>
        </w:rPr>
        <w:t>صحبت</w:t>
      </w:r>
      <w:r>
        <w:rPr>
          <w:rFonts w:eastAsia="B Nazanin" w:cs="B Nazanin"/>
        </w:rPr>
        <w:t xml:space="preserve"> </w:t>
      </w:r>
      <w:r>
        <w:rPr>
          <w:rFonts w:eastAsia="B Nazanin" w:cs="B Nazanin"/>
        </w:rPr>
        <w:t>کردن</w:t>
      </w:r>
      <w:r>
        <w:rPr>
          <w:rFonts w:eastAsia="B Nazanin" w:cs="B Nazanin"/>
        </w:rPr>
        <w:t xml:space="preserve"> </w:t>
      </w:r>
      <w:r>
        <w:rPr>
          <w:rFonts w:eastAsia="B Nazanin" w:cs="B Nazanin"/>
        </w:rPr>
        <w:t>متوقف</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زیرا</w:t>
      </w:r>
      <w:r>
        <w:rPr>
          <w:rFonts w:eastAsia="B Nazanin" w:cs="B Nazanin"/>
        </w:rPr>
        <w:t xml:space="preserve"> </w:t>
      </w:r>
      <w:r>
        <w:rPr>
          <w:rFonts w:eastAsia="B Nazanin" w:cs="B Nazanin"/>
        </w:rPr>
        <w:t>این</w:t>
      </w:r>
      <w:r>
        <w:rPr>
          <w:rFonts w:eastAsia="B Nazanin" w:cs="B Nazanin"/>
        </w:rPr>
        <w:t xml:space="preserve"> </w:t>
      </w:r>
      <w:r>
        <w:rPr>
          <w:rFonts w:eastAsia="B Nazanin" w:cs="B Nazanin"/>
        </w:rPr>
        <w:t>کار</w:t>
      </w:r>
      <w:r>
        <w:rPr>
          <w:rFonts w:eastAsia="B Nazanin" w:cs="B Nazanin"/>
        </w:rPr>
        <w:t xml:space="preserve"> </w:t>
      </w:r>
      <w:r>
        <w:rPr>
          <w:rFonts w:eastAsia="B Nazanin" w:cs="B Nazanin"/>
        </w:rPr>
        <w:t>ممکن</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جریان</w:t>
      </w:r>
      <w:r>
        <w:rPr>
          <w:rFonts w:eastAsia="B Nazanin" w:cs="B Nazanin"/>
        </w:rPr>
        <w:t xml:space="preserve"> </w:t>
      </w:r>
      <w:r>
        <w:rPr>
          <w:rFonts w:eastAsia="B Nazanin" w:cs="B Nazanin"/>
        </w:rPr>
        <w:t>گفت</w:t>
      </w:r>
      <w:r>
        <w:rPr>
          <w:rFonts w:eastAsia="B Nazanin" w:cs="B Nazanin"/>
        </w:rPr>
        <w:t>‌</w:t>
      </w:r>
      <w:r>
        <w:rPr>
          <w:rFonts w:eastAsia="B Nazanin" w:cs="B Nazanin"/>
        </w:rPr>
        <w:t>وگو</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بین</w:t>
      </w:r>
      <w:r>
        <w:rPr>
          <w:rFonts w:eastAsia="B Nazanin" w:cs="B Nazanin"/>
        </w:rPr>
        <w:t xml:space="preserve"> </w:t>
      </w:r>
      <w:r>
        <w:rPr>
          <w:rFonts w:eastAsia="B Nazanin" w:cs="B Nazanin"/>
        </w:rPr>
        <w:t>ببرد</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عوض،</w:t>
      </w:r>
      <w:r>
        <w:rPr>
          <w:rFonts w:eastAsia="B Nazanin" w:cs="B Nazanin"/>
        </w:rPr>
        <w:t xml:space="preserve"> </w:t>
      </w:r>
      <w:r>
        <w:rPr>
          <w:rFonts w:eastAsia="B Nazanin" w:cs="B Nazanin"/>
        </w:rPr>
        <w:t>پس</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پایان</w:t>
      </w:r>
      <w:r>
        <w:rPr>
          <w:rFonts w:eastAsia="B Nazanin" w:cs="B Nazanin"/>
        </w:rPr>
        <w:t xml:space="preserve"> </w:t>
      </w:r>
      <w:r>
        <w:rPr>
          <w:rFonts w:eastAsia="B Nazanin" w:cs="B Nazanin"/>
        </w:rPr>
        <w:t>تمرین،</w:t>
      </w:r>
      <w:r>
        <w:rPr>
          <w:rFonts w:eastAsia="B Nazanin" w:cs="B Nazanin"/>
        </w:rPr>
        <w:t xml:space="preserve"> </w:t>
      </w:r>
      <w:r>
        <w:rPr>
          <w:rFonts w:eastAsia="B Nazanin" w:cs="B Nazanin"/>
        </w:rPr>
        <w:t>چند</w:t>
      </w:r>
      <w:r>
        <w:rPr>
          <w:rFonts w:eastAsia="B Nazanin" w:cs="B Nazanin"/>
        </w:rPr>
        <w:t xml:space="preserve"> </w:t>
      </w:r>
      <w:r>
        <w:rPr>
          <w:rFonts w:eastAsia="B Nazanin" w:cs="B Nazanin"/>
        </w:rPr>
        <w:t>اشتباه</w:t>
      </w:r>
      <w:r>
        <w:rPr>
          <w:rFonts w:eastAsia="B Nazanin" w:cs="B Nazanin"/>
        </w:rPr>
        <w:t xml:space="preserve"> </w:t>
      </w:r>
      <w:r>
        <w:rPr>
          <w:rFonts w:eastAsia="B Nazanin" w:cs="B Nazanin"/>
        </w:rPr>
        <w:t>پرتکرار</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انتخاب</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روی</w:t>
      </w:r>
      <w:r>
        <w:rPr>
          <w:rFonts w:eastAsia="B Nazanin" w:cs="B Nazanin"/>
        </w:rPr>
        <w:t xml:space="preserve"> </w:t>
      </w:r>
      <w:r>
        <w:rPr>
          <w:rFonts w:eastAsia="B Nazanin" w:cs="B Nazanin"/>
        </w:rPr>
        <w:t>آن</w:t>
      </w:r>
      <w:r>
        <w:rPr>
          <w:rFonts w:eastAsia="B Nazanin" w:cs="B Nazanin"/>
        </w:rPr>
        <w:t>‌</w:t>
      </w:r>
      <w:r>
        <w:rPr>
          <w:rFonts w:eastAsia="B Nazanin" w:cs="B Nazanin"/>
        </w:rPr>
        <w:t>ها</w:t>
      </w:r>
      <w:r>
        <w:rPr>
          <w:rFonts w:eastAsia="B Nazanin" w:cs="B Nazanin"/>
        </w:rPr>
        <w:t xml:space="preserve"> </w:t>
      </w:r>
      <w:r>
        <w:rPr>
          <w:rFonts w:eastAsia="B Nazanin" w:cs="B Nazanin"/>
        </w:rPr>
        <w:t>کار</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دفترچه</w:t>
      </w:r>
      <w:r>
        <w:rPr>
          <w:rFonts w:eastAsia="B Nazanin" w:cs="B Nazanin"/>
        </w:rPr>
        <w:t xml:space="preserve"> </w:t>
      </w:r>
      <w:r>
        <w:rPr>
          <w:rFonts w:eastAsia="B Nazanin" w:cs="B Nazanin"/>
        </w:rPr>
        <w:t>خطاها</w:t>
      </w:r>
      <w:r>
        <w:rPr>
          <w:rFonts w:eastAsia="B Nazanin" w:cs="B Nazanin"/>
        </w:rPr>
        <w:t xml:space="preserve"> </w:t>
      </w:r>
      <w:r>
        <w:rPr>
          <w:rFonts w:eastAsia="B Nazanin" w:cs="B Nazanin"/>
        </w:rPr>
        <w:t>داش</w:t>
      </w:r>
      <w:r>
        <w:rPr>
          <w:rFonts w:eastAsia="B Nazanin" w:cs="B Nazanin"/>
        </w:rPr>
        <w:t>ته</w:t>
      </w:r>
      <w:r>
        <w:rPr>
          <w:rFonts w:eastAsia="B Nazanin" w:cs="B Nazanin"/>
        </w:rPr>
        <w:t xml:space="preserve"> </w:t>
      </w:r>
      <w:r>
        <w:rPr>
          <w:rFonts w:eastAsia="B Nazanin" w:cs="B Nazanin"/>
        </w:rPr>
        <w:t>باشید</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شکل</w:t>
      </w:r>
      <w:r>
        <w:rPr>
          <w:rFonts w:eastAsia="B Nazanin" w:cs="B Nazanin"/>
        </w:rPr>
        <w:t xml:space="preserve"> </w:t>
      </w:r>
      <w:r>
        <w:rPr>
          <w:rFonts w:eastAsia="B Nazanin" w:cs="B Nazanin"/>
        </w:rPr>
        <w:t>درست</w:t>
      </w:r>
      <w:r>
        <w:rPr>
          <w:rFonts w:eastAsia="B Nazanin" w:cs="B Nazanin"/>
        </w:rPr>
        <w:t xml:space="preserve"> </w:t>
      </w:r>
      <w:r>
        <w:rPr>
          <w:rFonts w:eastAsia="B Nazanin" w:cs="B Nazanin"/>
        </w:rPr>
        <w:t>جمله</w:t>
      </w:r>
      <w:r>
        <w:rPr>
          <w:rFonts w:eastAsia="B Nazanin" w:cs="B Nazanin"/>
        </w:rPr>
        <w:t xml:space="preserve"> </w:t>
      </w:r>
      <w:proofErr w:type="spellStart"/>
      <w:r>
        <w:rPr>
          <w:rFonts w:eastAsia="B Nazanin" w:cs="B Nazanin"/>
        </w:rPr>
        <w:t>را</w:t>
      </w:r>
      <w:proofErr w:type="spellEnd"/>
      <w:r>
        <w:rPr>
          <w:rFonts w:eastAsia="B Nazanin" w:cs="B Nazanin"/>
        </w:rPr>
        <w:t xml:space="preserve"> </w:t>
      </w:r>
      <w:proofErr w:type="spellStart"/>
      <w:r>
        <w:rPr>
          <w:rFonts w:eastAsia="B Nazanin" w:cs="B Nazanin"/>
        </w:rPr>
        <w:t>همراه</w:t>
      </w:r>
      <w:proofErr w:type="spellEnd"/>
      <w:r>
        <w:rPr>
          <w:rFonts w:eastAsia="B Nazanin" w:cs="B Nazanin"/>
        </w:rPr>
        <w:t xml:space="preserve"> </w:t>
      </w:r>
      <w:proofErr w:type="spellStart"/>
      <w:r>
        <w:rPr>
          <w:rFonts w:eastAsia="B Nazanin" w:cs="B Nazanin"/>
        </w:rPr>
        <w:t>با</w:t>
      </w:r>
      <w:proofErr w:type="spellEnd"/>
      <w:r>
        <w:rPr>
          <w:rFonts w:eastAsia="B Nazanin" w:cs="B Nazanin"/>
        </w:rPr>
        <w:t xml:space="preserve"> </w:t>
      </w:r>
      <w:proofErr w:type="spellStart"/>
      <w:r>
        <w:rPr>
          <w:rFonts w:eastAsia="B Nazanin" w:cs="B Nazanin"/>
        </w:rPr>
        <w:t>نمونه</w:t>
      </w:r>
      <w:r>
        <w:rPr>
          <w:rFonts w:eastAsia="B Nazanin" w:cs="B Nazanin"/>
        </w:rPr>
        <w:t>‌</w:t>
      </w:r>
      <w:r>
        <w:rPr>
          <w:rFonts w:eastAsia="B Nazanin" w:cs="B Nazanin"/>
        </w:rPr>
        <w:t>ای</w:t>
      </w:r>
      <w:proofErr w:type="spellEnd"/>
      <w:r>
        <w:rPr>
          <w:rFonts w:eastAsia="B Nazanin" w:cs="B Nazanin"/>
        </w:rPr>
        <w:t xml:space="preserve"> </w:t>
      </w:r>
      <w:proofErr w:type="spellStart"/>
      <w:r>
        <w:rPr>
          <w:rFonts w:eastAsia="B Nazanin" w:cs="B Nazanin"/>
        </w:rPr>
        <w:t>تازه</w:t>
      </w:r>
      <w:proofErr w:type="spellEnd"/>
      <w:r>
        <w:rPr>
          <w:rFonts w:eastAsia="B Nazanin" w:cs="B Nazanin"/>
        </w:rPr>
        <w:t xml:space="preserve"> </w:t>
      </w:r>
      <w:proofErr w:type="spellStart"/>
      <w:r>
        <w:rPr>
          <w:rFonts w:eastAsia="B Nazanin" w:cs="B Nazanin"/>
        </w:rPr>
        <w:t>ثبت</w:t>
      </w:r>
      <w:proofErr w:type="spellEnd"/>
      <w:r>
        <w:rPr>
          <w:rFonts w:eastAsia="B Nazanin" w:cs="B Nazanin"/>
        </w:rPr>
        <w:t xml:space="preserve"> </w:t>
      </w:r>
      <w:proofErr w:type="spellStart"/>
      <w:r>
        <w:rPr>
          <w:rFonts w:eastAsia="B Nazanin" w:cs="B Nazanin"/>
        </w:rPr>
        <w:t>کنید</w:t>
      </w:r>
      <w:proofErr w:type="spellEnd"/>
      <w:r w:rsidR="002159CC">
        <w:rPr>
          <w:rFonts w:eastAsia="B Nazanin" w:cs="B Nazanin" w:hint="cs"/>
          <w:rtl/>
        </w:rPr>
        <w:t>.</w:t>
      </w:r>
    </w:p>
    <w:p w14:paraId="259705D5" w14:textId="7CA085A3" w:rsidR="006A2542" w:rsidRDefault="007F2F21" w:rsidP="002159CC">
      <w:pPr>
        <w:pStyle w:val="Heading1"/>
        <w:numPr>
          <w:ilvl w:val="0"/>
          <w:numId w:val="10"/>
        </w:numPr>
        <w:bidi/>
      </w:pPr>
      <w:proofErr w:type="spellStart"/>
      <w:r>
        <w:rPr>
          <w:rFonts w:ascii="B Nazanin" w:eastAsia="B Nazanin" w:hAnsi="B Nazanin" w:cs="B Nazanin"/>
        </w:rPr>
        <w:t>خواندن</w:t>
      </w:r>
      <w:proofErr w:type="spellEnd"/>
      <w:r>
        <w:rPr>
          <w:rFonts w:ascii="B Nazanin" w:eastAsia="B Nazanin" w:hAnsi="B Nazanin" w:cs="B Nazanin"/>
        </w:rPr>
        <w:t xml:space="preserve"> </w:t>
      </w:r>
      <w:proofErr w:type="spellStart"/>
      <w:r>
        <w:rPr>
          <w:rFonts w:ascii="B Nazanin" w:eastAsia="B Nazanin" w:hAnsi="B Nazanin" w:cs="B Nazanin"/>
        </w:rPr>
        <w:t>را</w:t>
      </w:r>
      <w:proofErr w:type="spellEnd"/>
      <w:r>
        <w:rPr>
          <w:rFonts w:ascii="B Nazanin" w:eastAsia="B Nazanin" w:hAnsi="B Nazanin" w:cs="B Nazanin"/>
        </w:rPr>
        <w:t xml:space="preserve"> </w:t>
      </w:r>
      <w:proofErr w:type="spellStart"/>
      <w:r>
        <w:rPr>
          <w:rFonts w:ascii="B Nazanin" w:eastAsia="B Nazanin" w:hAnsi="B Nazanin" w:cs="B Nazanin"/>
        </w:rPr>
        <w:t>به</w:t>
      </w:r>
      <w:proofErr w:type="spellEnd"/>
      <w:r>
        <w:rPr>
          <w:rFonts w:ascii="B Nazanin" w:eastAsia="B Nazanin" w:hAnsi="B Nazanin" w:cs="B Nazanin"/>
        </w:rPr>
        <w:t xml:space="preserve"> </w:t>
      </w:r>
      <w:proofErr w:type="spellStart"/>
      <w:r>
        <w:rPr>
          <w:rFonts w:ascii="B Nazanin" w:eastAsia="B Nazanin" w:hAnsi="B Nazanin" w:cs="B Nazanin"/>
        </w:rPr>
        <w:t>عادت</w:t>
      </w:r>
      <w:proofErr w:type="spellEnd"/>
      <w:r>
        <w:rPr>
          <w:rFonts w:ascii="B Nazanin" w:eastAsia="B Nazanin" w:hAnsi="B Nazanin" w:cs="B Nazanin"/>
        </w:rPr>
        <w:t xml:space="preserve"> </w:t>
      </w:r>
      <w:r>
        <w:rPr>
          <w:rFonts w:ascii="B Nazanin" w:eastAsia="B Nazanin" w:hAnsi="B Nazanin" w:cs="B Nazanin"/>
        </w:rPr>
        <w:t>روزانه</w:t>
      </w:r>
      <w:r>
        <w:rPr>
          <w:rFonts w:ascii="B Nazanin" w:eastAsia="B Nazanin" w:hAnsi="B Nazanin" w:cs="B Nazanin"/>
        </w:rPr>
        <w:t xml:space="preserve"> </w:t>
      </w:r>
      <w:r>
        <w:rPr>
          <w:rFonts w:ascii="B Nazanin" w:eastAsia="B Nazanin" w:hAnsi="B Nazanin" w:cs="B Nazanin"/>
        </w:rPr>
        <w:t>تبدیل</w:t>
      </w:r>
      <w:r>
        <w:rPr>
          <w:rFonts w:ascii="B Nazanin" w:eastAsia="B Nazanin" w:hAnsi="B Nazanin" w:cs="B Nazanin"/>
        </w:rPr>
        <w:t xml:space="preserve"> </w:t>
      </w:r>
      <w:r>
        <w:rPr>
          <w:rFonts w:ascii="B Nazanin" w:eastAsia="B Nazanin" w:hAnsi="B Nazanin" w:cs="B Nazanin"/>
        </w:rPr>
        <w:t>کنید</w:t>
      </w:r>
    </w:p>
    <w:p w14:paraId="2DC790C0" w14:textId="4FA919AE" w:rsidR="006A2542" w:rsidRDefault="00C60EF8" w:rsidP="002159CC">
      <w:pPr>
        <w:bidi/>
      </w:pPr>
      <w:r>
        <w:rPr>
          <w:rFonts w:eastAsia="B Nazanin" w:cs="B Nazanin" w:hint="cs"/>
          <w:rtl/>
        </w:rPr>
        <w:t xml:space="preserve">   </w:t>
      </w:r>
      <w:proofErr w:type="spellStart"/>
      <w:r>
        <w:rPr>
          <w:rFonts w:eastAsia="B Nazanin" w:cs="B Nazanin"/>
        </w:rPr>
        <w:t>خواندن</w:t>
      </w:r>
      <w:proofErr w:type="spellEnd"/>
      <w:r>
        <w:rPr>
          <w:rFonts w:eastAsia="B Nazanin" w:cs="B Nazanin"/>
        </w:rPr>
        <w:t xml:space="preserve"> </w:t>
      </w:r>
      <w:proofErr w:type="spellStart"/>
      <w:r>
        <w:rPr>
          <w:rFonts w:eastAsia="B Nazanin" w:cs="B Nazanin"/>
        </w:rPr>
        <w:t>به</w:t>
      </w:r>
      <w:proofErr w:type="spellEnd"/>
      <w:r>
        <w:rPr>
          <w:rFonts w:eastAsia="B Nazanin" w:cs="B Nazanin"/>
        </w:rPr>
        <w:t xml:space="preserve"> </w:t>
      </w:r>
      <w:proofErr w:type="spellStart"/>
      <w:r>
        <w:rPr>
          <w:rFonts w:eastAsia="B Nazanin" w:cs="B Nazanin"/>
        </w:rPr>
        <w:t>افزایش</w:t>
      </w:r>
      <w:proofErr w:type="spellEnd"/>
      <w:r>
        <w:rPr>
          <w:rFonts w:eastAsia="B Nazanin" w:cs="B Nazanin"/>
        </w:rPr>
        <w:t xml:space="preserve"> </w:t>
      </w:r>
      <w:proofErr w:type="spellStart"/>
      <w:r>
        <w:rPr>
          <w:rFonts w:eastAsia="B Nazanin" w:cs="B Nazanin"/>
        </w:rPr>
        <w:t>واژگان</w:t>
      </w:r>
      <w:proofErr w:type="spellEnd"/>
      <w:r>
        <w:rPr>
          <w:rFonts w:eastAsia="B Nazanin" w:cs="B Nazanin"/>
        </w:rPr>
        <w:t xml:space="preserve">، آشنایی با ساختار جمله و تقویت درک مطلب کمک می‌کند. بااین‌حال، متن باید با سطح شما هماهنگ باشد. اگر در هر جمله چندین واژه ناشناخته وجود دارد، احتمالاً متن بیش از حد دشوار است. داستان‌های سطح‌بندی‌شده، خبرهای ساده‌شده، مطالب آموزشی کوتاه و متن‌های </w:t>
      </w:r>
      <w:proofErr w:type="spellStart"/>
      <w:r>
        <w:rPr>
          <w:rFonts w:eastAsia="B Nazanin" w:cs="B Nazanin"/>
        </w:rPr>
        <w:t>مرتبط</w:t>
      </w:r>
      <w:proofErr w:type="spellEnd"/>
      <w:r>
        <w:rPr>
          <w:rFonts w:eastAsia="B Nazanin" w:cs="B Nazanin"/>
        </w:rPr>
        <w:t xml:space="preserve"> </w:t>
      </w:r>
      <w:proofErr w:type="spellStart"/>
      <w:r>
        <w:rPr>
          <w:rFonts w:eastAsia="B Nazanin" w:cs="B Nazanin"/>
        </w:rPr>
        <w:t>با</w:t>
      </w:r>
      <w:proofErr w:type="spellEnd"/>
      <w:r>
        <w:rPr>
          <w:rFonts w:eastAsia="B Nazanin" w:cs="B Nazanin"/>
        </w:rPr>
        <w:t xml:space="preserve"> </w:t>
      </w:r>
      <w:proofErr w:type="spellStart"/>
      <w:r>
        <w:rPr>
          <w:rFonts w:eastAsia="B Nazanin" w:cs="B Nazanin"/>
        </w:rPr>
        <w:t>علاقه‌های</w:t>
      </w:r>
      <w:proofErr w:type="spellEnd"/>
      <w:r>
        <w:rPr>
          <w:rFonts w:eastAsia="B Nazanin" w:cs="B Nazanin"/>
        </w:rPr>
        <w:t xml:space="preserve"> </w:t>
      </w:r>
      <w:proofErr w:type="spellStart"/>
      <w:r>
        <w:rPr>
          <w:rFonts w:eastAsia="B Nazanin" w:cs="B Nazanin"/>
        </w:rPr>
        <w:t>شخصی</w:t>
      </w:r>
      <w:proofErr w:type="spellEnd"/>
      <w:r>
        <w:rPr>
          <w:rFonts w:eastAsia="B Nazanin" w:cs="B Nazanin"/>
        </w:rPr>
        <w:t xml:space="preserve"> </w:t>
      </w:r>
      <w:proofErr w:type="spellStart"/>
      <w:r>
        <w:rPr>
          <w:rFonts w:eastAsia="B Nazanin" w:cs="B Nazanin"/>
        </w:rPr>
        <w:t>انتخاب‌های</w:t>
      </w:r>
      <w:proofErr w:type="spellEnd"/>
      <w:r>
        <w:rPr>
          <w:rFonts w:eastAsia="B Nazanin" w:cs="B Nazanin"/>
        </w:rPr>
        <w:t xml:space="preserve"> </w:t>
      </w:r>
      <w:proofErr w:type="spellStart"/>
      <w:r>
        <w:rPr>
          <w:rFonts w:eastAsia="B Nazanin" w:cs="B Nazanin"/>
        </w:rPr>
        <w:t>مناسبی</w:t>
      </w:r>
      <w:proofErr w:type="spellEnd"/>
      <w:r>
        <w:rPr>
          <w:rFonts w:eastAsia="B Nazanin" w:cs="B Nazanin"/>
        </w:rPr>
        <w:t xml:space="preserve"> </w:t>
      </w:r>
      <w:proofErr w:type="spellStart"/>
      <w:r>
        <w:rPr>
          <w:rFonts w:eastAsia="B Nazanin" w:cs="B Nazanin"/>
        </w:rPr>
        <w:t>هستند</w:t>
      </w:r>
      <w:proofErr w:type="spellEnd"/>
      <w:r>
        <w:rPr>
          <w:rFonts w:eastAsia="B Nazanin" w:cs="B Nazanin" w:hint="cs"/>
          <w:rtl/>
        </w:rPr>
        <w:t>.</w:t>
      </w:r>
    </w:p>
    <w:p w14:paraId="5C08DD74" w14:textId="3B43DCD1" w:rsidR="006A2542" w:rsidRDefault="007F2F21" w:rsidP="002159CC">
      <w:pPr>
        <w:bidi/>
      </w:pPr>
      <w:r>
        <w:rPr>
          <w:rFonts w:eastAsia="B Nazanin" w:cs="B Nazanin"/>
        </w:rPr>
        <w:t>پیش</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خواندن،</w:t>
      </w:r>
      <w:r>
        <w:rPr>
          <w:rFonts w:eastAsia="B Nazanin" w:cs="B Nazanin"/>
        </w:rPr>
        <w:t xml:space="preserve"> </w:t>
      </w:r>
      <w:r>
        <w:rPr>
          <w:rFonts w:eastAsia="B Nazanin" w:cs="B Nazanin"/>
        </w:rPr>
        <w:t>عنوان</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تصویرها</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بررسی</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حدس</w:t>
      </w:r>
      <w:r>
        <w:rPr>
          <w:rFonts w:eastAsia="B Nazanin" w:cs="B Nazanin"/>
        </w:rPr>
        <w:t xml:space="preserve"> </w:t>
      </w:r>
      <w:r>
        <w:rPr>
          <w:rFonts w:eastAsia="B Nazanin" w:cs="B Nazanin"/>
        </w:rPr>
        <w:t>بزنید</w:t>
      </w:r>
      <w:r>
        <w:rPr>
          <w:rFonts w:eastAsia="B Nazanin" w:cs="B Nazanin"/>
        </w:rPr>
        <w:t xml:space="preserve"> </w:t>
      </w:r>
      <w:r>
        <w:rPr>
          <w:rFonts w:eastAsia="B Nazanin" w:cs="B Nazanin"/>
        </w:rPr>
        <w:t>متن</w:t>
      </w:r>
      <w:r>
        <w:rPr>
          <w:rFonts w:eastAsia="B Nazanin" w:cs="B Nazanin"/>
        </w:rPr>
        <w:t xml:space="preserve"> </w:t>
      </w:r>
      <w:r>
        <w:rPr>
          <w:rFonts w:eastAsia="B Nazanin" w:cs="B Nazanin"/>
        </w:rPr>
        <w:t>درباره</w:t>
      </w:r>
      <w:r>
        <w:rPr>
          <w:rFonts w:eastAsia="B Nazanin" w:cs="B Nazanin"/>
        </w:rPr>
        <w:t xml:space="preserve"> </w:t>
      </w:r>
      <w:r>
        <w:rPr>
          <w:rFonts w:eastAsia="B Nazanin" w:cs="B Nazanin"/>
        </w:rPr>
        <w:t>چیست</w:t>
      </w:r>
      <w:r>
        <w:rPr>
          <w:rFonts w:eastAsia="B Nazanin" w:cs="B Nazanin"/>
        </w:rPr>
        <w:t xml:space="preserve">. </w:t>
      </w:r>
      <w:r>
        <w:rPr>
          <w:rFonts w:eastAsia="B Nazanin" w:cs="B Nazanin"/>
        </w:rPr>
        <w:t>هنگام</w:t>
      </w:r>
      <w:r>
        <w:rPr>
          <w:rFonts w:eastAsia="B Nazanin" w:cs="B Nazanin"/>
        </w:rPr>
        <w:t xml:space="preserve"> </w:t>
      </w:r>
      <w:r>
        <w:rPr>
          <w:rFonts w:eastAsia="B Nazanin" w:cs="B Nazanin"/>
        </w:rPr>
        <w:t>خواندن،</w:t>
      </w:r>
      <w:r>
        <w:rPr>
          <w:rFonts w:eastAsia="B Nazanin" w:cs="B Nazanin"/>
        </w:rPr>
        <w:t xml:space="preserve"> </w:t>
      </w:r>
      <w:r>
        <w:rPr>
          <w:rFonts w:eastAsia="B Nazanin" w:cs="B Nazanin"/>
        </w:rPr>
        <w:t>تلاش</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معنی</w:t>
      </w:r>
      <w:r>
        <w:rPr>
          <w:rFonts w:eastAsia="B Nazanin" w:cs="B Nazanin"/>
        </w:rPr>
        <w:t xml:space="preserve"> </w:t>
      </w:r>
      <w:r>
        <w:rPr>
          <w:rFonts w:eastAsia="B Nazanin" w:cs="B Nazanin"/>
        </w:rPr>
        <w:t>کلی</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بفهمید</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فقط</w:t>
      </w:r>
      <w:r>
        <w:rPr>
          <w:rFonts w:eastAsia="B Nazanin" w:cs="B Nazanin"/>
        </w:rPr>
        <w:t xml:space="preserve"> </w:t>
      </w:r>
      <w:r>
        <w:rPr>
          <w:rFonts w:eastAsia="B Nazanin" w:cs="B Nazanin"/>
        </w:rPr>
        <w:t>واژه</w:t>
      </w:r>
      <w:r>
        <w:rPr>
          <w:rFonts w:eastAsia="B Nazanin" w:cs="B Nazanin"/>
        </w:rPr>
        <w:t>‌</w:t>
      </w:r>
      <w:r>
        <w:rPr>
          <w:rFonts w:eastAsia="B Nazanin" w:cs="B Nazanin"/>
        </w:rPr>
        <w:t>هایی</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بررسی</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که</w:t>
      </w:r>
      <w:r>
        <w:rPr>
          <w:rFonts w:eastAsia="B Nazanin" w:cs="B Nazanin"/>
        </w:rPr>
        <w:t xml:space="preserve"> </w:t>
      </w:r>
      <w:r>
        <w:rPr>
          <w:rFonts w:eastAsia="B Nazanin" w:cs="B Nazanin"/>
        </w:rPr>
        <w:t>برای</w:t>
      </w:r>
      <w:r>
        <w:rPr>
          <w:rFonts w:eastAsia="B Nazanin" w:cs="B Nazanin"/>
        </w:rPr>
        <w:t xml:space="preserve"> </w:t>
      </w:r>
      <w:r>
        <w:rPr>
          <w:rFonts w:eastAsia="B Nazanin" w:cs="B Nazanin"/>
        </w:rPr>
        <w:t>درک</w:t>
      </w:r>
      <w:r>
        <w:rPr>
          <w:rFonts w:eastAsia="B Nazanin" w:cs="B Nazanin"/>
        </w:rPr>
        <w:t xml:space="preserve"> </w:t>
      </w:r>
      <w:r>
        <w:rPr>
          <w:rFonts w:eastAsia="B Nazanin" w:cs="B Nazanin"/>
        </w:rPr>
        <w:t>موضوع</w:t>
      </w:r>
      <w:r>
        <w:rPr>
          <w:rFonts w:eastAsia="B Nazanin" w:cs="B Nazanin"/>
        </w:rPr>
        <w:t xml:space="preserve"> </w:t>
      </w:r>
      <w:r>
        <w:rPr>
          <w:rFonts w:eastAsia="B Nazanin" w:cs="B Nazanin"/>
        </w:rPr>
        <w:t>ضروری</w:t>
      </w:r>
      <w:r>
        <w:rPr>
          <w:rFonts w:eastAsia="B Nazanin" w:cs="B Nazanin"/>
        </w:rPr>
        <w:t>‌</w:t>
      </w:r>
      <w:r>
        <w:rPr>
          <w:rFonts w:eastAsia="B Nazanin" w:cs="B Nazanin"/>
        </w:rPr>
        <w:t>اند</w:t>
      </w:r>
      <w:r>
        <w:rPr>
          <w:rFonts w:eastAsia="B Nazanin" w:cs="B Nazanin"/>
        </w:rPr>
        <w:t xml:space="preserve"> </w:t>
      </w:r>
      <w:r>
        <w:rPr>
          <w:rFonts w:eastAsia="B Nazanin" w:cs="B Nazanin"/>
        </w:rPr>
        <w:t>یا</w:t>
      </w:r>
      <w:r>
        <w:rPr>
          <w:rFonts w:eastAsia="B Nazanin" w:cs="B Nazanin"/>
        </w:rPr>
        <w:t xml:space="preserve"> </w:t>
      </w:r>
      <w:r>
        <w:rPr>
          <w:rFonts w:eastAsia="B Nazanin" w:cs="B Nazanin"/>
        </w:rPr>
        <w:t>چند</w:t>
      </w:r>
      <w:r>
        <w:rPr>
          <w:rFonts w:eastAsia="B Nazanin" w:cs="B Nazanin"/>
        </w:rPr>
        <w:t xml:space="preserve"> </w:t>
      </w:r>
      <w:r>
        <w:rPr>
          <w:rFonts w:eastAsia="B Nazanin" w:cs="B Nazanin"/>
        </w:rPr>
        <w:t>بار</w:t>
      </w:r>
      <w:r>
        <w:rPr>
          <w:rFonts w:eastAsia="B Nazanin" w:cs="B Nazanin"/>
        </w:rPr>
        <w:t xml:space="preserve"> </w:t>
      </w:r>
      <w:r>
        <w:rPr>
          <w:rFonts w:eastAsia="B Nazanin" w:cs="B Nazanin"/>
        </w:rPr>
        <w:t>تکرار</w:t>
      </w:r>
      <w:r>
        <w:rPr>
          <w:rFonts w:eastAsia="B Nazanin" w:cs="B Nazanin"/>
        </w:rPr>
        <w:t xml:space="preserve"> </w:t>
      </w:r>
      <w:r>
        <w:rPr>
          <w:rFonts w:eastAsia="B Nazanin" w:cs="B Nazanin"/>
        </w:rPr>
        <w:t>می</w:t>
      </w:r>
      <w:r>
        <w:rPr>
          <w:rFonts w:eastAsia="B Nazanin" w:cs="B Nazanin"/>
        </w:rPr>
        <w:t>‌</w:t>
      </w:r>
      <w:r>
        <w:rPr>
          <w:rFonts w:eastAsia="B Nazanin" w:cs="B Nazanin"/>
        </w:rPr>
        <w:t>شوند</w:t>
      </w:r>
      <w:r>
        <w:rPr>
          <w:rFonts w:eastAsia="B Nazanin" w:cs="B Nazanin"/>
        </w:rPr>
        <w:t xml:space="preserve">. </w:t>
      </w:r>
      <w:r>
        <w:rPr>
          <w:rFonts w:eastAsia="B Nazanin" w:cs="B Nazanin"/>
        </w:rPr>
        <w:t>پس</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پایان</w:t>
      </w:r>
      <w:r>
        <w:rPr>
          <w:rFonts w:eastAsia="B Nazanin" w:cs="B Nazanin"/>
        </w:rPr>
        <w:t xml:space="preserve"> </w:t>
      </w:r>
      <w:r>
        <w:rPr>
          <w:rFonts w:eastAsia="B Nazanin" w:cs="B Nazanin"/>
        </w:rPr>
        <w:t>متن،</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دو</w:t>
      </w:r>
      <w:r>
        <w:rPr>
          <w:rFonts w:eastAsia="B Nazanin" w:cs="B Nazanin"/>
        </w:rPr>
        <w:t xml:space="preserve"> </w:t>
      </w:r>
      <w:r>
        <w:rPr>
          <w:rFonts w:eastAsia="B Nazanin" w:cs="B Nazanin"/>
        </w:rPr>
        <w:t>یا</w:t>
      </w:r>
      <w:r>
        <w:rPr>
          <w:rFonts w:eastAsia="B Nazanin" w:cs="B Nazanin"/>
        </w:rPr>
        <w:t xml:space="preserve"> </w:t>
      </w:r>
      <w:r>
        <w:rPr>
          <w:rFonts w:eastAsia="B Nazanin" w:cs="B Nazanin"/>
        </w:rPr>
        <w:t>سه</w:t>
      </w:r>
      <w:r>
        <w:rPr>
          <w:rFonts w:eastAsia="B Nazanin" w:cs="B Nazanin"/>
        </w:rPr>
        <w:t xml:space="preserve"> </w:t>
      </w:r>
      <w:r>
        <w:rPr>
          <w:rFonts w:eastAsia="B Nazanin" w:cs="B Nazanin"/>
        </w:rPr>
        <w:t>جمله</w:t>
      </w:r>
      <w:r>
        <w:rPr>
          <w:rFonts w:eastAsia="B Nazanin" w:cs="B Nazanin"/>
        </w:rPr>
        <w:t xml:space="preserve"> </w:t>
      </w:r>
      <w:r>
        <w:rPr>
          <w:rFonts w:eastAsia="B Nazanin" w:cs="B Nazanin"/>
        </w:rPr>
        <w:t>خلاصه</w:t>
      </w:r>
      <w:r>
        <w:rPr>
          <w:rFonts w:eastAsia="B Nazanin" w:cs="B Nazanin"/>
        </w:rPr>
        <w:t>‌</w:t>
      </w:r>
      <w:r>
        <w:rPr>
          <w:rFonts w:eastAsia="B Nazanin" w:cs="B Nazanin"/>
        </w:rPr>
        <w:t>ای</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آن</w:t>
      </w:r>
      <w:r>
        <w:rPr>
          <w:rFonts w:eastAsia="B Nazanin" w:cs="B Nazanin"/>
        </w:rPr>
        <w:t xml:space="preserve"> </w:t>
      </w:r>
      <w:r>
        <w:rPr>
          <w:rFonts w:eastAsia="B Nazanin" w:cs="B Nazanin"/>
        </w:rPr>
        <w:t>بنویسید</w:t>
      </w:r>
      <w:r>
        <w:rPr>
          <w:rFonts w:eastAsia="B Nazanin" w:cs="B Nazanin"/>
        </w:rPr>
        <w:t xml:space="preserve"> </w:t>
      </w:r>
      <w:r>
        <w:rPr>
          <w:rFonts w:eastAsia="B Nazanin" w:cs="B Nazanin"/>
        </w:rPr>
        <w:t>یا</w:t>
      </w:r>
      <w:r>
        <w:rPr>
          <w:rFonts w:eastAsia="B Nazanin" w:cs="B Nazanin"/>
        </w:rPr>
        <w:t xml:space="preserve"> </w:t>
      </w:r>
      <w:r>
        <w:rPr>
          <w:rFonts w:eastAsia="B Nazanin" w:cs="B Nazanin"/>
        </w:rPr>
        <w:t>برای</w:t>
      </w:r>
      <w:r>
        <w:rPr>
          <w:rFonts w:eastAsia="B Nazanin" w:cs="B Nazanin"/>
        </w:rPr>
        <w:t xml:space="preserve"> </w:t>
      </w:r>
      <w:r>
        <w:rPr>
          <w:rFonts w:eastAsia="B Nazanin" w:cs="B Nazanin"/>
        </w:rPr>
        <w:t>کسی</w:t>
      </w:r>
      <w:r>
        <w:rPr>
          <w:rFonts w:eastAsia="B Nazanin" w:cs="B Nazanin"/>
        </w:rPr>
        <w:t xml:space="preserve"> </w:t>
      </w:r>
      <w:r>
        <w:rPr>
          <w:rFonts w:eastAsia="B Nazanin" w:cs="B Nazanin"/>
        </w:rPr>
        <w:t>تعریف</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این</w:t>
      </w:r>
      <w:r>
        <w:rPr>
          <w:rFonts w:eastAsia="B Nazanin" w:cs="B Nazanin"/>
        </w:rPr>
        <w:t xml:space="preserve"> </w:t>
      </w:r>
      <w:r>
        <w:rPr>
          <w:rFonts w:eastAsia="B Nazanin" w:cs="B Nazanin"/>
        </w:rPr>
        <w:t>مرحله</w:t>
      </w:r>
      <w:r>
        <w:rPr>
          <w:rFonts w:eastAsia="B Nazanin" w:cs="B Nazanin"/>
        </w:rPr>
        <w:t xml:space="preserve"> </w:t>
      </w:r>
      <w:r>
        <w:rPr>
          <w:rFonts w:eastAsia="B Nazanin" w:cs="B Nazanin"/>
        </w:rPr>
        <w:t>خواندن</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به</w:t>
      </w:r>
      <w:r>
        <w:rPr>
          <w:rFonts w:eastAsia="B Nazanin" w:cs="B Nazanin"/>
        </w:rPr>
        <w:t xml:space="preserve"> </w:t>
      </w:r>
      <w:proofErr w:type="spellStart"/>
      <w:r>
        <w:rPr>
          <w:rFonts w:eastAsia="B Nazanin" w:cs="B Nazanin"/>
        </w:rPr>
        <w:t>صحبت</w:t>
      </w:r>
      <w:proofErr w:type="spellEnd"/>
      <w:r>
        <w:rPr>
          <w:rFonts w:eastAsia="B Nazanin" w:cs="B Nazanin"/>
        </w:rPr>
        <w:t xml:space="preserve"> </w:t>
      </w:r>
      <w:proofErr w:type="spellStart"/>
      <w:r>
        <w:rPr>
          <w:rFonts w:eastAsia="B Nazanin" w:cs="B Nazanin"/>
        </w:rPr>
        <w:t>کردن</w:t>
      </w:r>
      <w:proofErr w:type="spellEnd"/>
      <w:r>
        <w:rPr>
          <w:rFonts w:eastAsia="B Nazanin" w:cs="B Nazanin"/>
        </w:rPr>
        <w:t xml:space="preserve"> </w:t>
      </w:r>
      <w:r>
        <w:rPr>
          <w:rFonts w:eastAsia="B Nazanin" w:cs="B Nazanin"/>
        </w:rPr>
        <w:t>و</w:t>
      </w:r>
      <w:r>
        <w:rPr>
          <w:rFonts w:eastAsia="B Nazanin" w:cs="B Nazanin"/>
        </w:rPr>
        <w:t xml:space="preserve"> </w:t>
      </w:r>
      <w:proofErr w:type="spellStart"/>
      <w:r>
        <w:rPr>
          <w:rFonts w:eastAsia="B Nazanin" w:cs="B Nazanin"/>
        </w:rPr>
        <w:t>نوشتن</w:t>
      </w:r>
      <w:proofErr w:type="spellEnd"/>
      <w:r>
        <w:rPr>
          <w:rFonts w:eastAsia="B Nazanin" w:cs="B Nazanin"/>
        </w:rPr>
        <w:t xml:space="preserve"> </w:t>
      </w:r>
      <w:proofErr w:type="spellStart"/>
      <w:r>
        <w:rPr>
          <w:rFonts w:eastAsia="B Nazanin" w:cs="B Nazanin"/>
        </w:rPr>
        <w:t>پیوند</w:t>
      </w:r>
      <w:proofErr w:type="spellEnd"/>
      <w:r>
        <w:rPr>
          <w:rFonts w:eastAsia="B Nazanin" w:cs="B Nazanin"/>
        </w:rPr>
        <w:t xml:space="preserve"> </w:t>
      </w:r>
      <w:proofErr w:type="spellStart"/>
      <w:r>
        <w:rPr>
          <w:rFonts w:eastAsia="B Nazanin" w:cs="B Nazanin"/>
        </w:rPr>
        <w:t>می</w:t>
      </w:r>
      <w:r>
        <w:rPr>
          <w:rFonts w:eastAsia="B Nazanin" w:cs="B Nazanin"/>
        </w:rPr>
        <w:t>‌</w:t>
      </w:r>
      <w:r>
        <w:rPr>
          <w:rFonts w:eastAsia="B Nazanin" w:cs="B Nazanin"/>
        </w:rPr>
        <w:t>دهد</w:t>
      </w:r>
      <w:proofErr w:type="spellEnd"/>
      <w:r w:rsidR="00C60EF8">
        <w:rPr>
          <w:rFonts w:eastAsia="B Nazanin" w:cs="B Nazanin" w:hint="cs"/>
          <w:rtl/>
        </w:rPr>
        <w:t>.</w:t>
      </w:r>
    </w:p>
    <w:p w14:paraId="5B24A4D3" w14:textId="5022F6AA" w:rsidR="006A2542" w:rsidRDefault="007F2F21" w:rsidP="002159CC">
      <w:pPr>
        <w:bidi/>
      </w:pPr>
      <w:r>
        <w:rPr>
          <w:rFonts w:eastAsia="B Nazanin" w:cs="B Nazanin"/>
        </w:rPr>
        <w:t>لازم</w:t>
      </w:r>
      <w:r>
        <w:rPr>
          <w:rFonts w:eastAsia="B Nazanin" w:cs="B Nazanin"/>
        </w:rPr>
        <w:t xml:space="preserve"> </w:t>
      </w:r>
      <w:r>
        <w:rPr>
          <w:rFonts w:eastAsia="B Nazanin" w:cs="B Nazanin"/>
        </w:rPr>
        <w:t>نیست</w:t>
      </w:r>
      <w:r>
        <w:rPr>
          <w:rFonts w:eastAsia="B Nazanin" w:cs="B Nazanin"/>
        </w:rPr>
        <w:t xml:space="preserve"> </w:t>
      </w:r>
      <w:r>
        <w:rPr>
          <w:rFonts w:eastAsia="B Nazanin" w:cs="B Nazanin"/>
        </w:rPr>
        <w:t>ت</w:t>
      </w:r>
      <w:r>
        <w:rPr>
          <w:rFonts w:eastAsia="B Nazanin" w:cs="B Nazanin"/>
        </w:rPr>
        <w:t>مام</w:t>
      </w:r>
      <w:r>
        <w:rPr>
          <w:rFonts w:eastAsia="B Nazanin" w:cs="B Nazanin"/>
        </w:rPr>
        <w:t xml:space="preserve"> </w:t>
      </w:r>
      <w:r>
        <w:rPr>
          <w:rFonts w:eastAsia="B Nazanin" w:cs="B Nazanin"/>
        </w:rPr>
        <w:t>کلمات</w:t>
      </w:r>
      <w:r>
        <w:rPr>
          <w:rFonts w:eastAsia="B Nazanin" w:cs="B Nazanin"/>
        </w:rPr>
        <w:t xml:space="preserve"> </w:t>
      </w:r>
      <w:r>
        <w:rPr>
          <w:rFonts w:eastAsia="B Nazanin" w:cs="B Nazanin"/>
        </w:rPr>
        <w:t>ناآشنا</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به</w:t>
      </w:r>
      <w:r>
        <w:rPr>
          <w:rFonts w:eastAsia="B Nazanin" w:cs="B Nazanin"/>
        </w:rPr>
        <w:t xml:space="preserve"> </w:t>
      </w:r>
      <w:r>
        <w:rPr>
          <w:rFonts w:eastAsia="B Nazanin" w:cs="B Nazanin"/>
        </w:rPr>
        <w:t>فارسی</w:t>
      </w:r>
      <w:r>
        <w:rPr>
          <w:rFonts w:eastAsia="B Nazanin" w:cs="B Nazanin"/>
        </w:rPr>
        <w:t xml:space="preserve"> </w:t>
      </w:r>
      <w:r>
        <w:rPr>
          <w:rFonts w:eastAsia="B Nazanin" w:cs="B Nazanin"/>
        </w:rPr>
        <w:t>ترجمه</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گاهی</w:t>
      </w:r>
      <w:r>
        <w:rPr>
          <w:rFonts w:eastAsia="B Nazanin" w:cs="B Nazanin"/>
        </w:rPr>
        <w:t xml:space="preserve"> </w:t>
      </w:r>
      <w:r>
        <w:rPr>
          <w:rFonts w:eastAsia="B Nazanin" w:cs="B Nazanin"/>
        </w:rPr>
        <w:t>می</w:t>
      </w:r>
      <w:r>
        <w:rPr>
          <w:rFonts w:eastAsia="B Nazanin" w:cs="B Nazanin"/>
        </w:rPr>
        <w:t>‌</w:t>
      </w:r>
      <w:r>
        <w:rPr>
          <w:rFonts w:eastAsia="B Nazanin" w:cs="B Nazanin"/>
        </w:rPr>
        <w:t>توان</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جمله</w:t>
      </w:r>
      <w:r>
        <w:rPr>
          <w:rFonts w:eastAsia="B Nazanin" w:cs="B Nazanin"/>
        </w:rPr>
        <w:t>‌</w:t>
      </w:r>
      <w:r>
        <w:rPr>
          <w:rFonts w:eastAsia="B Nazanin" w:cs="B Nazanin"/>
        </w:rPr>
        <w:t>های</w:t>
      </w:r>
      <w:r>
        <w:rPr>
          <w:rFonts w:eastAsia="B Nazanin" w:cs="B Nazanin"/>
        </w:rPr>
        <w:t xml:space="preserve"> </w:t>
      </w:r>
      <w:r>
        <w:rPr>
          <w:rFonts w:eastAsia="B Nazanin" w:cs="B Nazanin"/>
        </w:rPr>
        <w:t>اطراف،</w:t>
      </w:r>
      <w:r>
        <w:rPr>
          <w:rFonts w:eastAsia="B Nazanin" w:cs="B Nazanin"/>
        </w:rPr>
        <w:t xml:space="preserve"> </w:t>
      </w:r>
      <w:r>
        <w:rPr>
          <w:rFonts w:eastAsia="B Nazanin" w:cs="B Nazanin"/>
        </w:rPr>
        <w:t>مثال</w:t>
      </w:r>
      <w:r>
        <w:rPr>
          <w:rFonts w:eastAsia="B Nazanin" w:cs="B Nazanin"/>
        </w:rPr>
        <w:t>‌</w:t>
      </w:r>
      <w:r>
        <w:rPr>
          <w:rFonts w:eastAsia="B Nazanin" w:cs="B Nazanin"/>
        </w:rPr>
        <w:t>ها</w:t>
      </w:r>
      <w:r>
        <w:rPr>
          <w:rFonts w:eastAsia="B Nazanin" w:cs="B Nazanin"/>
        </w:rPr>
        <w:t xml:space="preserve"> </w:t>
      </w:r>
      <w:r>
        <w:rPr>
          <w:rFonts w:eastAsia="B Nazanin" w:cs="B Nazanin"/>
        </w:rPr>
        <w:t>یا</w:t>
      </w:r>
      <w:r>
        <w:rPr>
          <w:rFonts w:eastAsia="B Nazanin" w:cs="B Nazanin"/>
        </w:rPr>
        <w:t xml:space="preserve"> </w:t>
      </w:r>
      <w:r>
        <w:rPr>
          <w:rFonts w:eastAsia="B Nazanin" w:cs="B Nazanin"/>
        </w:rPr>
        <w:t>ساختار</w:t>
      </w:r>
      <w:r>
        <w:rPr>
          <w:rFonts w:eastAsia="B Nazanin" w:cs="B Nazanin"/>
        </w:rPr>
        <w:t xml:space="preserve"> </w:t>
      </w:r>
      <w:r>
        <w:rPr>
          <w:rFonts w:eastAsia="B Nazanin" w:cs="B Nazanin"/>
        </w:rPr>
        <w:t>متن</w:t>
      </w:r>
      <w:r>
        <w:rPr>
          <w:rFonts w:eastAsia="B Nazanin" w:cs="B Nazanin"/>
        </w:rPr>
        <w:t xml:space="preserve"> </w:t>
      </w:r>
      <w:r>
        <w:rPr>
          <w:rFonts w:eastAsia="B Nazanin" w:cs="B Nazanin"/>
        </w:rPr>
        <w:t>به</w:t>
      </w:r>
      <w:r>
        <w:rPr>
          <w:rFonts w:eastAsia="B Nazanin" w:cs="B Nazanin"/>
        </w:rPr>
        <w:t xml:space="preserve"> </w:t>
      </w:r>
      <w:r>
        <w:rPr>
          <w:rFonts w:eastAsia="B Nazanin" w:cs="B Nazanin"/>
        </w:rPr>
        <w:t>معنی</w:t>
      </w:r>
      <w:r>
        <w:rPr>
          <w:rFonts w:eastAsia="B Nazanin" w:cs="B Nazanin"/>
        </w:rPr>
        <w:t xml:space="preserve"> </w:t>
      </w:r>
      <w:r>
        <w:rPr>
          <w:rFonts w:eastAsia="B Nazanin" w:cs="B Nazanin"/>
        </w:rPr>
        <w:t>تقریبی</w:t>
      </w:r>
      <w:r>
        <w:rPr>
          <w:rFonts w:eastAsia="B Nazanin" w:cs="B Nazanin"/>
        </w:rPr>
        <w:t xml:space="preserve"> </w:t>
      </w:r>
      <w:r>
        <w:rPr>
          <w:rFonts w:eastAsia="B Nazanin" w:cs="B Nazanin"/>
        </w:rPr>
        <w:t>رسید</w:t>
      </w:r>
      <w:r>
        <w:rPr>
          <w:rFonts w:eastAsia="B Nazanin" w:cs="B Nazanin"/>
        </w:rPr>
        <w:t xml:space="preserve">. </w:t>
      </w:r>
      <w:r>
        <w:rPr>
          <w:rFonts w:eastAsia="B Nazanin" w:cs="B Nazanin"/>
        </w:rPr>
        <w:t>این</w:t>
      </w:r>
      <w:r>
        <w:rPr>
          <w:rFonts w:eastAsia="B Nazanin" w:cs="B Nazanin"/>
        </w:rPr>
        <w:t xml:space="preserve"> </w:t>
      </w:r>
      <w:r>
        <w:rPr>
          <w:rFonts w:eastAsia="B Nazanin" w:cs="B Nazanin"/>
        </w:rPr>
        <w:t>مهارت</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زندگی</w:t>
      </w:r>
      <w:r>
        <w:rPr>
          <w:rFonts w:eastAsia="B Nazanin" w:cs="B Nazanin"/>
        </w:rPr>
        <w:t xml:space="preserve"> </w:t>
      </w:r>
      <w:r>
        <w:rPr>
          <w:rFonts w:eastAsia="B Nazanin" w:cs="B Nazanin"/>
        </w:rPr>
        <w:t>واقعی</w:t>
      </w:r>
      <w:r>
        <w:rPr>
          <w:rFonts w:eastAsia="B Nazanin" w:cs="B Nazanin"/>
        </w:rPr>
        <w:t xml:space="preserve"> </w:t>
      </w:r>
      <w:r>
        <w:rPr>
          <w:rFonts w:eastAsia="B Nazanin" w:cs="B Nazanin"/>
        </w:rPr>
        <w:t>بسیار</w:t>
      </w:r>
      <w:r>
        <w:rPr>
          <w:rFonts w:eastAsia="B Nazanin" w:cs="B Nazanin"/>
        </w:rPr>
        <w:t xml:space="preserve"> </w:t>
      </w:r>
      <w:r>
        <w:rPr>
          <w:rFonts w:eastAsia="B Nazanin" w:cs="B Nazanin"/>
        </w:rPr>
        <w:t>کاربردی</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بهتر</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روزانه</w:t>
      </w:r>
      <w:r>
        <w:rPr>
          <w:rFonts w:eastAsia="B Nazanin" w:cs="B Nazanin"/>
        </w:rPr>
        <w:t xml:space="preserve"> </w:t>
      </w:r>
      <w:r>
        <w:rPr>
          <w:rFonts w:eastAsia="B Nazanin" w:cs="B Nazanin"/>
        </w:rPr>
        <w:t>ده</w:t>
      </w:r>
      <w:r>
        <w:rPr>
          <w:rFonts w:eastAsia="B Nazanin" w:cs="B Nazanin"/>
        </w:rPr>
        <w:t xml:space="preserve"> </w:t>
      </w:r>
      <w:r>
        <w:rPr>
          <w:rFonts w:eastAsia="B Nazanin" w:cs="B Nazanin"/>
        </w:rPr>
        <w:t>تا</w:t>
      </w:r>
      <w:r>
        <w:rPr>
          <w:rFonts w:eastAsia="B Nazanin" w:cs="B Nazanin"/>
        </w:rPr>
        <w:t xml:space="preserve"> </w:t>
      </w:r>
      <w:r>
        <w:rPr>
          <w:rFonts w:eastAsia="B Nazanin" w:cs="B Nazanin"/>
        </w:rPr>
        <w:t>پانزده</w:t>
      </w:r>
      <w:r>
        <w:rPr>
          <w:rFonts w:eastAsia="B Nazanin" w:cs="B Nazanin"/>
        </w:rPr>
        <w:t xml:space="preserve"> </w:t>
      </w:r>
      <w:r>
        <w:rPr>
          <w:rFonts w:eastAsia="B Nazanin" w:cs="B Nazanin"/>
        </w:rPr>
        <w:t>دقیقه</w:t>
      </w:r>
      <w:r>
        <w:rPr>
          <w:rFonts w:eastAsia="B Nazanin" w:cs="B Nazanin"/>
        </w:rPr>
        <w:t xml:space="preserve"> </w:t>
      </w:r>
      <w:r>
        <w:rPr>
          <w:rFonts w:eastAsia="B Nazanin" w:cs="B Nazanin"/>
        </w:rPr>
        <w:t>مطالعه</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پایان</w:t>
      </w:r>
      <w:r>
        <w:rPr>
          <w:rFonts w:eastAsia="B Nazanin" w:cs="B Nazanin"/>
        </w:rPr>
        <w:t xml:space="preserve"> </w:t>
      </w:r>
      <w:proofErr w:type="spellStart"/>
      <w:r>
        <w:rPr>
          <w:rFonts w:eastAsia="B Nazanin" w:cs="B Nazanin"/>
        </w:rPr>
        <w:t>هر</w:t>
      </w:r>
      <w:proofErr w:type="spellEnd"/>
      <w:r>
        <w:rPr>
          <w:rFonts w:eastAsia="B Nazanin" w:cs="B Nazanin"/>
        </w:rPr>
        <w:t xml:space="preserve"> </w:t>
      </w:r>
      <w:proofErr w:type="spellStart"/>
      <w:r>
        <w:rPr>
          <w:rFonts w:eastAsia="B Nazanin" w:cs="B Nazanin"/>
        </w:rPr>
        <w:t>هفته</w:t>
      </w:r>
      <w:proofErr w:type="spellEnd"/>
      <w:r>
        <w:rPr>
          <w:rFonts w:eastAsia="B Nazanin" w:cs="B Nazanin"/>
        </w:rPr>
        <w:t>،</w:t>
      </w:r>
      <w:r>
        <w:rPr>
          <w:rFonts w:eastAsia="B Nazanin" w:cs="B Nazanin"/>
        </w:rPr>
        <w:t xml:space="preserve"> </w:t>
      </w:r>
      <w:proofErr w:type="spellStart"/>
      <w:r>
        <w:rPr>
          <w:rFonts w:eastAsia="B Nazanin" w:cs="B Nazanin"/>
        </w:rPr>
        <w:t>یک</w:t>
      </w:r>
      <w:proofErr w:type="spellEnd"/>
      <w:r>
        <w:rPr>
          <w:rFonts w:eastAsia="B Nazanin" w:cs="B Nazanin"/>
        </w:rPr>
        <w:t xml:space="preserve"> </w:t>
      </w:r>
      <w:proofErr w:type="spellStart"/>
      <w:r>
        <w:rPr>
          <w:rFonts w:eastAsia="B Nazanin" w:cs="B Nazanin"/>
        </w:rPr>
        <w:t>متن</w:t>
      </w:r>
      <w:proofErr w:type="spellEnd"/>
      <w:r>
        <w:rPr>
          <w:rFonts w:eastAsia="B Nazanin" w:cs="B Nazanin"/>
        </w:rPr>
        <w:t xml:space="preserve"> </w:t>
      </w:r>
      <w:proofErr w:type="spellStart"/>
      <w:r>
        <w:rPr>
          <w:rFonts w:eastAsia="B Nazanin" w:cs="B Nazanin"/>
        </w:rPr>
        <w:t>کمی</w:t>
      </w:r>
      <w:proofErr w:type="spellEnd"/>
      <w:r>
        <w:rPr>
          <w:rFonts w:eastAsia="B Nazanin" w:cs="B Nazanin"/>
        </w:rPr>
        <w:t xml:space="preserve"> </w:t>
      </w:r>
      <w:proofErr w:type="spellStart"/>
      <w:r>
        <w:rPr>
          <w:rFonts w:eastAsia="B Nazanin" w:cs="B Nazanin"/>
        </w:rPr>
        <w:t>طولانی</w:t>
      </w:r>
      <w:r>
        <w:rPr>
          <w:rFonts w:eastAsia="B Nazanin" w:cs="B Nazanin"/>
        </w:rPr>
        <w:t>‌</w:t>
      </w:r>
      <w:r>
        <w:rPr>
          <w:rFonts w:eastAsia="B Nazanin" w:cs="B Nazanin"/>
        </w:rPr>
        <w:t>تر</w:t>
      </w:r>
      <w:proofErr w:type="spellEnd"/>
      <w:r>
        <w:rPr>
          <w:rFonts w:eastAsia="B Nazanin" w:cs="B Nazanin"/>
        </w:rPr>
        <w:t xml:space="preserve"> </w:t>
      </w:r>
      <w:proofErr w:type="spellStart"/>
      <w:r>
        <w:rPr>
          <w:rFonts w:eastAsia="B Nazanin" w:cs="B Nazanin"/>
        </w:rPr>
        <w:t>بخوانید</w:t>
      </w:r>
      <w:proofErr w:type="spellEnd"/>
      <w:r w:rsidR="00C60EF8">
        <w:rPr>
          <w:rFonts w:eastAsia="B Nazanin" w:cs="B Nazanin" w:hint="cs"/>
          <w:rtl/>
        </w:rPr>
        <w:t>.</w:t>
      </w:r>
    </w:p>
    <w:p w14:paraId="27D40BE5" w14:textId="4A499396" w:rsidR="006A2542" w:rsidRDefault="007F2F21" w:rsidP="00C60EF8">
      <w:pPr>
        <w:pStyle w:val="Heading1"/>
        <w:numPr>
          <w:ilvl w:val="0"/>
          <w:numId w:val="10"/>
        </w:numPr>
        <w:bidi/>
      </w:pPr>
      <w:proofErr w:type="spellStart"/>
      <w:r>
        <w:rPr>
          <w:rFonts w:ascii="B Nazanin" w:eastAsia="B Nazanin" w:hAnsi="B Nazanin" w:cs="B Nazanin"/>
        </w:rPr>
        <w:lastRenderedPageBreak/>
        <w:t>نوشتن</w:t>
      </w:r>
      <w:proofErr w:type="spellEnd"/>
      <w:r>
        <w:rPr>
          <w:rFonts w:ascii="B Nazanin" w:eastAsia="B Nazanin" w:hAnsi="B Nazanin" w:cs="B Nazanin"/>
        </w:rPr>
        <w:t xml:space="preserve"> </w:t>
      </w:r>
      <w:proofErr w:type="spellStart"/>
      <w:r>
        <w:rPr>
          <w:rFonts w:ascii="B Nazanin" w:eastAsia="B Nazanin" w:hAnsi="B Nazanin" w:cs="B Nazanin"/>
        </w:rPr>
        <w:t>را</w:t>
      </w:r>
      <w:proofErr w:type="spellEnd"/>
      <w:r>
        <w:rPr>
          <w:rFonts w:ascii="B Nazanin" w:eastAsia="B Nazanin" w:hAnsi="B Nazanin" w:cs="B Nazanin"/>
        </w:rPr>
        <w:t xml:space="preserve"> </w:t>
      </w:r>
      <w:proofErr w:type="spellStart"/>
      <w:r>
        <w:rPr>
          <w:rFonts w:ascii="B Nazanin" w:eastAsia="B Nazanin" w:hAnsi="B Nazanin" w:cs="B Nazanin"/>
        </w:rPr>
        <w:t>با</w:t>
      </w:r>
      <w:proofErr w:type="spellEnd"/>
      <w:r>
        <w:rPr>
          <w:rFonts w:ascii="B Nazanin" w:eastAsia="B Nazanin" w:hAnsi="B Nazanin" w:cs="B Nazanin"/>
        </w:rPr>
        <w:t xml:space="preserve"> </w:t>
      </w:r>
      <w:proofErr w:type="spellStart"/>
      <w:r>
        <w:rPr>
          <w:rFonts w:ascii="B Nazanin" w:eastAsia="B Nazanin" w:hAnsi="B Nazanin" w:cs="B Nazanin"/>
        </w:rPr>
        <w:t>متن</w:t>
      </w:r>
      <w:r>
        <w:rPr>
          <w:rFonts w:ascii="B Nazanin" w:eastAsia="B Nazanin" w:hAnsi="B Nazanin" w:cs="B Nazanin"/>
        </w:rPr>
        <w:t>‌</w:t>
      </w:r>
      <w:r>
        <w:rPr>
          <w:rFonts w:ascii="B Nazanin" w:eastAsia="B Nazanin" w:hAnsi="B Nazanin" w:cs="B Nazanin"/>
        </w:rPr>
        <w:t>های</w:t>
      </w:r>
      <w:proofErr w:type="spellEnd"/>
      <w:r>
        <w:rPr>
          <w:rFonts w:ascii="B Nazanin" w:eastAsia="B Nazanin" w:hAnsi="B Nazanin" w:cs="B Nazanin"/>
        </w:rPr>
        <w:t xml:space="preserve"> </w:t>
      </w:r>
      <w:r>
        <w:rPr>
          <w:rFonts w:ascii="B Nazanin" w:eastAsia="B Nazanin" w:hAnsi="B Nazanin" w:cs="B Nazanin"/>
        </w:rPr>
        <w:t>کوتاه</w:t>
      </w:r>
      <w:r>
        <w:rPr>
          <w:rFonts w:ascii="B Nazanin" w:eastAsia="B Nazanin" w:hAnsi="B Nazanin" w:cs="B Nazanin"/>
        </w:rPr>
        <w:t xml:space="preserve"> </w:t>
      </w:r>
      <w:r>
        <w:rPr>
          <w:rFonts w:ascii="B Nazanin" w:eastAsia="B Nazanin" w:hAnsi="B Nazanin" w:cs="B Nazanin"/>
        </w:rPr>
        <w:t>شروع</w:t>
      </w:r>
      <w:r>
        <w:rPr>
          <w:rFonts w:ascii="B Nazanin" w:eastAsia="B Nazanin" w:hAnsi="B Nazanin" w:cs="B Nazanin"/>
        </w:rPr>
        <w:t xml:space="preserve"> </w:t>
      </w:r>
      <w:r>
        <w:rPr>
          <w:rFonts w:ascii="B Nazanin" w:eastAsia="B Nazanin" w:hAnsi="B Nazanin" w:cs="B Nazanin"/>
        </w:rPr>
        <w:t>کنید</w:t>
      </w:r>
    </w:p>
    <w:p w14:paraId="0CD9107C" w14:textId="2B43EB72" w:rsidR="006A2542" w:rsidRDefault="00C60EF8" w:rsidP="002159CC">
      <w:pPr>
        <w:bidi/>
      </w:pPr>
      <w:r>
        <w:rPr>
          <w:rFonts w:eastAsia="B Nazanin" w:cs="B Nazanin" w:hint="cs"/>
          <w:rtl/>
        </w:rPr>
        <w:t xml:space="preserve">   </w:t>
      </w:r>
      <w:proofErr w:type="spellStart"/>
      <w:r>
        <w:rPr>
          <w:rFonts w:eastAsia="B Nazanin" w:cs="B Nazanin"/>
        </w:rPr>
        <w:t>نوشتن</w:t>
      </w:r>
      <w:proofErr w:type="spellEnd"/>
      <w:r>
        <w:rPr>
          <w:rFonts w:eastAsia="B Nazanin" w:cs="B Nazanin"/>
        </w:rPr>
        <w:t xml:space="preserve"> </w:t>
      </w:r>
      <w:proofErr w:type="spellStart"/>
      <w:r>
        <w:rPr>
          <w:rFonts w:eastAsia="B Nazanin" w:cs="B Nazanin"/>
        </w:rPr>
        <w:t>فرصت</w:t>
      </w:r>
      <w:proofErr w:type="spellEnd"/>
      <w:r>
        <w:rPr>
          <w:rFonts w:eastAsia="B Nazanin" w:cs="B Nazanin"/>
        </w:rPr>
        <w:t xml:space="preserve"> </w:t>
      </w:r>
      <w:proofErr w:type="spellStart"/>
      <w:r>
        <w:rPr>
          <w:rFonts w:eastAsia="B Nazanin" w:cs="B Nazanin"/>
        </w:rPr>
        <w:t>خوبی</w:t>
      </w:r>
      <w:proofErr w:type="spellEnd"/>
      <w:r>
        <w:rPr>
          <w:rFonts w:eastAsia="B Nazanin" w:cs="B Nazanin"/>
        </w:rPr>
        <w:t xml:space="preserve"> </w:t>
      </w:r>
      <w:proofErr w:type="spellStart"/>
      <w:r>
        <w:rPr>
          <w:rFonts w:eastAsia="B Nazanin" w:cs="B Nazanin"/>
        </w:rPr>
        <w:t>برای</w:t>
      </w:r>
      <w:proofErr w:type="spellEnd"/>
      <w:r>
        <w:rPr>
          <w:rFonts w:eastAsia="B Nazanin" w:cs="B Nazanin"/>
        </w:rPr>
        <w:t xml:space="preserve"> استفاده دقیق از واژگان و دستور زبان فراهم می‌کند. برای شروع، روزانه پنج تا هشت جمله درباره روز، برنامه‌ها، علایق یا موضوعی که خوانده‌اید بنویسید. بعد از چند هفته می‌توانید </w:t>
      </w:r>
      <w:proofErr w:type="spellStart"/>
      <w:r>
        <w:rPr>
          <w:rFonts w:eastAsia="B Nazanin" w:cs="B Nazanin"/>
        </w:rPr>
        <w:t>متن‌های</w:t>
      </w:r>
      <w:proofErr w:type="spellEnd"/>
      <w:r>
        <w:rPr>
          <w:rFonts w:eastAsia="B Nazanin" w:cs="B Nazanin"/>
        </w:rPr>
        <w:t xml:space="preserve"> </w:t>
      </w:r>
      <w:proofErr w:type="spellStart"/>
      <w:r>
        <w:rPr>
          <w:rFonts w:eastAsia="B Nazanin" w:cs="B Nazanin"/>
        </w:rPr>
        <w:t>یک</w:t>
      </w:r>
      <w:proofErr w:type="spellEnd"/>
      <w:r>
        <w:rPr>
          <w:rFonts w:eastAsia="B Nazanin" w:cs="B Nazanin"/>
        </w:rPr>
        <w:t xml:space="preserve"> </w:t>
      </w:r>
      <w:proofErr w:type="spellStart"/>
      <w:r>
        <w:rPr>
          <w:rFonts w:eastAsia="B Nazanin" w:cs="B Nazanin"/>
        </w:rPr>
        <w:t>یا</w:t>
      </w:r>
      <w:proofErr w:type="spellEnd"/>
      <w:r>
        <w:rPr>
          <w:rFonts w:eastAsia="B Nazanin" w:cs="B Nazanin"/>
        </w:rPr>
        <w:t xml:space="preserve"> </w:t>
      </w:r>
      <w:proofErr w:type="spellStart"/>
      <w:r>
        <w:rPr>
          <w:rFonts w:eastAsia="B Nazanin" w:cs="B Nazanin"/>
        </w:rPr>
        <w:t>دو</w:t>
      </w:r>
      <w:proofErr w:type="spellEnd"/>
      <w:r>
        <w:rPr>
          <w:rFonts w:eastAsia="B Nazanin" w:cs="B Nazanin"/>
        </w:rPr>
        <w:t xml:space="preserve"> </w:t>
      </w:r>
      <w:proofErr w:type="spellStart"/>
      <w:r>
        <w:rPr>
          <w:rFonts w:eastAsia="B Nazanin" w:cs="B Nazanin"/>
        </w:rPr>
        <w:t>پاراگرافی</w:t>
      </w:r>
      <w:proofErr w:type="spellEnd"/>
      <w:r>
        <w:rPr>
          <w:rFonts w:eastAsia="B Nazanin" w:cs="B Nazanin"/>
        </w:rPr>
        <w:t xml:space="preserve"> </w:t>
      </w:r>
      <w:proofErr w:type="spellStart"/>
      <w:r>
        <w:rPr>
          <w:rFonts w:eastAsia="B Nazanin" w:cs="B Nazanin"/>
        </w:rPr>
        <w:t>تهیه</w:t>
      </w:r>
      <w:proofErr w:type="spellEnd"/>
      <w:r>
        <w:rPr>
          <w:rFonts w:eastAsia="B Nazanin" w:cs="B Nazanin"/>
        </w:rPr>
        <w:t xml:space="preserve"> </w:t>
      </w:r>
      <w:proofErr w:type="spellStart"/>
      <w:r>
        <w:rPr>
          <w:rFonts w:eastAsia="B Nazanin" w:cs="B Nazanin"/>
        </w:rPr>
        <w:t>کنید</w:t>
      </w:r>
      <w:proofErr w:type="spellEnd"/>
      <w:r>
        <w:rPr>
          <w:rFonts w:eastAsia="B Nazanin" w:cs="B Nazanin"/>
        </w:rPr>
        <w:t xml:space="preserve">. </w:t>
      </w:r>
      <w:proofErr w:type="spellStart"/>
      <w:r>
        <w:rPr>
          <w:rFonts w:eastAsia="B Nazanin" w:cs="B Nazanin"/>
        </w:rPr>
        <w:t>بهتر</w:t>
      </w:r>
      <w:proofErr w:type="spellEnd"/>
      <w:r>
        <w:rPr>
          <w:rFonts w:eastAsia="B Nazanin" w:cs="B Nazanin"/>
        </w:rPr>
        <w:t xml:space="preserve"> </w:t>
      </w:r>
      <w:proofErr w:type="spellStart"/>
      <w:r>
        <w:rPr>
          <w:rFonts w:eastAsia="B Nazanin" w:cs="B Nazanin"/>
        </w:rPr>
        <w:t>است</w:t>
      </w:r>
      <w:proofErr w:type="spellEnd"/>
      <w:r>
        <w:rPr>
          <w:rFonts w:eastAsia="B Nazanin" w:cs="B Nazanin"/>
        </w:rPr>
        <w:t xml:space="preserve"> </w:t>
      </w:r>
      <w:proofErr w:type="spellStart"/>
      <w:r>
        <w:rPr>
          <w:rFonts w:eastAsia="B Nazanin" w:cs="B Nazanin"/>
        </w:rPr>
        <w:t>ابتدا</w:t>
      </w:r>
      <w:proofErr w:type="spellEnd"/>
      <w:r>
        <w:rPr>
          <w:rFonts w:eastAsia="B Nazanin" w:cs="B Nazanin"/>
        </w:rPr>
        <w:t xml:space="preserve"> </w:t>
      </w:r>
      <w:proofErr w:type="spellStart"/>
      <w:r>
        <w:rPr>
          <w:rFonts w:eastAsia="B Nazanin" w:cs="B Nazanin"/>
        </w:rPr>
        <w:t>پیام</w:t>
      </w:r>
      <w:proofErr w:type="spellEnd"/>
      <w:r>
        <w:rPr>
          <w:rFonts w:eastAsia="B Nazanin" w:cs="B Nazanin"/>
        </w:rPr>
        <w:t xml:space="preserve"> خود را روشن بیان کنید و </w:t>
      </w:r>
      <w:proofErr w:type="spellStart"/>
      <w:r>
        <w:rPr>
          <w:rFonts w:eastAsia="B Nazanin" w:cs="B Nazanin"/>
        </w:rPr>
        <w:t>سپس</w:t>
      </w:r>
      <w:proofErr w:type="spellEnd"/>
      <w:r>
        <w:rPr>
          <w:rFonts w:eastAsia="B Nazanin" w:cs="B Nazanin"/>
        </w:rPr>
        <w:t xml:space="preserve"> </w:t>
      </w:r>
      <w:proofErr w:type="spellStart"/>
      <w:r>
        <w:rPr>
          <w:rFonts w:eastAsia="B Nazanin" w:cs="B Nazanin"/>
        </w:rPr>
        <w:t>به</w:t>
      </w:r>
      <w:proofErr w:type="spellEnd"/>
      <w:r>
        <w:rPr>
          <w:rFonts w:eastAsia="B Nazanin" w:cs="B Nazanin"/>
        </w:rPr>
        <w:t xml:space="preserve"> </w:t>
      </w:r>
      <w:proofErr w:type="spellStart"/>
      <w:r>
        <w:rPr>
          <w:rFonts w:eastAsia="B Nazanin" w:cs="B Nazanin"/>
        </w:rPr>
        <w:t>اصلاح</w:t>
      </w:r>
      <w:proofErr w:type="spellEnd"/>
      <w:r>
        <w:rPr>
          <w:rFonts w:eastAsia="B Nazanin" w:cs="B Nazanin"/>
        </w:rPr>
        <w:t xml:space="preserve"> </w:t>
      </w:r>
      <w:proofErr w:type="spellStart"/>
      <w:r>
        <w:rPr>
          <w:rFonts w:eastAsia="B Nazanin" w:cs="B Nazanin"/>
        </w:rPr>
        <w:t>خطاهای</w:t>
      </w:r>
      <w:proofErr w:type="spellEnd"/>
      <w:r>
        <w:rPr>
          <w:rFonts w:eastAsia="B Nazanin" w:cs="B Nazanin"/>
        </w:rPr>
        <w:t xml:space="preserve"> </w:t>
      </w:r>
      <w:proofErr w:type="spellStart"/>
      <w:r>
        <w:rPr>
          <w:rFonts w:eastAsia="B Nazanin" w:cs="B Nazanin"/>
        </w:rPr>
        <w:t>زبانی</w:t>
      </w:r>
      <w:proofErr w:type="spellEnd"/>
      <w:r>
        <w:rPr>
          <w:rFonts w:eastAsia="B Nazanin" w:cs="B Nazanin"/>
        </w:rPr>
        <w:t xml:space="preserve"> </w:t>
      </w:r>
      <w:proofErr w:type="spellStart"/>
      <w:proofErr w:type="gramStart"/>
      <w:r>
        <w:rPr>
          <w:rFonts w:eastAsia="B Nazanin" w:cs="B Nazanin"/>
        </w:rPr>
        <w:t>بپردازید</w:t>
      </w:r>
      <w:proofErr w:type="spellEnd"/>
      <w:r>
        <w:rPr>
          <w:rFonts w:eastAsia="B Nazanin" w:cs="B Nazanin"/>
        </w:rPr>
        <w:t>.</w:t>
      </w:r>
      <w:r>
        <w:rPr>
          <w:rFonts w:eastAsia="B Nazanin" w:cs="B Nazanin" w:hint="cs"/>
          <w:rtl/>
        </w:rPr>
        <w:t>.</w:t>
      </w:r>
      <w:proofErr w:type="gramEnd"/>
    </w:p>
    <w:p w14:paraId="7E5A12AD" w14:textId="5885024F" w:rsidR="006A2542" w:rsidRDefault="007F2F21" w:rsidP="002159CC">
      <w:pPr>
        <w:bidi/>
      </w:pPr>
      <w:r>
        <w:rPr>
          <w:rFonts w:eastAsia="B Nazanin" w:cs="B Nazanin"/>
        </w:rPr>
        <w:t>پس</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نوشتن،</w:t>
      </w:r>
      <w:r>
        <w:rPr>
          <w:rFonts w:eastAsia="B Nazanin" w:cs="B Nazanin"/>
        </w:rPr>
        <w:t xml:space="preserve"> </w:t>
      </w:r>
      <w:r>
        <w:rPr>
          <w:rFonts w:eastAsia="B Nazanin" w:cs="B Nazanin"/>
        </w:rPr>
        <w:t>متن</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بار</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نظر</w:t>
      </w:r>
      <w:r>
        <w:rPr>
          <w:rFonts w:eastAsia="B Nazanin" w:cs="B Nazanin"/>
        </w:rPr>
        <w:t xml:space="preserve"> </w:t>
      </w:r>
      <w:r>
        <w:rPr>
          <w:rFonts w:eastAsia="B Nazanin" w:cs="B Nazanin"/>
        </w:rPr>
        <w:t>محتوا</w:t>
      </w:r>
      <w:r>
        <w:rPr>
          <w:rFonts w:eastAsia="B Nazanin" w:cs="B Nazanin"/>
        </w:rPr>
        <w:t xml:space="preserve"> </w:t>
      </w:r>
      <w:r>
        <w:rPr>
          <w:rFonts w:eastAsia="B Nazanin" w:cs="B Nazanin"/>
        </w:rPr>
        <w:t>بررسی</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آیا</w:t>
      </w:r>
      <w:r>
        <w:rPr>
          <w:rFonts w:eastAsia="B Nazanin" w:cs="B Nazanin"/>
        </w:rPr>
        <w:t xml:space="preserve"> </w:t>
      </w:r>
      <w:r>
        <w:rPr>
          <w:rFonts w:eastAsia="B Nazanin" w:cs="B Nazanin"/>
        </w:rPr>
        <w:t>به</w:t>
      </w:r>
      <w:r>
        <w:rPr>
          <w:rFonts w:eastAsia="B Nazanin" w:cs="B Nazanin"/>
        </w:rPr>
        <w:t xml:space="preserve"> </w:t>
      </w:r>
      <w:r>
        <w:rPr>
          <w:rFonts w:eastAsia="B Nazanin" w:cs="B Nazanin"/>
        </w:rPr>
        <w:t>موضوع</w:t>
      </w:r>
      <w:r>
        <w:rPr>
          <w:rFonts w:eastAsia="B Nazanin" w:cs="B Nazanin"/>
        </w:rPr>
        <w:t xml:space="preserve"> </w:t>
      </w:r>
      <w:r>
        <w:rPr>
          <w:rFonts w:eastAsia="B Nazanin" w:cs="B Nazanin"/>
        </w:rPr>
        <w:t>پاسخ</w:t>
      </w:r>
      <w:r>
        <w:rPr>
          <w:rFonts w:eastAsia="B Nazanin" w:cs="B Nazanin"/>
        </w:rPr>
        <w:t xml:space="preserve"> </w:t>
      </w:r>
      <w:r>
        <w:rPr>
          <w:rFonts w:eastAsia="B Nazanin" w:cs="B Nazanin"/>
        </w:rPr>
        <w:t>داده</w:t>
      </w:r>
      <w:r>
        <w:rPr>
          <w:rFonts w:eastAsia="B Nazanin" w:cs="B Nazanin"/>
        </w:rPr>
        <w:t>‌</w:t>
      </w:r>
      <w:r>
        <w:rPr>
          <w:rFonts w:eastAsia="B Nazanin" w:cs="B Nazanin"/>
        </w:rPr>
        <w:t>ام؟</w:t>
      </w:r>
      <w:r>
        <w:rPr>
          <w:rFonts w:eastAsia="B Nazanin" w:cs="B Nazanin"/>
        </w:rPr>
        <w:t xml:space="preserve"> </w:t>
      </w:r>
      <w:r>
        <w:rPr>
          <w:rFonts w:eastAsia="B Nazanin" w:cs="B Nazanin"/>
        </w:rPr>
        <w:t>آیا</w:t>
      </w:r>
      <w:r>
        <w:rPr>
          <w:rFonts w:eastAsia="B Nazanin" w:cs="B Nazanin"/>
        </w:rPr>
        <w:t xml:space="preserve"> </w:t>
      </w:r>
      <w:r>
        <w:rPr>
          <w:rFonts w:eastAsia="B Nazanin" w:cs="B Nazanin"/>
        </w:rPr>
        <w:t>ترتیب</w:t>
      </w:r>
      <w:r>
        <w:rPr>
          <w:rFonts w:eastAsia="B Nazanin" w:cs="B Nazanin"/>
        </w:rPr>
        <w:t xml:space="preserve"> </w:t>
      </w:r>
      <w:r>
        <w:rPr>
          <w:rFonts w:eastAsia="B Nazanin" w:cs="B Nazanin"/>
        </w:rPr>
        <w:t>ایده</w:t>
      </w:r>
      <w:r>
        <w:rPr>
          <w:rFonts w:eastAsia="B Nazanin" w:cs="B Nazanin"/>
        </w:rPr>
        <w:t>‌</w:t>
      </w:r>
      <w:r>
        <w:rPr>
          <w:rFonts w:eastAsia="B Nazanin" w:cs="B Nazanin"/>
        </w:rPr>
        <w:t>ها</w:t>
      </w:r>
      <w:r>
        <w:rPr>
          <w:rFonts w:eastAsia="B Nazanin" w:cs="B Nazanin"/>
        </w:rPr>
        <w:t xml:space="preserve"> </w:t>
      </w:r>
      <w:r>
        <w:rPr>
          <w:rFonts w:eastAsia="B Nazanin" w:cs="B Nazanin"/>
        </w:rPr>
        <w:t>روشن</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بار</w:t>
      </w:r>
      <w:r>
        <w:rPr>
          <w:rFonts w:eastAsia="B Nazanin" w:cs="B Nazanin"/>
        </w:rPr>
        <w:t xml:space="preserve"> </w:t>
      </w:r>
      <w:r>
        <w:rPr>
          <w:rFonts w:eastAsia="B Nazanin" w:cs="B Nazanin"/>
        </w:rPr>
        <w:t>دوم</w:t>
      </w:r>
      <w:r>
        <w:rPr>
          <w:rFonts w:eastAsia="B Nazanin" w:cs="B Nazanin"/>
        </w:rPr>
        <w:t xml:space="preserve"> </w:t>
      </w:r>
      <w:r>
        <w:rPr>
          <w:rFonts w:eastAsia="B Nazanin" w:cs="B Nazanin"/>
        </w:rPr>
        <w:t>به</w:t>
      </w:r>
      <w:r>
        <w:rPr>
          <w:rFonts w:eastAsia="B Nazanin" w:cs="B Nazanin"/>
        </w:rPr>
        <w:t xml:space="preserve"> </w:t>
      </w:r>
      <w:r>
        <w:rPr>
          <w:rFonts w:eastAsia="B Nazanin" w:cs="B Nazanin"/>
        </w:rPr>
        <w:t>زبان</w:t>
      </w:r>
      <w:r>
        <w:rPr>
          <w:rFonts w:eastAsia="B Nazanin" w:cs="B Nazanin"/>
        </w:rPr>
        <w:t xml:space="preserve"> </w:t>
      </w:r>
      <w:r>
        <w:rPr>
          <w:rFonts w:eastAsia="B Nazanin" w:cs="B Nazanin"/>
        </w:rPr>
        <w:t>توجه</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زمان</w:t>
      </w:r>
      <w:r>
        <w:rPr>
          <w:rFonts w:eastAsia="B Nazanin" w:cs="B Nazanin"/>
        </w:rPr>
        <w:t xml:space="preserve"> </w:t>
      </w:r>
      <w:r>
        <w:rPr>
          <w:rFonts w:eastAsia="B Nazanin" w:cs="B Nazanin"/>
        </w:rPr>
        <w:t>فعل</w:t>
      </w:r>
      <w:r>
        <w:rPr>
          <w:rFonts w:eastAsia="B Nazanin" w:cs="B Nazanin"/>
        </w:rPr>
        <w:t>‌</w:t>
      </w:r>
      <w:r>
        <w:rPr>
          <w:rFonts w:eastAsia="B Nazanin" w:cs="B Nazanin"/>
        </w:rPr>
        <w:t>ها،</w:t>
      </w:r>
      <w:r>
        <w:rPr>
          <w:rFonts w:eastAsia="B Nazanin" w:cs="B Nazanin"/>
        </w:rPr>
        <w:t xml:space="preserve"> </w:t>
      </w:r>
      <w:r>
        <w:rPr>
          <w:rFonts w:eastAsia="B Nazanin" w:cs="B Nazanin"/>
        </w:rPr>
        <w:t>جمع</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مفرد،</w:t>
      </w:r>
      <w:r>
        <w:rPr>
          <w:rFonts w:eastAsia="B Nazanin" w:cs="B Nazanin"/>
        </w:rPr>
        <w:t xml:space="preserve"> </w:t>
      </w:r>
      <w:r>
        <w:rPr>
          <w:rFonts w:eastAsia="B Nazanin" w:cs="B Nazanin"/>
        </w:rPr>
        <w:t>ح</w:t>
      </w:r>
      <w:r>
        <w:rPr>
          <w:rFonts w:eastAsia="B Nazanin" w:cs="B Nazanin"/>
        </w:rPr>
        <w:t>روف</w:t>
      </w:r>
      <w:r>
        <w:rPr>
          <w:rFonts w:eastAsia="B Nazanin" w:cs="B Nazanin"/>
        </w:rPr>
        <w:t xml:space="preserve"> </w:t>
      </w:r>
      <w:r>
        <w:rPr>
          <w:rFonts w:eastAsia="B Nazanin" w:cs="B Nazanin"/>
        </w:rPr>
        <w:t>اضافه،</w:t>
      </w:r>
      <w:r>
        <w:rPr>
          <w:rFonts w:eastAsia="B Nazanin" w:cs="B Nazanin"/>
        </w:rPr>
        <w:t xml:space="preserve"> </w:t>
      </w:r>
      <w:r>
        <w:rPr>
          <w:rFonts w:eastAsia="B Nazanin" w:cs="B Nazanin"/>
        </w:rPr>
        <w:t>املای</w:t>
      </w:r>
      <w:r>
        <w:rPr>
          <w:rFonts w:eastAsia="B Nazanin" w:cs="B Nazanin"/>
        </w:rPr>
        <w:t xml:space="preserve"> </w:t>
      </w:r>
      <w:r>
        <w:rPr>
          <w:rFonts w:eastAsia="B Nazanin" w:cs="B Nazanin"/>
        </w:rPr>
        <w:t>کلمات</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نشانه</w:t>
      </w:r>
      <w:r>
        <w:rPr>
          <w:rFonts w:eastAsia="B Nazanin" w:cs="B Nazanin"/>
        </w:rPr>
        <w:t>‌</w:t>
      </w:r>
      <w:r>
        <w:rPr>
          <w:rFonts w:eastAsia="B Nazanin" w:cs="B Nazanin"/>
        </w:rPr>
        <w:t>گذاری</w:t>
      </w:r>
      <w:r>
        <w:rPr>
          <w:rFonts w:eastAsia="B Nazanin" w:cs="B Nazanin"/>
        </w:rPr>
        <w:t xml:space="preserve">. </w:t>
      </w:r>
      <w:r>
        <w:rPr>
          <w:rFonts w:eastAsia="B Nazanin" w:cs="B Nazanin"/>
        </w:rPr>
        <w:t>اگر</w:t>
      </w:r>
      <w:r>
        <w:rPr>
          <w:rFonts w:eastAsia="B Nazanin" w:cs="B Nazanin"/>
        </w:rPr>
        <w:t xml:space="preserve"> </w:t>
      </w:r>
      <w:r>
        <w:rPr>
          <w:rFonts w:eastAsia="B Nazanin" w:cs="B Nazanin"/>
        </w:rPr>
        <w:t>معلم</w:t>
      </w:r>
      <w:r>
        <w:rPr>
          <w:rFonts w:eastAsia="B Nazanin" w:cs="B Nazanin"/>
        </w:rPr>
        <w:t xml:space="preserve"> </w:t>
      </w:r>
      <w:r>
        <w:rPr>
          <w:rFonts w:eastAsia="B Nazanin" w:cs="B Nazanin"/>
        </w:rPr>
        <w:t>دارید،</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او</w:t>
      </w:r>
      <w:r>
        <w:rPr>
          <w:rFonts w:eastAsia="B Nazanin" w:cs="B Nazanin"/>
        </w:rPr>
        <w:t xml:space="preserve"> </w:t>
      </w:r>
      <w:r>
        <w:rPr>
          <w:rFonts w:eastAsia="B Nazanin" w:cs="B Nazanin"/>
        </w:rPr>
        <w:t>بخواهید</w:t>
      </w:r>
      <w:r>
        <w:rPr>
          <w:rFonts w:eastAsia="B Nazanin" w:cs="B Nazanin"/>
        </w:rPr>
        <w:t xml:space="preserve"> </w:t>
      </w:r>
      <w:r>
        <w:rPr>
          <w:rFonts w:eastAsia="B Nazanin" w:cs="B Nazanin"/>
        </w:rPr>
        <w:t>چند</w:t>
      </w:r>
      <w:r>
        <w:rPr>
          <w:rFonts w:eastAsia="B Nazanin" w:cs="B Nazanin"/>
        </w:rPr>
        <w:t xml:space="preserve"> </w:t>
      </w:r>
      <w:r>
        <w:rPr>
          <w:rFonts w:eastAsia="B Nazanin" w:cs="B Nazanin"/>
        </w:rPr>
        <w:t>خطای</w:t>
      </w:r>
      <w:r>
        <w:rPr>
          <w:rFonts w:eastAsia="B Nazanin" w:cs="B Nazanin"/>
        </w:rPr>
        <w:t xml:space="preserve"> </w:t>
      </w:r>
      <w:r>
        <w:rPr>
          <w:rFonts w:eastAsia="B Nazanin" w:cs="B Nazanin"/>
        </w:rPr>
        <w:t>مهم</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مشخص</w:t>
      </w:r>
      <w:r>
        <w:rPr>
          <w:rFonts w:eastAsia="B Nazanin" w:cs="B Nazanin"/>
        </w:rPr>
        <w:t xml:space="preserve"> </w:t>
      </w:r>
      <w:r>
        <w:rPr>
          <w:rFonts w:eastAsia="B Nazanin" w:cs="B Nazanin"/>
        </w:rPr>
        <w:t>کند</w:t>
      </w:r>
      <w:r>
        <w:rPr>
          <w:rFonts w:eastAsia="B Nazanin" w:cs="B Nazanin"/>
        </w:rPr>
        <w:t xml:space="preserve">. </w:t>
      </w:r>
      <w:r>
        <w:rPr>
          <w:rFonts w:eastAsia="B Nazanin" w:cs="B Nazanin"/>
        </w:rPr>
        <w:t>اگر</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ابزارهای</w:t>
      </w:r>
      <w:r>
        <w:rPr>
          <w:rFonts w:eastAsia="B Nazanin" w:cs="B Nazanin"/>
        </w:rPr>
        <w:t xml:space="preserve"> </w:t>
      </w:r>
      <w:r>
        <w:rPr>
          <w:rFonts w:eastAsia="B Nazanin" w:cs="B Nazanin"/>
        </w:rPr>
        <w:t>دیجیتال</w:t>
      </w:r>
      <w:r>
        <w:rPr>
          <w:rFonts w:eastAsia="B Nazanin" w:cs="B Nazanin"/>
        </w:rPr>
        <w:t xml:space="preserve"> </w:t>
      </w:r>
      <w:r>
        <w:rPr>
          <w:rFonts w:eastAsia="B Nazanin" w:cs="B Nazanin"/>
        </w:rPr>
        <w:t>برای</w:t>
      </w:r>
      <w:r>
        <w:rPr>
          <w:rFonts w:eastAsia="B Nazanin" w:cs="B Nazanin"/>
        </w:rPr>
        <w:t xml:space="preserve"> </w:t>
      </w:r>
      <w:r>
        <w:rPr>
          <w:rFonts w:eastAsia="B Nazanin" w:cs="B Nazanin"/>
        </w:rPr>
        <w:t>دریافت</w:t>
      </w:r>
      <w:r>
        <w:rPr>
          <w:rFonts w:eastAsia="B Nazanin" w:cs="B Nazanin"/>
        </w:rPr>
        <w:t xml:space="preserve"> </w:t>
      </w:r>
      <w:r>
        <w:rPr>
          <w:rFonts w:eastAsia="B Nazanin" w:cs="B Nazanin"/>
        </w:rPr>
        <w:t>بازخورد</w:t>
      </w:r>
      <w:r>
        <w:rPr>
          <w:rFonts w:eastAsia="B Nazanin" w:cs="B Nazanin"/>
        </w:rPr>
        <w:t xml:space="preserve"> </w:t>
      </w:r>
      <w:r>
        <w:rPr>
          <w:rFonts w:eastAsia="B Nazanin" w:cs="B Nazanin"/>
        </w:rPr>
        <w:t>استفاده</w:t>
      </w:r>
      <w:r>
        <w:rPr>
          <w:rFonts w:eastAsia="B Nazanin" w:cs="B Nazanin"/>
        </w:rPr>
        <w:t xml:space="preserve"> </w:t>
      </w:r>
      <w:r>
        <w:rPr>
          <w:rFonts w:eastAsia="B Nazanin" w:cs="B Nazanin"/>
        </w:rPr>
        <w:t>می</w:t>
      </w:r>
      <w:r>
        <w:rPr>
          <w:rFonts w:eastAsia="B Nazanin" w:cs="B Nazanin"/>
        </w:rPr>
        <w:t>‌</w:t>
      </w:r>
      <w:r>
        <w:rPr>
          <w:rFonts w:eastAsia="B Nazanin" w:cs="B Nazanin"/>
        </w:rPr>
        <w:t>کنید،</w:t>
      </w:r>
      <w:r>
        <w:rPr>
          <w:rFonts w:eastAsia="B Nazanin" w:cs="B Nazanin"/>
        </w:rPr>
        <w:t xml:space="preserve"> </w:t>
      </w:r>
      <w:r>
        <w:rPr>
          <w:rFonts w:eastAsia="B Nazanin" w:cs="B Nazanin"/>
        </w:rPr>
        <w:t>اصلاح</w:t>
      </w:r>
      <w:r>
        <w:rPr>
          <w:rFonts w:eastAsia="B Nazanin" w:cs="B Nazanin"/>
        </w:rPr>
        <w:t>‌</w:t>
      </w:r>
      <w:r>
        <w:rPr>
          <w:rFonts w:eastAsia="B Nazanin" w:cs="B Nazanin"/>
        </w:rPr>
        <w:t>ها</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بررسی</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دلیل</w:t>
      </w:r>
      <w:r>
        <w:rPr>
          <w:rFonts w:eastAsia="B Nazanin" w:cs="B Nazanin"/>
        </w:rPr>
        <w:t xml:space="preserve"> </w:t>
      </w:r>
      <w:r>
        <w:rPr>
          <w:rFonts w:eastAsia="B Nazanin" w:cs="B Nazanin"/>
        </w:rPr>
        <w:t>آن</w:t>
      </w:r>
      <w:r>
        <w:rPr>
          <w:rFonts w:eastAsia="B Nazanin" w:cs="B Nazanin"/>
        </w:rPr>
        <w:t>‌</w:t>
      </w:r>
      <w:r>
        <w:rPr>
          <w:rFonts w:eastAsia="B Nazanin" w:cs="B Nazanin"/>
        </w:rPr>
        <w:t>ها</w:t>
      </w:r>
      <w:r>
        <w:rPr>
          <w:rFonts w:eastAsia="B Nazanin" w:cs="B Nazanin"/>
        </w:rPr>
        <w:t xml:space="preserve"> </w:t>
      </w:r>
      <w:r>
        <w:rPr>
          <w:rFonts w:eastAsia="B Nazanin" w:cs="B Nazanin"/>
        </w:rPr>
        <w:t>را</w:t>
      </w:r>
      <w:r>
        <w:rPr>
          <w:rFonts w:eastAsia="B Nazanin" w:cs="B Nazanin"/>
        </w:rPr>
        <w:t xml:space="preserve"> </w:t>
      </w:r>
      <w:proofErr w:type="spellStart"/>
      <w:r>
        <w:rPr>
          <w:rFonts w:eastAsia="B Nazanin" w:cs="B Nazanin"/>
        </w:rPr>
        <w:t>بفهمید</w:t>
      </w:r>
      <w:proofErr w:type="spellEnd"/>
      <w:r>
        <w:rPr>
          <w:rFonts w:eastAsia="B Nazanin" w:cs="B Nazanin"/>
        </w:rPr>
        <w:t>؛</w:t>
      </w:r>
      <w:r>
        <w:rPr>
          <w:rFonts w:eastAsia="B Nazanin" w:cs="B Nazanin"/>
        </w:rPr>
        <w:t xml:space="preserve"> </w:t>
      </w:r>
      <w:proofErr w:type="spellStart"/>
      <w:r>
        <w:rPr>
          <w:rFonts w:eastAsia="B Nazanin" w:cs="B Nazanin"/>
        </w:rPr>
        <w:t>صرفاً</w:t>
      </w:r>
      <w:proofErr w:type="spellEnd"/>
      <w:r>
        <w:rPr>
          <w:rFonts w:eastAsia="B Nazanin" w:cs="B Nazanin"/>
        </w:rPr>
        <w:t xml:space="preserve"> </w:t>
      </w:r>
      <w:proofErr w:type="spellStart"/>
      <w:r>
        <w:rPr>
          <w:rFonts w:eastAsia="B Nazanin" w:cs="B Nazanin"/>
        </w:rPr>
        <w:t>نسخه</w:t>
      </w:r>
      <w:proofErr w:type="spellEnd"/>
      <w:r>
        <w:rPr>
          <w:rFonts w:eastAsia="B Nazanin" w:cs="B Nazanin"/>
        </w:rPr>
        <w:t xml:space="preserve"> </w:t>
      </w:r>
      <w:proofErr w:type="spellStart"/>
      <w:r>
        <w:rPr>
          <w:rFonts w:eastAsia="B Nazanin" w:cs="B Nazanin"/>
        </w:rPr>
        <w:t>اصلاح</w:t>
      </w:r>
      <w:r>
        <w:rPr>
          <w:rFonts w:eastAsia="B Nazanin" w:cs="B Nazanin"/>
        </w:rPr>
        <w:t>‌</w:t>
      </w:r>
      <w:r>
        <w:rPr>
          <w:rFonts w:eastAsia="B Nazanin" w:cs="B Nazanin"/>
        </w:rPr>
        <w:t>شده</w:t>
      </w:r>
      <w:proofErr w:type="spellEnd"/>
      <w:r>
        <w:rPr>
          <w:rFonts w:eastAsia="B Nazanin" w:cs="B Nazanin"/>
        </w:rPr>
        <w:t xml:space="preserve"> </w:t>
      </w:r>
      <w:proofErr w:type="spellStart"/>
      <w:r>
        <w:rPr>
          <w:rFonts w:eastAsia="B Nazanin" w:cs="B Nazanin"/>
        </w:rPr>
        <w:t>را</w:t>
      </w:r>
      <w:proofErr w:type="spellEnd"/>
      <w:r>
        <w:rPr>
          <w:rFonts w:eastAsia="B Nazanin" w:cs="B Nazanin"/>
        </w:rPr>
        <w:t xml:space="preserve"> </w:t>
      </w:r>
      <w:proofErr w:type="spellStart"/>
      <w:r>
        <w:rPr>
          <w:rFonts w:eastAsia="B Nazanin" w:cs="B Nazanin"/>
        </w:rPr>
        <w:t>کپی</w:t>
      </w:r>
      <w:proofErr w:type="spellEnd"/>
      <w:r>
        <w:rPr>
          <w:rFonts w:eastAsia="B Nazanin" w:cs="B Nazanin"/>
        </w:rPr>
        <w:t xml:space="preserve"> </w:t>
      </w:r>
      <w:proofErr w:type="spellStart"/>
      <w:r>
        <w:rPr>
          <w:rFonts w:eastAsia="B Nazanin" w:cs="B Nazanin"/>
        </w:rPr>
        <w:t>نکنید</w:t>
      </w:r>
      <w:proofErr w:type="spellEnd"/>
      <w:r w:rsidR="00C60EF8">
        <w:rPr>
          <w:rFonts w:eastAsia="B Nazanin" w:cs="B Nazanin" w:hint="cs"/>
          <w:rtl/>
        </w:rPr>
        <w:t>.</w:t>
      </w:r>
    </w:p>
    <w:p w14:paraId="608B6870" w14:textId="511BBF88" w:rsidR="006A2542" w:rsidRDefault="007F2F21" w:rsidP="002159CC">
      <w:pPr>
        <w:bidi/>
      </w:pPr>
      <w:r>
        <w:rPr>
          <w:rFonts w:eastAsia="B Nazanin" w:cs="B Nazanin"/>
        </w:rPr>
        <w:t>یک</w:t>
      </w:r>
      <w:r>
        <w:rPr>
          <w:rFonts w:eastAsia="B Nazanin" w:cs="B Nazanin"/>
        </w:rPr>
        <w:t xml:space="preserve"> </w:t>
      </w:r>
      <w:r>
        <w:rPr>
          <w:rFonts w:eastAsia="B Nazanin" w:cs="B Nazanin"/>
        </w:rPr>
        <w:t>دفترچه</w:t>
      </w:r>
      <w:r>
        <w:rPr>
          <w:rFonts w:eastAsia="B Nazanin" w:cs="B Nazanin"/>
        </w:rPr>
        <w:t xml:space="preserve"> </w:t>
      </w:r>
      <w:r>
        <w:rPr>
          <w:rFonts w:eastAsia="B Nazanin" w:cs="B Nazanin"/>
        </w:rPr>
        <w:t>پیشرفت</w:t>
      </w:r>
      <w:r>
        <w:rPr>
          <w:rFonts w:eastAsia="B Nazanin" w:cs="B Nazanin"/>
        </w:rPr>
        <w:t xml:space="preserve"> </w:t>
      </w:r>
      <w:r>
        <w:rPr>
          <w:rFonts w:eastAsia="B Nazanin" w:cs="B Nazanin"/>
        </w:rPr>
        <w:t>نو</w:t>
      </w:r>
      <w:r>
        <w:rPr>
          <w:rFonts w:eastAsia="B Nazanin" w:cs="B Nazanin"/>
        </w:rPr>
        <w:t>شتاری</w:t>
      </w:r>
      <w:r>
        <w:rPr>
          <w:rFonts w:eastAsia="B Nazanin" w:cs="B Nazanin"/>
        </w:rPr>
        <w:t xml:space="preserve"> </w:t>
      </w:r>
      <w:r>
        <w:rPr>
          <w:rFonts w:eastAsia="B Nazanin" w:cs="B Nazanin"/>
        </w:rPr>
        <w:t>نگه</w:t>
      </w:r>
      <w:r>
        <w:rPr>
          <w:rFonts w:eastAsia="B Nazanin" w:cs="B Nazanin"/>
        </w:rPr>
        <w:t xml:space="preserve"> </w:t>
      </w:r>
      <w:r>
        <w:rPr>
          <w:rFonts w:eastAsia="B Nazanin" w:cs="B Nazanin"/>
        </w:rPr>
        <w:t>دارید</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هفته</w:t>
      </w:r>
      <w:r>
        <w:rPr>
          <w:rFonts w:eastAsia="B Nazanin" w:cs="B Nazanin"/>
        </w:rPr>
        <w:t xml:space="preserve"> </w:t>
      </w:r>
      <w:r>
        <w:rPr>
          <w:rFonts w:eastAsia="B Nazanin" w:cs="B Nazanin"/>
        </w:rPr>
        <w:t>اول</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متن</w:t>
      </w:r>
      <w:r>
        <w:rPr>
          <w:rFonts w:eastAsia="B Nazanin" w:cs="B Nazanin"/>
        </w:rPr>
        <w:t xml:space="preserve"> </w:t>
      </w:r>
      <w:r>
        <w:rPr>
          <w:rFonts w:eastAsia="B Nazanin" w:cs="B Nazanin"/>
        </w:rPr>
        <w:t>کوتاه</w:t>
      </w:r>
      <w:r>
        <w:rPr>
          <w:rFonts w:eastAsia="B Nazanin" w:cs="B Nazanin"/>
        </w:rPr>
        <w:t xml:space="preserve"> </w:t>
      </w:r>
      <w:r>
        <w:rPr>
          <w:rFonts w:eastAsia="B Nazanin" w:cs="B Nazanin"/>
        </w:rPr>
        <w:t>بنویسید</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آن</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نگه</w:t>
      </w:r>
      <w:r>
        <w:rPr>
          <w:rFonts w:eastAsia="B Nazanin" w:cs="B Nazanin"/>
        </w:rPr>
        <w:t xml:space="preserve"> </w:t>
      </w:r>
      <w:r>
        <w:rPr>
          <w:rFonts w:eastAsia="B Nazanin" w:cs="B Nazanin"/>
        </w:rPr>
        <w:t>دارید</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هفته</w:t>
      </w:r>
      <w:r>
        <w:rPr>
          <w:rFonts w:eastAsia="B Nazanin" w:cs="B Nazanin"/>
        </w:rPr>
        <w:t>‌</w:t>
      </w:r>
      <w:r>
        <w:rPr>
          <w:rFonts w:eastAsia="B Nazanin" w:cs="B Nazanin"/>
        </w:rPr>
        <w:t>های</w:t>
      </w:r>
      <w:r>
        <w:rPr>
          <w:rFonts w:eastAsia="B Nazanin" w:cs="B Nazanin"/>
        </w:rPr>
        <w:t xml:space="preserve"> </w:t>
      </w:r>
      <w:r>
        <w:rPr>
          <w:rFonts w:eastAsia="B Nazanin" w:cs="B Nazanin"/>
        </w:rPr>
        <w:t>بعد،</w:t>
      </w:r>
      <w:r>
        <w:rPr>
          <w:rFonts w:eastAsia="B Nazanin" w:cs="B Nazanin"/>
        </w:rPr>
        <w:t xml:space="preserve"> </w:t>
      </w:r>
      <w:r>
        <w:rPr>
          <w:rFonts w:eastAsia="B Nazanin" w:cs="B Nazanin"/>
        </w:rPr>
        <w:t>متن</w:t>
      </w:r>
      <w:r>
        <w:rPr>
          <w:rFonts w:eastAsia="B Nazanin" w:cs="B Nazanin"/>
        </w:rPr>
        <w:t>‌</w:t>
      </w:r>
      <w:r>
        <w:rPr>
          <w:rFonts w:eastAsia="B Nazanin" w:cs="B Nazanin"/>
        </w:rPr>
        <w:t>هایی</w:t>
      </w:r>
      <w:r>
        <w:rPr>
          <w:rFonts w:eastAsia="B Nazanin" w:cs="B Nazanin"/>
        </w:rPr>
        <w:t xml:space="preserve"> </w:t>
      </w:r>
      <w:r>
        <w:rPr>
          <w:rFonts w:eastAsia="B Nazanin" w:cs="B Nazanin"/>
        </w:rPr>
        <w:t>با</w:t>
      </w:r>
      <w:r>
        <w:rPr>
          <w:rFonts w:eastAsia="B Nazanin" w:cs="B Nazanin"/>
        </w:rPr>
        <w:t xml:space="preserve"> </w:t>
      </w:r>
      <w:r>
        <w:rPr>
          <w:rFonts w:eastAsia="B Nazanin" w:cs="B Nazanin"/>
        </w:rPr>
        <w:t>موضوع</w:t>
      </w:r>
      <w:r>
        <w:rPr>
          <w:rFonts w:eastAsia="B Nazanin" w:cs="B Nazanin"/>
        </w:rPr>
        <w:t xml:space="preserve"> </w:t>
      </w:r>
      <w:r>
        <w:rPr>
          <w:rFonts w:eastAsia="B Nazanin" w:cs="B Nazanin"/>
        </w:rPr>
        <w:t>مشابه</w:t>
      </w:r>
      <w:r>
        <w:rPr>
          <w:rFonts w:eastAsia="B Nazanin" w:cs="B Nazanin"/>
        </w:rPr>
        <w:t xml:space="preserve"> </w:t>
      </w:r>
      <w:r>
        <w:rPr>
          <w:rFonts w:eastAsia="B Nazanin" w:cs="B Nazanin"/>
        </w:rPr>
        <w:t>تولید</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تا</w:t>
      </w:r>
      <w:r>
        <w:rPr>
          <w:rFonts w:eastAsia="B Nazanin" w:cs="B Nazanin"/>
        </w:rPr>
        <w:t xml:space="preserve"> </w:t>
      </w:r>
      <w:r>
        <w:rPr>
          <w:rFonts w:eastAsia="B Nazanin" w:cs="B Nazanin"/>
        </w:rPr>
        <w:t>بتوانید</w:t>
      </w:r>
      <w:r>
        <w:rPr>
          <w:rFonts w:eastAsia="B Nazanin" w:cs="B Nazanin"/>
        </w:rPr>
        <w:t xml:space="preserve"> </w:t>
      </w:r>
      <w:r>
        <w:rPr>
          <w:rFonts w:eastAsia="B Nazanin" w:cs="B Nazanin"/>
        </w:rPr>
        <w:t>تفاوت</w:t>
      </w:r>
      <w:r>
        <w:rPr>
          <w:rFonts w:eastAsia="B Nazanin" w:cs="B Nazanin"/>
        </w:rPr>
        <w:t>‌</w:t>
      </w:r>
      <w:r>
        <w:rPr>
          <w:rFonts w:eastAsia="B Nazanin" w:cs="B Nazanin"/>
        </w:rPr>
        <w:t>ها</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ببینید</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پایان</w:t>
      </w:r>
      <w:r>
        <w:rPr>
          <w:rFonts w:eastAsia="B Nazanin" w:cs="B Nazanin"/>
        </w:rPr>
        <w:t xml:space="preserve"> </w:t>
      </w:r>
      <w:r>
        <w:rPr>
          <w:rFonts w:eastAsia="B Nazanin" w:cs="B Nazanin"/>
        </w:rPr>
        <w:t>سه</w:t>
      </w:r>
      <w:r>
        <w:rPr>
          <w:rFonts w:eastAsia="B Nazanin" w:cs="B Nazanin"/>
        </w:rPr>
        <w:t xml:space="preserve"> </w:t>
      </w:r>
      <w:r>
        <w:rPr>
          <w:rFonts w:eastAsia="B Nazanin" w:cs="B Nazanin"/>
        </w:rPr>
        <w:t>ماه،</w:t>
      </w:r>
      <w:r>
        <w:rPr>
          <w:rFonts w:eastAsia="B Nazanin" w:cs="B Nazanin"/>
        </w:rPr>
        <w:t xml:space="preserve"> </w:t>
      </w:r>
      <w:r>
        <w:rPr>
          <w:rFonts w:eastAsia="B Nazanin" w:cs="B Nazanin"/>
        </w:rPr>
        <w:t>این</w:t>
      </w:r>
      <w:r>
        <w:rPr>
          <w:rFonts w:eastAsia="B Nazanin" w:cs="B Nazanin"/>
        </w:rPr>
        <w:t xml:space="preserve"> </w:t>
      </w:r>
      <w:r>
        <w:rPr>
          <w:rFonts w:eastAsia="B Nazanin" w:cs="B Nazanin"/>
        </w:rPr>
        <w:t>مجموعه</w:t>
      </w:r>
      <w:r>
        <w:rPr>
          <w:rFonts w:eastAsia="B Nazanin" w:cs="B Nazanin"/>
        </w:rPr>
        <w:t xml:space="preserve"> </w:t>
      </w:r>
      <w:r>
        <w:rPr>
          <w:rFonts w:eastAsia="B Nazanin" w:cs="B Nazanin"/>
        </w:rPr>
        <w:t>به</w:t>
      </w:r>
      <w:r>
        <w:rPr>
          <w:rFonts w:eastAsia="B Nazanin" w:cs="B Nazanin"/>
        </w:rPr>
        <w:t xml:space="preserve"> </w:t>
      </w:r>
      <w:r>
        <w:rPr>
          <w:rFonts w:eastAsia="B Nazanin" w:cs="B Nazanin"/>
        </w:rPr>
        <w:t>شما</w:t>
      </w:r>
      <w:r>
        <w:rPr>
          <w:rFonts w:eastAsia="B Nazanin" w:cs="B Nazanin"/>
        </w:rPr>
        <w:t xml:space="preserve"> </w:t>
      </w:r>
      <w:r>
        <w:rPr>
          <w:rFonts w:eastAsia="B Nazanin" w:cs="B Nazanin"/>
        </w:rPr>
        <w:t>نشان</w:t>
      </w:r>
      <w:r>
        <w:rPr>
          <w:rFonts w:eastAsia="B Nazanin" w:cs="B Nazanin"/>
        </w:rPr>
        <w:t xml:space="preserve"> </w:t>
      </w:r>
      <w:r>
        <w:rPr>
          <w:rFonts w:eastAsia="B Nazanin" w:cs="B Nazanin"/>
        </w:rPr>
        <w:t>می</w:t>
      </w:r>
      <w:r>
        <w:rPr>
          <w:rFonts w:eastAsia="B Nazanin" w:cs="B Nazanin"/>
        </w:rPr>
        <w:t>‌</w:t>
      </w:r>
      <w:r>
        <w:rPr>
          <w:rFonts w:eastAsia="B Nazanin" w:cs="B Nazanin"/>
        </w:rPr>
        <w:t>دهد</w:t>
      </w:r>
      <w:r>
        <w:rPr>
          <w:rFonts w:eastAsia="B Nazanin" w:cs="B Nazanin"/>
        </w:rPr>
        <w:t xml:space="preserve"> </w:t>
      </w:r>
      <w:proofErr w:type="spellStart"/>
      <w:r>
        <w:rPr>
          <w:rFonts w:eastAsia="B Nazanin" w:cs="B Nazanin"/>
        </w:rPr>
        <w:t>که</w:t>
      </w:r>
      <w:proofErr w:type="spellEnd"/>
      <w:r>
        <w:rPr>
          <w:rFonts w:eastAsia="B Nazanin" w:cs="B Nazanin"/>
        </w:rPr>
        <w:t xml:space="preserve"> </w:t>
      </w:r>
      <w:proofErr w:type="spellStart"/>
      <w:r>
        <w:rPr>
          <w:rFonts w:eastAsia="B Nazanin" w:cs="B Nazanin"/>
        </w:rPr>
        <w:t>جمله</w:t>
      </w:r>
      <w:r>
        <w:rPr>
          <w:rFonts w:eastAsia="B Nazanin" w:cs="B Nazanin"/>
        </w:rPr>
        <w:t>‌</w:t>
      </w:r>
      <w:r>
        <w:rPr>
          <w:rFonts w:eastAsia="B Nazanin" w:cs="B Nazanin"/>
        </w:rPr>
        <w:t>هایتان</w:t>
      </w:r>
      <w:proofErr w:type="spellEnd"/>
      <w:r>
        <w:rPr>
          <w:rFonts w:eastAsia="B Nazanin" w:cs="B Nazanin"/>
        </w:rPr>
        <w:t xml:space="preserve"> </w:t>
      </w:r>
      <w:proofErr w:type="spellStart"/>
      <w:r>
        <w:rPr>
          <w:rFonts w:eastAsia="B Nazanin" w:cs="B Nazanin"/>
        </w:rPr>
        <w:t>چگونه</w:t>
      </w:r>
      <w:proofErr w:type="spellEnd"/>
      <w:r>
        <w:rPr>
          <w:rFonts w:eastAsia="B Nazanin" w:cs="B Nazanin"/>
        </w:rPr>
        <w:t xml:space="preserve"> </w:t>
      </w:r>
      <w:proofErr w:type="spellStart"/>
      <w:r>
        <w:rPr>
          <w:rFonts w:eastAsia="B Nazanin" w:cs="B Nazanin"/>
        </w:rPr>
        <w:t>کامل</w:t>
      </w:r>
      <w:r>
        <w:rPr>
          <w:rFonts w:eastAsia="B Nazanin" w:cs="B Nazanin"/>
        </w:rPr>
        <w:t>‌</w:t>
      </w:r>
      <w:r>
        <w:rPr>
          <w:rFonts w:eastAsia="B Nazanin" w:cs="B Nazanin"/>
        </w:rPr>
        <w:t>تر</w:t>
      </w:r>
      <w:proofErr w:type="spellEnd"/>
      <w:r>
        <w:rPr>
          <w:rFonts w:eastAsia="B Nazanin" w:cs="B Nazanin"/>
        </w:rPr>
        <w:t xml:space="preserve"> </w:t>
      </w:r>
      <w:r>
        <w:rPr>
          <w:rFonts w:eastAsia="B Nazanin" w:cs="B Nazanin"/>
        </w:rPr>
        <w:t>و</w:t>
      </w:r>
      <w:r>
        <w:rPr>
          <w:rFonts w:eastAsia="B Nazanin" w:cs="B Nazanin"/>
        </w:rPr>
        <w:t xml:space="preserve"> </w:t>
      </w:r>
      <w:proofErr w:type="spellStart"/>
      <w:r>
        <w:rPr>
          <w:rFonts w:eastAsia="B Nazanin" w:cs="B Nazanin"/>
        </w:rPr>
        <w:t>روشن</w:t>
      </w:r>
      <w:r>
        <w:rPr>
          <w:rFonts w:eastAsia="B Nazanin" w:cs="B Nazanin"/>
        </w:rPr>
        <w:t>‌</w:t>
      </w:r>
      <w:r>
        <w:rPr>
          <w:rFonts w:eastAsia="B Nazanin" w:cs="B Nazanin"/>
        </w:rPr>
        <w:t>تر</w:t>
      </w:r>
      <w:proofErr w:type="spellEnd"/>
      <w:r>
        <w:rPr>
          <w:rFonts w:eastAsia="B Nazanin" w:cs="B Nazanin"/>
        </w:rPr>
        <w:t xml:space="preserve"> </w:t>
      </w:r>
      <w:proofErr w:type="spellStart"/>
      <w:r>
        <w:rPr>
          <w:rFonts w:eastAsia="B Nazanin" w:cs="B Nazanin"/>
        </w:rPr>
        <w:t>شده</w:t>
      </w:r>
      <w:r>
        <w:rPr>
          <w:rFonts w:eastAsia="B Nazanin" w:cs="B Nazanin"/>
        </w:rPr>
        <w:t>‌</w:t>
      </w:r>
      <w:r>
        <w:rPr>
          <w:rFonts w:eastAsia="B Nazanin" w:cs="B Nazanin"/>
        </w:rPr>
        <w:t>اند</w:t>
      </w:r>
      <w:proofErr w:type="spellEnd"/>
      <w:r w:rsidR="00C60EF8">
        <w:rPr>
          <w:rFonts w:eastAsia="B Nazanin" w:cs="B Nazanin" w:hint="cs"/>
          <w:rtl/>
        </w:rPr>
        <w:t>.</w:t>
      </w:r>
    </w:p>
    <w:p w14:paraId="5F32789D" w14:textId="3BE4A6E7" w:rsidR="006A2542" w:rsidRDefault="007F2F21" w:rsidP="00C60EF8">
      <w:pPr>
        <w:pStyle w:val="Heading1"/>
        <w:numPr>
          <w:ilvl w:val="0"/>
          <w:numId w:val="10"/>
        </w:numPr>
        <w:bidi/>
      </w:pPr>
      <w:proofErr w:type="spellStart"/>
      <w:r>
        <w:rPr>
          <w:rFonts w:ascii="B Nazanin" w:eastAsia="B Nazanin" w:hAnsi="B Nazanin" w:cs="B Nazanin"/>
        </w:rPr>
        <w:t>تلفظ</w:t>
      </w:r>
      <w:proofErr w:type="spellEnd"/>
      <w:r>
        <w:rPr>
          <w:rFonts w:ascii="B Nazanin" w:eastAsia="B Nazanin" w:hAnsi="B Nazanin" w:cs="B Nazanin"/>
        </w:rPr>
        <w:t xml:space="preserve"> </w:t>
      </w:r>
      <w:r>
        <w:rPr>
          <w:rFonts w:ascii="B Nazanin" w:eastAsia="B Nazanin" w:hAnsi="B Nazanin" w:cs="B Nazanin"/>
        </w:rPr>
        <w:t>و</w:t>
      </w:r>
      <w:r>
        <w:rPr>
          <w:rFonts w:ascii="B Nazanin" w:eastAsia="B Nazanin" w:hAnsi="B Nazanin" w:cs="B Nazanin"/>
        </w:rPr>
        <w:t xml:space="preserve"> </w:t>
      </w:r>
      <w:proofErr w:type="spellStart"/>
      <w:r>
        <w:rPr>
          <w:rFonts w:ascii="B Nazanin" w:eastAsia="B Nazanin" w:hAnsi="B Nazanin" w:cs="B Nazanin"/>
        </w:rPr>
        <w:t>رو</w:t>
      </w:r>
      <w:r>
        <w:rPr>
          <w:rFonts w:ascii="B Nazanin" w:eastAsia="B Nazanin" w:hAnsi="B Nazanin" w:cs="B Nazanin"/>
        </w:rPr>
        <w:t>انی</w:t>
      </w:r>
      <w:proofErr w:type="spellEnd"/>
      <w:r>
        <w:rPr>
          <w:rFonts w:ascii="B Nazanin" w:eastAsia="B Nazanin" w:hAnsi="B Nazanin" w:cs="B Nazanin"/>
        </w:rPr>
        <w:t xml:space="preserve"> </w:t>
      </w:r>
      <w:proofErr w:type="spellStart"/>
      <w:r>
        <w:rPr>
          <w:rFonts w:ascii="B Nazanin" w:eastAsia="B Nazanin" w:hAnsi="B Nazanin" w:cs="B Nazanin"/>
        </w:rPr>
        <w:t>گفتار</w:t>
      </w:r>
      <w:proofErr w:type="spellEnd"/>
      <w:r>
        <w:rPr>
          <w:rFonts w:ascii="B Nazanin" w:eastAsia="B Nazanin" w:hAnsi="B Nazanin" w:cs="B Nazanin"/>
        </w:rPr>
        <w:t xml:space="preserve"> </w:t>
      </w:r>
      <w:r>
        <w:rPr>
          <w:rFonts w:ascii="B Nazanin" w:eastAsia="B Nazanin" w:hAnsi="B Nazanin" w:cs="B Nazanin"/>
        </w:rPr>
        <w:t>را</w:t>
      </w:r>
      <w:r>
        <w:rPr>
          <w:rFonts w:ascii="B Nazanin" w:eastAsia="B Nazanin" w:hAnsi="B Nazanin" w:cs="B Nazanin"/>
        </w:rPr>
        <w:t xml:space="preserve"> </w:t>
      </w:r>
      <w:r>
        <w:rPr>
          <w:rFonts w:ascii="B Nazanin" w:eastAsia="B Nazanin" w:hAnsi="B Nazanin" w:cs="B Nazanin"/>
        </w:rPr>
        <w:t>هم</w:t>
      </w:r>
      <w:r>
        <w:rPr>
          <w:rFonts w:ascii="B Nazanin" w:eastAsia="B Nazanin" w:hAnsi="B Nazanin" w:cs="B Nazanin"/>
        </w:rPr>
        <w:t>‌</w:t>
      </w:r>
      <w:r>
        <w:rPr>
          <w:rFonts w:ascii="B Nazanin" w:eastAsia="B Nazanin" w:hAnsi="B Nazanin" w:cs="B Nazanin"/>
        </w:rPr>
        <w:t>زمان</w:t>
      </w:r>
      <w:r>
        <w:rPr>
          <w:rFonts w:ascii="B Nazanin" w:eastAsia="B Nazanin" w:hAnsi="B Nazanin" w:cs="B Nazanin"/>
        </w:rPr>
        <w:t xml:space="preserve"> </w:t>
      </w:r>
      <w:r>
        <w:rPr>
          <w:rFonts w:ascii="B Nazanin" w:eastAsia="B Nazanin" w:hAnsi="B Nazanin" w:cs="B Nazanin"/>
        </w:rPr>
        <w:t>پرورش</w:t>
      </w:r>
      <w:r>
        <w:rPr>
          <w:rFonts w:ascii="B Nazanin" w:eastAsia="B Nazanin" w:hAnsi="B Nazanin" w:cs="B Nazanin"/>
        </w:rPr>
        <w:t xml:space="preserve"> </w:t>
      </w:r>
      <w:r>
        <w:rPr>
          <w:rFonts w:ascii="B Nazanin" w:eastAsia="B Nazanin" w:hAnsi="B Nazanin" w:cs="B Nazanin"/>
        </w:rPr>
        <w:t>دهید</w:t>
      </w:r>
    </w:p>
    <w:p w14:paraId="2E49F667" w14:textId="24B18EC2" w:rsidR="006A2542" w:rsidRDefault="00C60EF8" w:rsidP="002159CC">
      <w:pPr>
        <w:bidi/>
      </w:pPr>
      <w:r>
        <w:rPr>
          <w:rFonts w:eastAsia="B Nazanin" w:cs="B Nazanin" w:hint="cs"/>
          <w:rtl/>
        </w:rPr>
        <w:t xml:space="preserve">   </w:t>
      </w:r>
      <w:proofErr w:type="spellStart"/>
      <w:r>
        <w:rPr>
          <w:rFonts w:eastAsia="B Nazanin" w:cs="B Nazanin"/>
        </w:rPr>
        <w:t>تلفظ</w:t>
      </w:r>
      <w:proofErr w:type="spellEnd"/>
      <w:r>
        <w:rPr>
          <w:rFonts w:eastAsia="B Nazanin" w:cs="B Nazanin"/>
        </w:rPr>
        <w:t xml:space="preserve"> </w:t>
      </w:r>
      <w:proofErr w:type="spellStart"/>
      <w:r>
        <w:rPr>
          <w:rFonts w:eastAsia="B Nazanin" w:cs="B Nazanin"/>
        </w:rPr>
        <w:t>خوب</w:t>
      </w:r>
      <w:proofErr w:type="spellEnd"/>
      <w:r>
        <w:rPr>
          <w:rFonts w:eastAsia="B Nazanin" w:cs="B Nazanin"/>
        </w:rPr>
        <w:t xml:space="preserve"> </w:t>
      </w:r>
      <w:proofErr w:type="spellStart"/>
      <w:r>
        <w:rPr>
          <w:rFonts w:eastAsia="B Nazanin" w:cs="B Nazanin"/>
        </w:rPr>
        <w:t>به</w:t>
      </w:r>
      <w:proofErr w:type="spellEnd"/>
      <w:r>
        <w:rPr>
          <w:rFonts w:eastAsia="B Nazanin" w:cs="B Nazanin"/>
        </w:rPr>
        <w:t xml:space="preserve"> </w:t>
      </w:r>
      <w:proofErr w:type="spellStart"/>
      <w:r>
        <w:rPr>
          <w:rFonts w:eastAsia="B Nazanin" w:cs="B Nazanin"/>
        </w:rPr>
        <w:t>معنی</w:t>
      </w:r>
      <w:proofErr w:type="spellEnd"/>
      <w:r>
        <w:rPr>
          <w:rFonts w:eastAsia="B Nazanin" w:cs="B Nazanin"/>
        </w:rPr>
        <w:t xml:space="preserve"> داشتن لهجه‌ای شبیه یک فرد بومی نیست؛ هدف اصلی این است که دیگران صحبت شما را به‌آسانی بفهمند. برای این کار، به صداهایی توجه کنید که در زبان مادری و انگلیسی </w:t>
      </w:r>
      <w:proofErr w:type="spellStart"/>
      <w:r>
        <w:rPr>
          <w:rFonts w:eastAsia="B Nazanin" w:cs="B Nazanin"/>
        </w:rPr>
        <w:t>متفاوت‌اند</w:t>
      </w:r>
      <w:proofErr w:type="spellEnd"/>
      <w:r>
        <w:rPr>
          <w:rFonts w:eastAsia="B Nazanin" w:cs="B Nazanin"/>
        </w:rPr>
        <w:t xml:space="preserve">، </w:t>
      </w:r>
      <w:proofErr w:type="spellStart"/>
      <w:r>
        <w:rPr>
          <w:rFonts w:eastAsia="B Nazanin" w:cs="B Nazanin"/>
        </w:rPr>
        <w:t>اما</w:t>
      </w:r>
      <w:proofErr w:type="spellEnd"/>
      <w:r>
        <w:rPr>
          <w:rFonts w:eastAsia="B Nazanin" w:cs="B Nazanin"/>
        </w:rPr>
        <w:t xml:space="preserve"> </w:t>
      </w:r>
      <w:proofErr w:type="spellStart"/>
      <w:r>
        <w:rPr>
          <w:rFonts w:eastAsia="B Nazanin" w:cs="B Nazanin"/>
        </w:rPr>
        <w:t>تنها</w:t>
      </w:r>
      <w:proofErr w:type="spellEnd"/>
      <w:r>
        <w:rPr>
          <w:rFonts w:eastAsia="B Nazanin" w:cs="B Nazanin"/>
        </w:rPr>
        <w:t xml:space="preserve"> </w:t>
      </w:r>
      <w:proofErr w:type="spellStart"/>
      <w:r>
        <w:rPr>
          <w:rFonts w:eastAsia="B Nazanin" w:cs="B Nazanin"/>
        </w:rPr>
        <w:t>روی</w:t>
      </w:r>
      <w:proofErr w:type="spellEnd"/>
      <w:r>
        <w:rPr>
          <w:rFonts w:eastAsia="B Nazanin" w:cs="B Nazanin"/>
        </w:rPr>
        <w:t xml:space="preserve"> </w:t>
      </w:r>
      <w:proofErr w:type="spellStart"/>
      <w:r>
        <w:rPr>
          <w:rFonts w:eastAsia="B Nazanin" w:cs="B Nazanin"/>
        </w:rPr>
        <w:t>تک‌تک</w:t>
      </w:r>
      <w:proofErr w:type="spellEnd"/>
      <w:r>
        <w:rPr>
          <w:rFonts w:eastAsia="B Nazanin" w:cs="B Nazanin"/>
        </w:rPr>
        <w:t xml:space="preserve"> </w:t>
      </w:r>
      <w:proofErr w:type="spellStart"/>
      <w:r>
        <w:rPr>
          <w:rFonts w:eastAsia="B Nazanin" w:cs="B Nazanin"/>
        </w:rPr>
        <w:t>صداها</w:t>
      </w:r>
      <w:proofErr w:type="spellEnd"/>
      <w:r>
        <w:rPr>
          <w:rFonts w:eastAsia="B Nazanin" w:cs="B Nazanin"/>
        </w:rPr>
        <w:t xml:space="preserve"> </w:t>
      </w:r>
      <w:proofErr w:type="spellStart"/>
      <w:r>
        <w:rPr>
          <w:rFonts w:eastAsia="B Nazanin" w:cs="B Nazanin"/>
        </w:rPr>
        <w:t>تمرکز</w:t>
      </w:r>
      <w:proofErr w:type="spellEnd"/>
      <w:r>
        <w:rPr>
          <w:rFonts w:eastAsia="B Nazanin" w:cs="B Nazanin"/>
        </w:rPr>
        <w:t xml:space="preserve"> </w:t>
      </w:r>
      <w:proofErr w:type="spellStart"/>
      <w:r>
        <w:rPr>
          <w:rFonts w:eastAsia="B Nazanin" w:cs="B Nazanin"/>
        </w:rPr>
        <w:t>نکنید</w:t>
      </w:r>
      <w:proofErr w:type="spellEnd"/>
      <w:r>
        <w:rPr>
          <w:rFonts w:eastAsia="B Nazanin" w:cs="B Nazanin"/>
        </w:rPr>
        <w:t xml:space="preserve">. آهنگ جمله، تکیه واژه‌ها و پیوند میان کلمات </w:t>
      </w:r>
      <w:proofErr w:type="spellStart"/>
      <w:r>
        <w:rPr>
          <w:rFonts w:eastAsia="B Nazanin" w:cs="B Nazanin"/>
        </w:rPr>
        <w:t>نیز</w:t>
      </w:r>
      <w:proofErr w:type="spellEnd"/>
      <w:r>
        <w:rPr>
          <w:rFonts w:eastAsia="B Nazanin" w:cs="B Nazanin"/>
        </w:rPr>
        <w:t xml:space="preserve"> </w:t>
      </w:r>
      <w:proofErr w:type="spellStart"/>
      <w:r>
        <w:rPr>
          <w:rFonts w:eastAsia="B Nazanin" w:cs="B Nazanin"/>
        </w:rPr>
        <w:t>بر</w:t>
      </w:r>
      <w:proofErr w:type="spellEnd"/>
      <w:r>
        <w:rPr>
          <w:rFonts w:eastAsia="B Nazanin" w:cs="B Nazanin"/>
        </w:rPr>
        <w:t xml:space="preserve"> </w:t>
      </w:r>
      <w:proofErr w:type="spellStart"/>
      <w:r>
        <w:rPr>
          <w:rFonts w:eastAsia="B Nazanin" w:cs="B Nazanin"/>
        </w:rPr>
        <w:t>قابل‌فهم</w:t>
      </w:r>
      <w:proofErr w:type="spellEnd"/>
      <w:r>
        <w:rPr>
          <w:rFonts w:eastAsia="B Nazanin" w:cs="B Nazanin"/>
        </w:rPr>
        <w:t xml:space="preserve"> </w:t>
      </w:r>
      <w:proofErr w:type="spellStart"/>
      <w:r>
        <w:rPr>
          <w:rFonts w:eastAsia="B Nazanin" w:cs="B Nazanin"/>
        </w:rPr>
        <w:t>بودن</w:t>
      </w:r>
      <w:proofErr w:type="spellEnd"/>
      <w:r>
        <w:rPr>
          <w:rFonts w:eastAsia="B Nazanin" w:cs="B Nazanin"/>
        </w:rPr>
        <w:t xml:space="preserve"> </w:t>
      </w:r>
      <w:proofErr w:type="spellStart"/>
      <w:r>
        <w:rPr>
          <w:rFonts w:eastAsia="B Nazanin" w:cs="B Nazanin"/>
        </w:rPr>
        <w:t>گفتار</w:t>
      </w:r>
      <w:proofErr w:type="spellEnd"/>
      <w:r>
        <w:rPr>
          <w:rFonts w:eastAsia="B Nazanin" w:cs="B Nazanin"/>
        </w:rPr>
        <w:t xml:space="preserve"> </w:t>
      </w:r>
      <w:proofErr w:type="spellStart"/>
      <w:r>
        <w:rPr>
          <w:rFonts w:eastAsia="B Nazanin" w:cs="B Nazanin"/>
        </w:rPr>
        <w:t>اثر</w:t>
      </w:r>
      <w:proofErr w:type="spellEnd"/>
      <w:r>
        <w:rPr>
          <w:rFonts w:eastAsia="B Nazanin" w:cs="B Nazanin"/>
        </w:rPr>
        <w:t xml:space="preserve"> </w:t>
      </w:r>
      <w:proofErr w:type="spellStart"/>
      <w:r>
        <w:rPr>
          <w:rFonts w:eastAsia="B Nazanin" w:cs="B Nazanin"/>
        </w:rPr>
        <w:t>می‌گذارند</w:t>
      </w:r>
      <w:proofErr w:type="spellEnd"/>
      <w:r>
        <w:rPr>
          <w:rFonts w:eastAsia="B Nazanin" w:cs="B Nazanin" w:hint="cs"/>
          <w:rtl/>
        </w:rPr>
        <w:t>.</w:t>
      </w:r>
    </w:p>
    <w:p w14:paraId="667E9F50" w14:textId="05DFDA0A" w:rsidR="006A2542" w:rsidRDefault="007F2F21" w:rsidP="002159CC">
      <w:pPr>
        <w:bidi/>
      </w:pPr>
      <w:r>
        <w:rPr>
          <w:rFonts w:eastAsia="B Nazanin" w:cs="B Nazanin"/>
        </w:rPr>
        <w:t>یکی</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تمرین</w:t>
      </w:r>
      <w:r>
        <w:rPr>
          <w:rFonts w:eastAsia="B Nazanin" w:cs="B Nazanin"/>
        </w:rPr>
        <w:t>‌</w:t>
      </w:r>
      <w:r>
        <w:rPr>
          <w:rFonts w:eastAsia="B Nazanin" w:cs="B Nazanin"/>
        </w:rPr>
        <w:t>های</w:t>
      </w:r>
      <w:r>
        <w:rPr>
          <w:rFonts w:eastAsia="B Nazanin" w:cs="B Nazanin"/>
        </w:rPr>
        <w:t xml:space="preserve"> </w:t>
      </w:r>
      <w:r>
        <w:rPr>
          <w:rFonts w:eastAsia="B Nazanin" w:cs="B Nazanin"/>
        </w:rPr>
        <w:t>مفید،</w:t>
      </w:r>
      <w:r>
        <w:rPr>
          <w:rFonts w:eastAsia="B Nazanin" w:cs="B Nazanin"/>
        </w:rPr>
        <w:t xml:space="preserve"> </w:t>
      </w:r>
      <w:r>
        <w:rPr>
          <w:rFonts w:eastAsia="B Nazanin" w:cs="B Nazanin"/>
        </w:rPr>
        <w:t>تکرار</w:t>
      </w:r>
      <w:r>
        <w:rPr>
          <w:rFonts w:eastAsia="B Nazanin" w:cs="B Nazanin"/>
        </w:rPr>
        <w:t xml:space="preserve"> </w:t>
      </w:r>
      <w:r>
        <w:rPr>
          <w:rFonts w:eastAsia="B Nazanin" w:cs="B Nazanin"/>
        </w:rPr>
        <w:t>هم</w:t>
      </w:r>
      <w:r>
        <w:rPr>
          <w:rFonts w:eastAsia="B Nazanin" w:cs="B Nazanin"/>
        </w:rPr>
        <w:t>‌</w:t>
      </w:r>
      <w:r>
        <w:rPr>
          <w:rFonts w:eastAsia="B Nazanin" w:cs="B Nazanin"/>
        </w:rPr>
        <w:t>زمان</w:t>
      </w:r>
      <w:r>
        <w:rPr>
          <w:rFonts w:eastAsia="B Nazanin" w:cs="B Nazanin"/>
        </w:rPr>
        <w:t xml:space="preserve"> </w:t>
      </w:r>
      <w:r>
        <w:rPr>
          <w:rFonts w:eastAsia="B Nazanin" w:cs="B Nazanin"/>
        </w:rPr>
        <w:t>با</w:t>
      </w:r>
      <w:r>
        <w:rPr>
          <w:rFonts w:eastAsia="B Nazanin" w:cs="B Nazanin"/>
        </w:rPr>
        <w:t xml:space="preserve"> </w:t>
      </w:r>
      <w:r>
        <w:rPr>
          <w:rFonts w:eastAsia="B Nazanin" w:cs="B Nazanin"/>
        </w:rPr>
        <w:t>گوینده</w:t>
      </w:r>
      <w:r>
        <w:rPr>
          <w:rFonts w:eastAsia="B Nazanin" w:cs="B Nazanin"/>
        </w:rPr>
        <w:t xml:space="preserve"> </w:t>
      </w:r>
      <w:r>
        <w:rPr>
          <w:rFonts w:eastAsia="B Nazanin" w:cs="B Nazanin"/>
        </w:rPr>
        <w:t>یا</w:t>
      </w:r>
      <w:r>
        <w:rPr>
          <w:rFonts w:eastAsia="B Nazanin" w:cs="B Nazanin"/>
        </w:rPr>
        <w:t xml:space="preserve"> shadowing </w:t>
      </w:r>
      <w:r>
        <w:rPr>
          <w:rFonts w:eastAsia="B Nazanin" w:cs="B Nazanin"/>
        </w:rPr>
        <w:t>است</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جمله</w:t>
      </w:r>
      <w:r>
        <w:rPr>
          <w:rFonts w:eastAsia="B Nazanin" w:cs="B Nazanin"/>
        </w:rPr>
        <w:t xml:space="preserve"> </w:t>
      </w:r>
      <w:r>
        <w:rPr>
          <w:rFonts w:eastAsia="B Nazanin" w:cs="B Nazanin"/>
        </w:rPr>
        <w:t>کوتاه</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فایل</w:t>
      </w:r>
      <w:r>
        <w:rPr>
          <w:rFonts w:eastAsia="B Nazanin" w:cs="B Nazanin"/>
        </w:rPr>
        <w:t xml:space="preserve"> </w:t>
      </w:r>
      <w:r>
        <w:rPr>
          <w:rFonts w:eastAsia="B Nazanin" w:cs="B Nazanin"/>
        </w:rPr>
        <w:t>صوتی</w:t>
      </w:r>
      <w:r>
        <w:rPr>
          <w:rFonts w:eastAsia="B Nazanin" w:cs="B Nazanin"/>
        </w:rPr>
        <w:t xml:space="preserve"> </w:t>
      </w:r>
      <w:r>
        <w:rPr>
          <w:rFonts w:eastAsia="B Nazanin" w:cs="B Nazanin"/>
        </w:rPr>
        <w:t>انتخاب</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ابتدا</w:t>
      </w:r>
      <w:r>
        <w:rPr>
          <w:rFonts w:eastAsia="B Nazanin" w:cs="B Nazanin"/>
        </w:rPr>
        <w:t xml:space="preserve"> </w:t>
      </w:r>
      <w:r>
        <w:rPr>
          <w:rFonts w:eastAsia="B Nazanin" w:cs="B Nazanin"/>
        </w:rPr>
        <w:t>به</w:t>
      </w:r>
      <w:r>
        <w:rPr>
          <w:rFonts w:eastAsia="B Nazanin" w:cs="B Nazanin"/>
        </w:rPr>
        <w:t xml:space="preserve"> </w:t>
      </w:r>
      <w:r>
        <w:rPr>
          <w:rFonts w:eastAsia="B Nazanin" w:cs="B Nazanin"/>
        </w:rPr>
        <w:t>آن</w:t>
      </w:r>
      <w:r>
        <w:rPr>
          <w:rFonts w:eastAsia="B Nazanin" w:cs="B Nazanin"/>
        </w:rPr>
        <w:t xml:space="preserve"> </w:t>
      </w:r>
      <w:r>
        <w:rPr>
          <w:rFonts w:eastAsia="B Nazanin" w:cs="B Nazanin"/>
        </w:rPr>
        <w:t>گوش</w:t>
      </w:r>
      <w:r>
        <w:rPr>
          <w:rFonts w:eastAsia="B Nazanin" w:cs="B Nazanin"/>
        </w:rPr>
        <w:t xml:space="preserve"> </w:t>
      </w:r>
      <w:r>
        <w:rPr>
          <w:rFonts w:eastAsia="B Nazanin" w:cs="B Nazanin"/>
        </w:rPr>
        <w:t>دهید</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سپس</w:t>
      </w:r>
      <w:r>
        <w:rPr>
          <w:rFonts w:eastAsia="B Nazanin" w:cs="B Nazanin"/>
        </w:rPr>
        <w:t xml:space="preserve"> </w:t>
      </w:r>
      <w:r>
        <w:rPr>
          <w:rFonts w:eastAsia="B Nazanin" w:cs="B Nazanin"/>
        </w:rPr>
        <w:t>تلاش</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با</w:t>
      </w:r>
      <w:r>
        <w:rPr>
          <w:rFonts w:eastAsia="B Nazanin" w:cs="B Nazanin"/>
        </w:rPr>
        <w:t xml:space="preserve"> </w:t>
      </w:r>
      <w:r>
        <w:rPr>
          <w:rFonts w:eastAsia="B Nazanin" w:cs="B Nazanin"/>
        </w:rPr>
        <w:t>همان</w:t>
      </w:r>
      <w:r>
        <w:rPr>
          <w:rFonts w:eastAsia="B Nazanin" w:cs="B Nazanin"/>
        </w:rPr>
        <w:t xml:space="preserve"> </w:t>
      </w:r>
      <w:r>
        <w:rPr>
          <w:rFonts w:eastAsia="B Nazanin" w:cs="B Nazanin"/>
        </w:rPr>
        <w:t>آهنگ</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ریتم</w:t>
      </w:r>
      <w:r>
        <w:rPr>
          <w:rFonts w:eastAsia="B Nazanin" w:cs="B Nazanin"/>
        </w:rPr>
        <w:t xml:space="preserve"> </w:t>
      </w:r>
      <w:r>
        <w:rPr>
          <w:rFonts w:eastAsia="B Nazanin" w:cs="B Nazanin"/>
        </w:rPr>
        <w:t>تکرارش</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لازم</w:t>
      </w:r>
      <w:r>
        <w:rPr>
          <w:rFonts w:eastAsia="B Nazanin" w:cs="B Nazanin"/>
        </w:rPr>
        <w:t xml:space="preserve"> </w:t>
      </w:r>
      <w:r>
        <w:rPr>
          <w:rFonts w:eastAsia="B Nazanin" w:cs="B Nazanin"/>
        </w:rPr>
        <w:t>نیست</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ابتدا</w:t>
      </w:r>
      <w:r>
        <w:rPr>
          <w:rFonts w:eastAsia="B Nazanin" w:cs="B Nazanin"/>
        </w:rPr>
        <w:t xml:space="preserve"> </w:t>
      </w:r>
      <w:r>
        <w:rPr>
          <w:rFonts w:eastAsia="B Nazanin" w:cs="B Nazanin"/>
        </w:rPr>
        <w:t>سرعت</w:t>
      </w:r>
      <w:r>
        <w:rPr>
          <w:rFonts w:eastAsia="B Nazanin" w:cs="B Nazanin"/>
        </w:rPr>
        <w:t xml:space="preserve"> </w:t>
      </w:r>
      <w:r>
        <w:rPr>
          <w:rFonts w:eastAsia="B Nazanin" w:cs="B Nazanin"/>
        </w:rPr>
        <w:t>گوینده</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کاملاً</w:t>
      </w:r>
      <w:r>
        <w:rPr>
          <w:rFonts w:eastAsia="B Nazanin" w:cs="B Nazanin"/>
        </w:rPr>
        <w:t xml:space="preserve"> </w:t>
      </w:r>
      <w:r>
        <w:rPr>
          <w:rFonts w:eastAsia="B Nazanin" w:cs="B Nazanin"/>
        </w:rPr>
        <w:t>تقلید</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می</w:t>
      </w:r>
      <w:r>
        <w:rPr>
          <w:rFonts w:eastAsia="B Nazanin" w:cs="B Nazanin"/>
        </w:rPr>
        <w:t>‌</w:t>
      </w:r>
      <w:r>
        <w:rPr>
          <w:rFonts w:eastAsia="B Nazanin" w:cs="B Nazanin"/>
        </w:rPr>
        <w:t>توانید</w:t>
      </w:r>
      <w:r>
        <w:rPr>
          <w:rFonts w:eastAsia="B Nazanin" w:cs="B Nazanin"/>
        </w:rPr>
        <w:t xml:space="preserve"> </w:t>
      </w:r>
      <w:r>
        <w:rPr>
          <w:rFonts w:eastAsia="B Nazanin" w:cs="B Nazanin"/>
        </w:rPr>
        <w:t>فایل</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متوقف</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جمله</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بخش</w:t>
      </w:r>
      <w:r>
        <w:rPr>
          <w:rFonts w:eastAsia="B Nazanin" w:cs="B Nazanin"/>
        </w:rPr>
        <w:t>‌</w:t>
      </w:r>
      <w:r>
        <w:rPr>
          <w:rFonts w:eastAsia="B Nazanin" w:cs="B Nazanin"/>
        </w:rPr>
        <w:t>بخش</w:t>
      </w:r>
      <w:r>
        <w:rPr>
          <w:rFonts w:eastAsia="B Nazanin" w:cs="B Nazanin"/>
        </w:rPr>
        <w:t xml:space="preserve"> </w:t>
      </w:r>
      <w:r>
        <w:rPr>
          <w:rFonts w:eastAsia="B Nazanin" w:cs="B Nazanin"/>
        </w:rPr>
        <w:t>بگویید</w:t>
      </w:r>
      <w:r>
        <w:rPr>
          <w:rFonts w:eastAsia="B Nazanin" w:cs="B Nazanin"/>
        </w:rPr>
        <w:t xml:space="preserve">. </w:t>
      </w:r>
      <w:r>
        <w:rPr>
          <w:rFonts w:eastAsia="B Nazanin" w:cs="B Nazanin"/>
        </w:rPr>
        <w:t>ضبط</w:t>
      </w:r>
      <w:r>
        <w:rPr>
          <w:rFonts w:eastAsia="B Nazanin" w:cs="B Nazanin"/>
        </w:rPr>
        <w:t xml:space="preserve"> </w:t>
      </w:r>
      <w:r>
        <w:rPr>
          <w:rFonts w:eastAsia="B Nazanin" w:cs="B Nazanin"/>
        </w:rPr>
        <w:t>صدای</w:t>
      </w:r>
      <w:r>
        <w:rPr>
          <w:rFonts w:eastAsia="B Nazanin" w:cs="B Nazanin"/>
        </w:rPr>
        <w:t xml:space="preserve"> </w:t>
      </w:r>
      <w:r>
        <w:rPr>
          <w:rFonts w:eastAsia="B Nazanin" w:cs="B Nazanin"/>
        </w:rPr>
        <w:t>خود</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مقایسه</w:t>
      </w:r>
      <w:r>
        <w:rPr>
          <w:rFonts w:eastAsia="B Nazanin" w:cs="B Nazanin"/>
        </w:rPr>
        <w:t xml:space="preserve"> </w:t>
      </w:r>
      <w:r>
        <w:rPr>
          <w:rFonts w:eastAsia="B Nazanin" w:cs="B Nazanin"/>
        </w:rPr>
        <w:t>آن</w:t>
      </w:r>
      <w:r>
        <w:rPr>
          <w:rFonts w:eastAsia="B Nazanin" w:cs="B Nazanin"/>
        </w:rPr>
        <w:t xml:space="preserve"> </w:t>
      </w:r>
      <w:r>
        <w:rPr>
          <w:rFonts w:eastAsia="B Nazanin" w:cs="B Nazanin"/>
        </w:rPr>
        <w:t>با</w:t>
      </w:r>
      <w:r>
        <w:rPr>
          <w:rFonts w:eastAsia="B Nazanin" w:cs="B Nazanin"/>
        </w:rPr>
        <w:t xml:space="preserve"> </w:t>
      </w:r>
      <w:proofErr w:type="spellStart"/>
      <w:r>
        <w:rPr>
          <w:rFonts w:eastAsia="B Nazanin" w:cs="B Nazanin"/>
        </w:rPr>
        <w:t>نمونه</w:t>
      </w:r>
      <w:proofErr w:type="spellEnd"/>
      <w:r>
        <w:rPr>
          <w:rFonts w:eastAsia="B Nazanin" w:cs="B Nazanin"/>
        </w:rPr>
        <w:t xml:space="preserve"> </w:t>
      </w:r>
      <w:proofErr w:type="spellStart"/>
      <w:r>
        <w:rPr>
          <w:rFonts w:eastAsia="B Nazanin" w:cs="B Nazanin"/>
        </w:rPr>
        <w:t>اصلی</w:t>
      </w:r>
      <w:proofErr w:type="spellEnd"/>
      <w:r>
        <w:rPr>
          <w:rFonts w:eastAsia="B Nazanin" w:cs="B Nazanin"/>
        </w:rPr>
        <w:t xml:space="preserve"> </w:t>
      </w:r>
      <w:proofErr w:type="spellStart"/>
      <w:r>
        <w:rPr>
          <w:rFonts w:eastAsia="B Nazanin" w:cs="B Nazanin"/>
        </w:rPr>
        <w:t>به</w:t>
      </w:r>
      <w:proofErr w:type="spellEnd"/>
      <w:r>
        <w:rPr>
          <w:rFonts w:eastAsia="B Nazanin" w:cs="B Nazanin"/>
        </w:rPr>
        <w:t xml:space="preserve"> </w:t>
      </w:r>
      <w:proofErr w:type="spellStart"/>
      <w:r>
        <w:rPr>
          <w:rFonts w:eastAsia="B Nazanin" w:cs="B Nazanin"/>
        </w:rPr>
        <w:t>تشخیص</w:t>
      </w:r>
      <w:proofErr w:type="spellEnd"/>
      <w:r>
        <w:rPr>
          <w:rFonts w:eastAsia="B Nazanin" w:cs="B Nazanin"/>
        </w:rPr>
        <w:t xml:space="preserve"> </w:t>
      </w:r>
      <w:proofErr w:type="spellStart"/>
      <w:r>
        <w:rPr>
          <w:rFonts w:eastAsia="B Nazanin" w:cs="B Nazanin"/>
        </w:rPr>
        <w:t>تفاوت</w:t>
      </w:r>
      <w:r>
        <w:rPr>
          <w:rFonts w:eastAsia="B Nazanin" w:cs="B Nazanin"/>
        </w:rPr>
        <w:t>‌</w:t>
      </w:r>
      <w:r>
        <w:rPr>
          <w:rFonts w:eastAsia="B Nazanin" w:cs="B Nazanin"/>
        </w:rPr>
        <w:t>ها</w:t>
      </w:r>
      <w:proofErr w:type="spellEnd"/>
      <w:r>
        <w:rPr>
          <w:rFonts w:eastAsia="B Nazanin" w:cs="B Nazanin"/>
        </w:rPr>
        <w:t xml:space="preserve"> </w:t>
      </w:r>
      <w:proofErr w:type="spellStart"/>
      <w:r>
        <w:rPr>
          <w:rFonts w:eastAsia="B Nazanin" w:cs="B Nazanin"/>
        </w:rPr>
        <w:t>کمک</w:t>
      </w:r>
      <w:proofErr w:type="spellEnd"/>
      <w:r>
        <w:rPr>
          <w:rFonts w:eastAsia="B Nazanin" w:cs="B Nazanin"/>
        </w:rPr>
        <w:t xml:space="preserve"> </w:t>
      </w:r>
      <w:proofErr w:type="spellStart"/>
      <w:r>
        <w:rPr>
          <w:rFonts w:eastAsia="B Nazanin" w:cs="B Nazanin"/>
        </w:rPr>
        <w:t>می</w:t>
      </w:r>
      <w:r>
        <w:rPr>
          <w:rFonts w:eastAsia="B Nazanin" w:cs="B Nazanin"/>
        </w:rPr>
        <w:t>‌</w:t>
      </w:r>
      <w:r>
        <w:rPr>
          <w:rFonts w:eastAsia="B Nazanin" w:cs="B Nazanin"/>
        </w:rPr>
        <w:t>کند</w:t>
      </w:r>
      <w:proofErr w:type="spellEnd"/>
      <w:r w:rsidR="00C60EF8">
        <w:rPr>
          <w:rFonts w:eastAsia="B Nazanin" w:cs="B Nazanin" w:hint="cs"/>
          <w:rtl/>
        </w:rPr>
        <w:t>.</w:t>
      </w:r>
    </w:p>
    <w:p w14:paraId="22B2AE5C" w14:textId="0F800BDE" w:rsidR="006A2542" w:rsidRDefault="007F2F21" w:rsidP="002159CC">
      <w:pPr>
        <w:bidi/>
      </w:pPr>
      <w:r>
        <w:rPr>
          <w:rFonts w:eastAsia="B Nazanin" w:cs="B Nazanin"/>
        </w:rPr>
        <w:t>بهتر</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تلفظ</w:t>
      </w:r>
      <w:r>
        <w:rPr>
          <w:rFonts w:eastAsia="B Nazanin" w:cs="B Nazanin"/>
        </w:rPr>
        <w:t xml:space="preserve"> </w:t>
      </w:r>
      <w:r>
        <w:rPr>
          <w:rFonts w:eastAsia="B Nazanin" w:cs="B Nazanin"/>
        </w:rPr>
        <w:t>واژه</w:t>
      </w:r>
      <w:r>
        <w:rPr>
          <w:rFonts w:eastAsia="B Nazanin" w:cs="B Nazanin"/>
        </w:rPr>
        <w:t>‌</w:t>
      </w:r>
      <w:r>
        <w:rPr>
          <w:rFonts w:eastAsia="B Nazanin" w:cs="B Nazanin"/>
        </w:rPr>
        <w:t>های</w:t>
      </w:r>
      <w:r>
        <w:rPr>
          <w:rFonts w:eastAsia="B Nazanin" w:cs="B Nazanin"/>
        </w:rPr>
        <w:t xml:space="preserve"> </w:t>
      </w:r>
      <w:r>
        <w:rPr>
          <w:rFonts w:eastAsia="B Nazanin" w:cs="B Nazanin"/>
        </w:rPr>
        <w:t>تازه</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همان</w:t>
      </w:r>
      <w:r>
        <w:rPr>
          <w:rFonts w:eastAsia="B Nazanin" w:cs="B Nazanin"/>
        </w:rPr>
        <w:t xml:space="preserve"> </w:t>
      </w:r>
      <w:r>
        <w:rPr>
          <w:rFonts w:eastAsia="B Nazanin" w:cs="B Nazanin"/>
        </w:rPr>
        <w:t>زمان</w:t>
      </w:r>
      <w:r>
        <w:rPr>
          <w:rFonts w:eastAsia="B Nazanin" w:cs="B Nazanin"/>
        </w:rPr>
        <w:t xml:space="preserve"> </w:t>
      </w:r>
      <w:r>
        <w:rPr>
          <w:rFonts w:eastAsia="B Nazanin" w:cs="B Nazanin"/>
        </w:rPr>
        <w:t>یادگیری</w:t>
      </w:r>
      <w:r>
        <w:rPr>
          <w:rFonts w:eastAsia="B Nazanin" w:cs="B Nazanin"/>
        </w:rPr>
        <w:t xml:space="preserve"> </w:t>
      </w:r>
      <w:r>
        <w:rPr>
          <w:rFonts w:eastAsia="B Nazanin" w:cs="B Nazanin"/>
        </w:rPr>
        <w:t>بررسی</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اگر</w:t>
      </w:r>
      <w:r>
        <w:rPr>
          <w:rFonts w:eastAsia="B Nazanin" w:cs="B Nazanin"/>
        </w:rPr>
        <w:t xml:space="preserve"> </w:t>
      </w:r>
      <w:r>
        <w:rPr>
          <w:rFonts w:eastAsia="B Nazanin" w:cs="B Nazanin"/>
        </w:rPr>
        <w:t>تنها</w:t>
      </w:r>
      <w:r>
        <w:rPr>
          <w:rFonts w:eastAsia="B Nazanin" w:cs="B Nazanin"/>
        </w:rPr>
        <w:t xml:space="preserve"> </w:t>
      </w:r>
      <w:r>
        <w:rPr>
          <w:rFonts w:eastAsia="B Nazanin" w:cs="B Nazanin"/>
        </w:rPr>
        <w:t>شکل</w:t>
      </w:r>
      <w:r>
        <w:rPr>
          <w:rFonts w:eastAsia="B Nazanin" w:cs="B Nazanin"/>
        </w:rPr>
        <w:t xml:space="preserve"> </w:t>
      </w:r>
      <w:r>
        <w:rPr>
          <w:rFonts w:eastAsia="B Nazanin" w:cs="B Nazanin"/>
        </w:rPr>
        <w:t>نوشتاری</w:t>
      </w:r>
      <w:r>
        <w:rPr>
          <w:rFonts w:eastAsia="B Nazanin" w:cs="B Nazanin"/>
        </w:rPr>
        <w:t xml:space="preserve"> </w:t>
      </w:r>
      <w:r>
        <w:rPr>
          <w:rFonts w:eastAsia="B Nazanin" w:cs="B Nazanin"/>
        </w:rPr>
        <w:t>کلمه</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حفظ</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ممکن</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بعداً</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شنیدن</w:t>
      </w:r>
      <w:r>
        <w:rPr>
          <w:rFonts w:eastAsia="B Nazanin" w:cs="B Nazanin"/>
        </w:rPr>
        <w:t xml:space="preserve"> </w:t>
      </w:r>
      <w:r>
        <w:rPr>
          <w:rFonts w:eastAsia="B Nazanin" w:cs="B Nazanin"/>
        </w:rPr>
        <w:t>ی</w:t>
      </w:r>
      <w:r>
        <w:rPr>
          <w:rFonts w:eastAsia="B Nazanin" w:cs="B Nazanin"/>
        </w:rPr>
        <w:t>ا</w:t>
      </w:r>
      <w:r>
        <w:rPr>
          <w:rFonts w:eastAsia="B Nazanin" w:cs="B Nazanin"/>
        </w:rPr>
        <w:t xml:space="preserve"> </w:t>
      </w:r>
      <w:r>
        <w:rPr>
          <w:rFonts w:eastAsia="B Nazanin" w:cs="B Nazanin"/>
        </w:rPr>
        <w:t>گفتن</w:t>
      </w:r>
      <w:r>
        <w:rPr>
          <w:rFonts w:eastAsia="B Nazanin" w:cs="B Nazanin"/>
        </w:rPr>
        <w:t xml:space="preserve"> </w:t>
      </w:r>
      <w:r>
        <w:rPr>
          <w:rFonts w:eastAsia="B Nazanin" w:cs="B Nazanin"/>
        </w:rPr>
        <w:t>آن</w:t>
      </w:r>
      <w:r>
        <w:rPr>
          <w:rFonts w:eastAsia="B Nazanin" w:cs="B Nazanin"/>
        </w:rPr>
        <w:t xml:space="preserve"> </w:t>
      </w:r>
      <w:r>
        <w:rPr>
          <w:rFonts w:eastAsia="B Nazanin" w:cs="B Nazanin"/>
        </w:rPr>
        <w:t>دچار</w:t>
      </w:r>
      <w:r>
        <w:rPr>
          <w:rFonts w:eastAsia="B Nazanin" w:cs="B Nazanin"/>
        </w:rPr>
        <w:t xml:space="preserve"> </w:t>
      </w:r>
      <w:r>
        <w:rPr>
          <w:rFonts w:eastAsia="B Nazanin" w:cs="B Nazanin"/>
        </w:rPr>
        <w:t>مشکل</w:t>
      </w:r>
      <w:r>
        <w:rPr>
          <w:rFonts w:eastAsia="B Nazanin" w:cs="B Nazanin"/>
        </w:rPr>
        <w:t xml:space="preserve"> </w:t>
      </w:r>
      <w:r>
        <w:rPr>
          <w:rFonts w:eastAsia="B Nazanin" w:cs="B Nazanin"/>
        </w:rPr>
        <w:t>شوید</w:t>
      </w:r>
      <w:r>
        <w:rPr>
          <w:rFonts w:eastAsia="B Nazanin" w:cs="B Nazanin"/>
        </w:rPr>
        <w:t xml:space="preserve">. </w:t>
      </w:r>
      <w:r>
        <w:rPr>
          <w:rFonts w:eastAsia="B Nazanin" w:cs="B Nazanin"/>
        </w:rPr>
        <w:t>تمرین</w:t>
      </w:r>
      <w:r>
        <w:rPr>
          <w:rFonts w:eastAsia="B Nazanin" w:cs="B Nazanin"/>
        </w:rPr>
        <w:t xml:space="preserve"> </w:t>
      </w:r>
      <w:r>
        <w:rPr>
          <w:rFonts w:eastAsia="B Nazanin" w:cs="B Nazanin"/>
        </w:rPr>
        <w:t>کوتاه</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مداوم،</w:t>
      </w:r>
      <w:r>
        <w:rPr>
          <w:rFonts w:eastAsia="B Nazanin" w:cs="B Nazanin"/>
        </w:rPr>
        <w:t xml:space="preserve"> </w:t>
      </w:r>
      <w:r>
        <w:rPr>
          <w:rFonts w:eastAsia="B Nazanin" w:cs="B Nazanin"/>
        </w:rPr>
        <w:t>به</w:t>
      </w:r>
      <w:r>
        <w:rPr>
          <w:rFonts w:eastAsia="B Nazanin" w:cs="B Nazanin"/>
        </w:rPr>
        <w:t>‌</w:t>
      </w:r>
      <w:r>
        <w:rPr>
          <w:rFonts w:eastAsia="B Nazanin" w:cs="B Nazanin"/>
        </w:rPr>
        <w:t>ویژه</w:t>
      </w:r>
      <w:r>
        <w:rPr>
          <w:rFonts w:eastAsia="B Nazanin" w:cs="B Nazanin"/>
        </w:rPr>
        <w:t xml:space="preserve"> </w:t>
      </w:r>
      <w:r>
        <w:rPr>
          <w:rFonts w:eastAsia="B Nazanin" w:cs="B Nazanin"/>
        </w:rPr>
        <w:t>با</w:t>
      </w:r>
      <w:r>
        <w:rPr>
          <w:rFonts w:eastAsia="B Nazanin" w:cs="B Nazanin"/>
        </w:rPr>
        <w:t xml:space="preserve"> </w:t>
      </w:r>
      <w:r>
        <w:rPr>
          <w:rFonts w:eastAsia="B Nazanin" w:cs="B Nazanin"/>
        </w:rPr>
        <w:t>عبارت</w:t>
      </w:r>
      <w:r>
        <w:rPr>
          <w:rFonts w:eastAsia="B Nazanin" w:cs="B Nazanin"/>
        </w:rPr>
        <w:t>‌</w:t>
      </w:r>
      <w:r>
        <w:rPr>
          <w:rFonts w:eastAsia="B Nazanin" w:cs="B Nazanin"/>
        </w:rPr>
        <w:t>هایی</w:t>
      </w:r>
      <w:r>
        <w:rPr>
          <w:rFonts w:eastAsia="B Nazanin" w:cs="B Nazanin"/>
        </w:rPr>
        <w:t xml:space="preserve"> </w:t>
      </w:r>
      <w:r>
        <w:rPr>
          <w:rFonts w:eastAsia="B Nazanin" w:cs="B Nazanin"/>
        </w:rPr>
        <w:t>که</w:t>
      </w:r>
      <w:r>
        <w:rPr>
          <w:rFonts w:eastAsia="B Nazanin" w:cs="B Nazanin"/>
        </w:rPr>
        <w:t xml:space="preserve"> </w:t>
      </w:r>
      <w:r>
        <w:rPr>
          <w:rFonts w:eastAsia="B Nazanin" w:cs="B Nazanin"/>
        </w:rPr>
        <w:t>واقعاً</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مکالمه</w:t>
      </w:r>
      <w:r>
        <w:rPr>
          <w:rFonts w:eastAsia="B Nazanin" w:cs="B Nazanin"/>
        </w:rPr>
        <w:t xml:space="preserve"> </w:t>
      </w:r>
      <w:r>
        <w:rPr>
          <w:rFonts w:eastAsia="B Nazanin" w:cs="B Nazanin"/>
        </w:rPr>
        <w:t>به</w:t>
      </w:r>
      <w:r>
        <w:rPr>
          <w:rFonts w:eastAsia="B Nazanin" w:cs="B Nazanin"/>
        </w:rPr>
        <w:t xml:space="preserve"> </w:t>
      </w:r>
      <w:r>
        <w:rPr>
          <w:rFonts w:eastAsia="B Nazanin" w:cs="B Nazanin"/>
        </w:rPr>
        <w:t>کار</w:t>
      </w:r>
      <w:r>
        <w:rPr>
          <w:rFonts w:eastAsia="B Nazanin" w:cs="B Nazanin"/>
        </w:rPr>
        <w:t xml:space="preserve"> </w:t>
      </w:r>
      <w:r>
        <w:rPr>
          <w:rFonts w:eastAsia="B Nazanin" w:cs="B Nazanin"/>
        </w:rPr>
        <w:t>می</w:t>
      </w:r>
      <w:r>
        <w:rPr>
          <w:rFonts w:eastAsia="B Nazanin" w:cs="B Nazanin"/>
        </w:rPr>
        <w:t>‌</w:t>
      </w:r>
      <w:r>
        <w:rPr>
          <w:rFonts w:eastAsia="B Nazanin" w:cs="B Nazanin"/>
        </w:rPr>
        <w:t>روند،</w:t>
      </w:r>
      <w:r>
        <w:rPr>
          <w:rFonts w:eastAsia="B Nazanin" w:cs="B Nazanin"/>
        </w:rPr>
        <w:t xml:space="preserve"> </w:t>
      </w:r>
      <w:proofErr w:type="spellStart"/>
      <w:r>
        <w:rPr>
          <w:rFonts w:eastAsia="B Nazanin" w:cs="B Nazanin"/>
        </w:rPr>
        <w:t>از</w:t>
      </w:r>
      <w:proofErr w:type="spellEnd"/>
      <w:r>
        <w:rPr>
          <w:rFonts w:eastAsia="B Nazanin" w:cs="B Nazanin"/>
        </w:rPr>
        <w:t xml:space="preserve"> </w:t>
      </w:r>
      <w:proofErr w:type="spellStart"/>
      <w:r>
        <w:rPr>
          <w:rFonts w:eastAsia="B Nazanin" w:cs="B Nazanin"/>
        </w:rPr>
        <w:t>تمرین</w:t>
      </w:r>
      <w:r>
        <w:rPr>
          <w:rFonts w:eastAsia="B Nazanin" w:cs="B Nazanin"/>
        </w:rPr>
        <w:t>‌</w:t>
      </w:r>
      <w:r>
        <w:rPr>
          <w:rFonts w:eastAsia="B Nazanin" w:cs="B Nazanin"/>
        </w:rPr>
        <w:t>های</w:t>
      </w:r>
      <w:proofErr w:type="spellEnd"/>
      <w:r>
        <w:rPr>
          <w:rFonts w:eastAsia="B Nazanin" w:cs="B Nazanin"/>
        </w:rPr>
        <w:t xml:space="preserve"> </w:t>
      </w:r>
      <w:proofErr w:type="spellStart"/>
      <w:r>
        <w:rPr>
          <w:rFonts w:eastAsia="B Nazanin" w:cs="B Nazanin"/>
        </w:rPr>
        <w:t>طولانی</w:t>
      </w:r>
      <w:proofErr w:type="spellEnd"/>
      <w:r>
        <w:rPr>
          <w:rFonts w:eastAsia="B Nazanin" w:cs="B Nazanin"/>
        </w:rPr>
        <w:t xml:space="preserve"> </w:t>
      </w:r>
      <w:proofErr w:type="spellStart"/>
      <w:r>
        <w:rPr>
          <w:rFonts w:eastAsia="B Nazanin" w:cs="B Nazanin"/>
        </w:rPr>
        <w:t>اما</w:t>
      </w:r>
      <w:proofErr w:type="spellEnd"/>
      <w:r>
        <w:rPr>
          <w:rFonts w:eastAsia="B Nazanin" w:cs="B Nazanin"/>
        </w:rPr>
        <w:t xml:space="preserve"> </w:t>
      </w:r>
      <w:proofErr w:type="spellStart"/>
      <w:r>
        <w:rPr>
          <w:rFonts w:eastAsia="B Nazanin" w:cs="B Nazanin"/>
        </w:rPr>
        <w:t>پراکنده</w:t>
      </w:r>
      <w:proofErr w:type="spellEnd"/>
      <w:r>
        <w:rPr>
          <w:rFonts w:eastAsia="B Nazanin" w:cs="B Nazanin"/>
        </w:rPr>
        <w:t xml:space="preserve"> </w:t>
      </w:r>
      <w:proofErr w:type="spellStart"/>
      <w:r>
        <w:rPr>
          <w:rFonts w:eastAsia="B Nazanin" w:cs="B Nazanin"/>
        </w:rPr>
        <w:t>سودمندتر</w:t>
      </w:r>
      <w:proofErr w:type="spellEnd"/>
      <w:r>
        <w:rPr>
          <w:rFonts w:eastAsia="B Nazanin" w:cs="B Nazanin"/>
        </w:rPr>
        <w:t xml:space="preserve"> </w:t>
      </w:r>
      <w:proofErr w:type="spellStart"/>
      <w:r>
        <w:rPr>
          <w:rFonts w:eastAsia="B Nazanin" w:cs="B Nazanin"/>
        </w:rPr>
        <w:t>است</w:t>
      </w:r>
      <w:proofErr w:type="spellEnd"/>
      <w:r w:rsidR="00C60EF8">
        <w:rPr>
          <w:rFonts w:eastAsia="B Nazanin" w:cs="B Nazanin" w:hint="cs"/>
          <w:rtl/>
        </w:rPr>
        <w:t>.</w:t>
      </w:r>
    </w:p>
    <w:p w14:paraId="3BD7C149" w14:textId="10BC4ACF" w:rsidR="006A2542" w:rsidRDefault="007F2F21" w:rsidP="00C60EF8">
      <w:pPr>
        <w:pStyle w:val="Heading1"/>
        <w:numPr>
          <w:ilvl w:val="0"/>
          <w:numId w:val="10"/>
        </w:numPr>
        <w:bidi/>
      </w:pPr>
      <w:r>
        <w:rPr>
          <w:rFonts w:ascii="B Nazanin" w:eastAsia="B Nazanin" w:hAnsi="B Nazanin" w:cs="B Nazanin"/>
        </w:rPr>
        <w:lastRenderedPageBreak/>
        <w:t xml:space="preserve">. </w:t>
      </w:r>
      <w:r>
        <w:rPr>
          <w:rFonts w:ascii="B Nazanin" w:eastAsia="B Nazanin" w:hAnsi="B Nazanin" w:cs="B Nazanin"/>
        </w:rPr>
        <w:t>از</w:t>
      </w:r>
      <w:r>
        <w:rPr>
          <w:rFonts w:ascii="B Nazanin" w:eastAsia="B Nazanin" w:hAnsi="B Nazanin" w:cs="B Nazanin"/>
        </w:rPr>
        <w:t xml:space="preserve"> </w:t>
      </w:r>
      <w:r>
        <w:rPr>
          <w:rFonts w:ascii="B Nazanin" w:eastAsia="B Nazanin" w:hAnsi="B Nazanin" w:cs="B Nazanin"/>
        </w:rPr>
        <w:t>فیلم،</w:t>
      </w:r>
      <w:r>
        <w:rPr>
          <w:rFonts w:ascii="B Nazanin" w:eastAsia="B Nazanin" w:hAnsi="B Nazanin" w:cs="B Nazanin"/>
        </w:rPr>
        <w:t xml:space="preserve"> </w:t>
      </w:r>
      <w:r>
        <w:rPr>
          <w:rFonts w:ascii="B Nazanin" w:eastAsia="B Nazanin" w:hAnsi="B Nazanin" w:cs="B Nazanin"/>
        </w:rPr>
        <w:t>موسیقی</w:t>
      </w:r>
      <w:r>
        <w:rPr>
          <w:rFonts w:ascii="B Nazanin" w:eastAsia="B Nazanin" w:hAnsi="B Nazanin" w:cs="B Nazanin"/>
        </w:rPr>
        <w:t xml:space="preserve"> </w:t>
      </w:r>
      <w:r>
        <w:rPr>
          <w:rFonts w:ascii="B Nazanin" w:eastAsia="B Nazanin" w:hAnsi="B Nazanin" w:cs="B Nazanin"/>
        </w:rPr>
        <w:t>و</w:t>
      </w:r>
      <w:r>
        <w:rPr>
          <w:rFonts w:ascii="B Nazanin" w:eastAsia="B Nazanin" w:hAnsi="B Nazanin" w:cs="B Nazanin"/>
        </w:rPr>
        <w:t xml:space="preserve"> </w:t>
      </w:r>
      <w:r>
        <w:rPr>
          <w:rFonts w:ascii="B Nazanin" w:eastAsia="B Nazanin" w:hAnsi="B Nazanin" w:cs="B Nazanin"/>
        </w:rPr>
        <w:t>فناوری</w:t>
      </w:r>
      <w:r>
        <w:rPr>
          <w:rFonts w:ascii="B Nazanin" w:eastAsia="B Nazanin" w:hAnsi="B Nazanin" w:cs="B Nazanin"/>
        </w:rPr>
        <w:t xml:space="preserve"> </w:t>
      </w:r>
      <w:r>
        <w:rPr>
          <w:rFonts w:ascii="B Nazanin" w:eastAsia="B Nazanin" w:hAnsi="B Nazanin" w:cs="B Nazanin"/>
        </w:rPr>
        <w:t>هوشمندانه</w:t>
      </w:r>
      <w:r>
        <w:rPr>
          <w:rFonts w:ascii="B Nazanin" w:eastAsia="B Nazanin" w:hAnsi="B Nazanin" w:cs="B Nazanin"/>
        </w:rPr>
        <w:t xml:space="preserve"> </w:t>
      </w:r>
      <w:r>
        <w:rPr>
          <w:rFonts w:ascii="B Nazanin" w:eastAsia="B Nazanin" w:hAnsi="B Nazanin" w:cs="B Nazanin"/>
        </w:rPr>
        <w:t>استفاده</w:t>
      </w:r>
      <w:r>
        <w:rPr>
          <w:rFonts w:ascii="B Nazanin" w:eastAsia="B Nazanin" w:hAnsi="B Nazanin" w:cs="B Nazanin"/>
        </w:rPr>
        <w:t xml:space="preserve"> </w:t>
      </w:r>
      <w:r>
        <w:rPr>
          <w:rFonts w:ascii="B Nazanin" w:eastAsia="B Nazanin" w:hAnsi="B Nazanin" w:cs="B Nazanin"/>
        </w:rPr>
        <w:t>کنید</w:t>
      </w:r>
    </w:p>
    <w:p w14:paraId="5F1EDA65" w14:textId="1837CF90" w:rsidR="006A2542" w:rsidRDefault="00C60EF8" w:rsidP="002159CC">
      <w:pPr>
        <w:bidi/>
      </w:pPr>
      <w:r>
        <w:rPr>
          <w:rFonts w:eastAsia="B Nazanin" w:cs="B Nazanin" w:hint="cs"/>
          <w:rtl/>
        </w:rPr>
        <w:t xml:space="preserve">   </w:t>
      </w:r>
      <w:proofErr w:type="spellStart"/>
      <w:r>
        <w:rPr>
          <w:rFonts w:eastAsia="B Nazanin" w:cs="B Nazanin"/>
        </w:rPr>
        <w:t>محتوای</w:t>
      </w:r>
      <w:proofErr w:type="spellEnd"/>
      <w:r>
        <w:rPr>
          <w:rFonts w:eastAsia="B Nazanin" w:cs="B Nazanin"/>
        </w:rPr>
        <w:t xml:space="preserve"> </w:t>
      </w:r>
      <w:proofErr w:type="spellStart"/>
      <w:r>
        <w:rPr>
          <w:rFonts w:eastAsia="B Nazanin" w:cs="B Nazanin"/>
        </w:rPr>
        <w:t>سرگرم‌کننده</w:t>
      </w:r>
      <w:proofErr w:type="spellEnd"/>
      <w:r>
        <w:rPr>
          <w:rFonts w:eastAsia="B Nazanin" w:cs="B Nazanin"/>
        </w:rPr>
        <w:t xml:space="preserve"> </w:t>
      </w:r>
      <w:proofErr w:type="spellStart"/>
      <w:r>
        <w:rPr>
          <w:rFonts w:eastAsia="B Nazanin" w:cs="B Nazanin"/>
        </w:rPr>
        <w:t>می‌تواند</w:t>
      </w:r>
      <w:proofErr w:type="spellEnd"/>
      <w:r>
        <w:rPr>
          <w:rFonts w:eastAsia="B Nazanin" w:cs="B Nazanin"/>
        </w:rPr>
        <w:t xml:space="preserve"> </w:t>
      </w:r>
      <w:proofErr w:type="spellStart"/>
      <w:r>
        <w:rPr>
          <w:rFonts w:eastAsia="B Nazanin" w:cs="B Nazanin"/>
        </w:rPr>
        <w:t>انگیزه</w:t>
      </w:r>
      <w:proofErr w:type="spellEnd"/>
      <w:r>
        <w:rPr>
          <w:rFonts w:eastAsia="B Nazanin" w:cs="B Nazanin"/>
        </w:rPr>
        <w:t xml:space="preserve"> تمرین را افزایش دهد، به‌خصوص اگر با علاقه‌های شما هماهنگ باشد. بااین‌حال، تماشای منفعلانه یک فیلم طولانی لزوماً به یادگیری زیادی منجر نمی‌شود. بهتر است بخشی کوتاه را انتخاب کنید، ابتدا برای درک کلی گوش دهید، سپس چند عبارت کاربردی را یادداشت کنید و در پایان آن‌ها را با صدای بلند تکرار کنید. برای شروع، زیرنویس انگلیسی معمولاً از زیرنویس فارسی مناسب‌تر است؛ زیرا ارتباط </w:t>
      </w:r>
      <w:proofErr w:type="spellStart"/>
      <w:r>
        <w:rPr>
          <w:rFonts w:eastAsia="B Nazanin" w:cs="B Nazanin"/>
        </w:rPr>
        <w:t>میان</w:t>
      </w:r>
      <w:proofErr w:type="spellEnd"/>
      <w:r>
        <w:rPr>
          <w:rFonts w:eastAsia="B Nazanin" w:cs="B Nazanin"/>
        </w:rPr>
        <w:t xml:space="preserve"> </w:t>
      </w:r>
      <w:proofErr w:type="spellStart"/>
      <w:r>
        <w:rPr>
          <w:rFonts w:eastAsia="B Nazanin" w:cs="B Nazanin"/>
        </w:rPr>
        <w:t>صدا</w:t>
      </w:r>
      <w:proofErr w:type="spellEnd"/>
      <w:r>
        <w:rPr>
          <w:rFonts w:eastAsia="B Nazanin" w:cs="B Nazanin"/>
        </w:rPr>
        <w:t xml:space="preserve"> و </w:t>
      </w:r>
      <w:proofErr w:type="spellStart"/>
      <w:r>
        <w:rPr>
          <w:rFonts w:eastAsia="B Nazanin" w:cs="B Nazanin"/>
        </w:rPr>
        <w:t>نوشتار</w:t>
      </w:r>
      <w:proofErr w:type="spellEnd"/>
      <w:r>
        <w:rPr>
          <w:rFonts w:eastAsia="B Nazanin" w:cs="B Nazanin"/>
        </w:rPr>
        <w:t xml:space="preserve"> </w:t>
      </w:r>
      <w:proofErr w:type="spellStart"/>
      <w:r>
        <w:rPr>
          <w:rFonts w:eastAsia="B Nazanin" w:cs="B Nazanin"/>
        </w:rPr>
        <w:t>را</w:t>
      </w:r>
      <w:proofErr w:type="spellEnd"/>
      <w:r>
        <w:rPr>
          <w:rFonts w:eastAsia="B Nazanin" w:cs="B Nazanin"/>
        </w:rPr>
        <w:t xml:space="preserve"> </w:t>
      </w:r>
      <w:proofErr w:type="spellStart"/>
      <w:r>
        <w:rPr>
          <w:rFonts w:eastAsia="B Nazanin" w:cs="B Nazanin"/>
        </w:rPr>
        <w:t>حفظ</w:t>
      </w:r>
      <w:proofErr w:type="spellEnd"/>
      <w:r>
        <w:rPr>
          <w:rFonts w:eastAsia="B Nazanin" w:cs="B Nazanin"/>
        </w:rPr>
        <w:t xml:space="preserve"> </w:t>
      </w:r>
      <w:proofErr w:type="spellStart"/>
      <w:r>
        <w:rPr>
          <w:rFonts w:eastAsia="B Nazanin" w:cs="B Nazanin"/>
        </w:rPr>
        <w:t>می‌کند</w:t>
      </w:r>
      <w:proofErr w:type="spellEnd"/>
      <w:r>
        <w:rPr>
          <w:rFonts w:eastAsia="B Nazanin" w:cs="B Nazanin" w:hint="cs"/>
          <w:rtl/>
        </w:rPr>
        <w:t>.</w:t>
      </w:r>
    </w:p>
    <w:p w14:paraId="3DAD3C78" w14:textId="38262E07" w:rsidR="006A2542" w:rsidRDefault="007F2F21" w:rsidP="002159CC">
      <w:pPr>
        <w:bidi/>
      </w:pPr>
      <w:r>
        <w:rPr>
          <w:rFonts w:eastAsia="B Nazanin" w:cs="B Nazanin"/>
        </w:rPr>
        <w:t>اپلیکیشن</w:t>
      </w:r>
      <w:r>
        <w:rPr>
          <w:rFonts w:eastAsia="B Nazanin" w:cs="B Nazanin"/>
        </w:rPr>
        <w:t>‌</w:t>
      </w:r>
      <w:r>
        <w:rPr>
          <w:rFonts w:eastAsia="B Nazanin" w:cs="B Nazanin"/>
        </w:rPr>
        <w:t>های</w:t>
      </w:r>
      <w:r>
        <w:rPr>
          <w:rFonts w:eastAsia="B Nazanin" w:cs="B Nazanin"/>
        </w:rPr>
        <w:t xml:space="preserve"> </w:t>
      </w:r>
      <w:r>
        <w:rPr>
          <w:rFonts w:eastAsia="B Nazanin" w:cs="B Nazanin"/>
        </w:rPr>
        <w:t>واژگان،</w:t>
      </w:r>
      <w:r>
        <w:rPr>
          <w:rFonts w:eastAsia="B Nazanin" w:cs="B Nazanin"/>
        </w:rPr>
        <w:t xml:space="preserve"> </w:t>
      </w:r>
      <w:r>
        <w:rPr>
          <w:rFonts w:eastAsia="B Nazanin" w:cs="B Nazanin"/>
        </w:rPr>
        <w:t>فرهنگ</w:t>
      </w:r>
      <w:r>
        <w:rPr>
          <w:rFonts w:eastAsia="B Nazanin" w:cs="B Nazanin"/>
        </w:rPr>
        <w:t>‌</w:t>
      </w:r>
      <w:r>
        <w:rPr>
          <w:rFonts w:eastAsia="B Nazanin" w:cs="B Nazanin"/>
        </w:rPr>
        <w:t>های</w:t>
      </w:r>
      <w:r>
        <w:rPr>
          <w:rFonts w:eastAsia="B Nazanin" w:cs="B Nazanin"/>
        </w:rPr>
        <w:t xml:space="preserve"> </w:t>
      </w:r>
      <w:r>
        <w:rPr>
          <w:rFonts w:eastAsia="B Nazanin" w:cs="B Nazanin"/>
        </w:rPr>
        <w:t>لغت</w:t>
      </w:r>
      <w:r>
        <w:rPr>
          <w:rFonts w:eastAsia="B Nazanin" w:cs="B Nazanin"/>
        </w:rPr>
        <w:t xml:space="preserve"> </w:t>
      </w:r>
      <w:r>
        <w:rPr>
          <w:rFonts w:eastAsia="B Nazanin" w:cs="B Nazanin"/>
        </w:rPr>
        <w:t>معتبر،</w:t>
      </w:r>
      <w:r>
        <w:rPr>
          <w:rFonts w:eastAsia="B Nazanin" w:cs="B Nazanin"/>
        </w:rPr>
        <w:t xml:space="preserve"> </w:t>
      </w:r>
      <w:r>
        <w:rPr>
          <w:rFonts w:eastAsia="B Nazanin" w:cs="B Nazanin"/>
        </w:rPr>
        <w:t>فایل</w:t>
      </w:r>
      <w:r>
        <w:rPr>
          <w:rFonts w:eastAsia="B Nazanin" w:cs="B Nazanin"/>
        </w:rPr>
        <w:t>‌</w:t>
      </w:r>
      <w:r>
        <w:rPr>
          <w:rFonts w:eastAsia="B Nazanin" w:cs="B Nazanin"/>
        </w:rPr>
        <w:t>های</w:t>
      </w:r>
      <w:r>
        <w:rPr>
          <w:rFonts w:eastAsia="B Nazanin" w:cs="B Nazanin"/>
        </w:rPr>
        <w:t xml:space="preserve"> </w:t>
      </w:r>
      <w:r>
        <w:rPr>
          <w:rFonts w:eastAsia="B Nazanin" w:cs="B Nazanin"/>
        </w:rPr>
        <w:t>صوتی</w:t>
      </w:r>
      <w:r>
        <w:rPr>
          <w:rFonts w:eastAsia="B Nazanin" w:cs="B Nazanin"/>
        </w:rPr>
        <w:t xml:space="preserve"> </w:t>
      </w:r>
      <w:r>
        <w:rPr>
          <w:rFonts w:eastAsia="B Nazanin" w:cs="B Nazanin"/>
        </w:rPr>
        <w:t>سطح</w:t>
      </w:r>
      <w:r>
        <w:rPr>
          <w:rFonts w:eastAsia="B Nazanin" w:cs="B Nazanin"/>
        </w:rPr>
        <w:t>‌</w:t>
      </w:r>
      <w:r>
        <w:rPr>
          <w:rFonts w:eastAsia="B Nazanin" w:cs="B Nazanin"/>
        </w:rPr>
        <w:t>بندی</w:t>
      </w:r>
      <w:r>
        <w:rPr>
          <w:rFonts w:eastAsia="B Nazanin" w:cs="B Nazanin"/>
        </w:rPr>
        <w:t>‌</w:t>
      </w:r>
      <w:r>
        <w:rPr>
          <w:rFonts w:eastAsia="B Nazanin" w:cs="B Nazanin"/>
        </w:rPr>
        <w:t>شده</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ابزارهای</w:t>
      </w:r>
      <w:r>
        <w:rPr>
          <w:rFonts w:eastAsia="B Nazanin" w:cs="B Nazanin"/>
        </w:rPr>
        <w:t xml:space="preserve"> </w:t>
      </w:r>
      <w:r>
        <w:rPr>
          <w:rFonts w:eastAsia="B Nazanin" w:cs="B Nazanin"/>
        </w:rPr>
        <w:t>گفت</w:t>
      </w:r>
      <w:r>
        <w:rPr>
          <w:rFonts w:eastAsia="B Nazanin" w:cs="B Nazanin"/>
        </w:rPr>
        <w:t>‌</w:t>
      </w:r>
      <w:r>
        <w:rPr>
          <w:rFonts w:eastAsia="B Nazanin" w:cs="B Nazanin"/>
        </w:rPr>
        <w:t>وگوی</w:t>
      </w:r>
      <w:r>
        <w:rPr>
          <w:rFonts w:eastAsia="B Nazanin" w:cs="B Nazanin"/>
        </w:rPr>
        <w:t xml:space="preserve"> </w:t>
      </w:r>
      <w:r>
        <w:rPr>
          <w:rFonts w:eastAsia="B Nazanin" w:cs="B Nazanin"/>
        </w:rPr>
        <w:t>زبانی</w:t>
      </w:r>
      <w:r>
        <w:rPr>
          <w:rFonts w:eastAsia="B Nazanin" w:cs="B Nazanin"/>
        </w:rPr>
        <w:t xml:space="preserve"> </w:t>
      </w:r>
      <w:r>
        <w:rPr>
          <w:rFonts w:eastAsia="B Nazanin" w:cs="B Nazanin"/>
        </w:rPr>
        <w:t>می</w:t>
      </w:r>
      <w:r>
        <w:rPr>
          <w:rFonts w:eastAsia="B Nazanin" w:cs="B Nazanin"/>
        </w:rPr>
        <w:t>‌</w:t>
      </w:r>
      <w:r>
        <w:rPr>
          <w:rFonts w:eastAsia="B Nazanin" w:cs="B Nazanin"/>
        </w:rPr>
        <w:t>توانند</w:t>
      </w:r>
      <w:r>
        <w:rPr>
          <w:rFonts w:eastAsia="B Nazanin" w:cs="B Nazanin"/>
        </w:rPr>
        <w:t xml:space="preserve"> </w:t>
      </w:r>
      <w:r>
        <w:rPr>
          <w:rFonts w:eastAsia="B Nazanin" w:cs="B Nazanin"/>
        </w:rPr>
        <w:t>تمری</w:t>
      </w:r>
      <w:r>
        <w:rPr>
          <w:rFonts w:eastAsia="B Nazanin" w:cs="B Nazanin"/>
        </w:rPr>
        <w:t>ن</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آسان</w:t>
      </w:r>
      <w:r>
        <w:rPr>
          <w:rFonts w:eastAsia="B Nazanin" w:cs="B Nazanin"/>
        </w:rPr>
        <w:t>‌</w:t>
      </w:r>
      <w:r>
        <w:rPr>
          <w:rFonts w:eastAsia="B Nazanin" w:cs="B Nazanin"/>
        </w:rPr>
        <w:t>تر</w:t>
      </w:r>
      <w:r>
        <w:rPr>
          <w:rFonts w:eastAsia="B Nazanin" w:cs="B Nazanin"/>
        </w:rPr>
        <w:t xml:space="preserve"> </w:t>
      </w:r>
      <w:r>
        <w:rPr>
          <w:rFonts w:eastAsia="B Nazanin" w:cs="B Nazanin"/>
        </w:rPr>
        <w:t>کنند</w:t>
      </w:r>
      <w:r>
        <w:rPr>
          <w:rFonts w:eastAsia="B Nazanin" w:cs="B Nazanin"/>
        </w:rPr>
        <w:t xml:space="preserve">. </w:t>
      </w:r>
      <w:r>
        <w:rPr>
          <w:rFonts w:eastAsia="B Nazanin" w:cs="B Nazanin"/>
        </w:rPr>
        <w:t>بااین</w:t>
      </w:r>
      <w:r>
        <w:rPr>
          <w:rFonts w:eastAsia="B Nazanin" w:cs="B Nazanin"/>
        </w:rPr>
        <w:t>‌</w:t>
      </w:r>
      <w:r>
        <w:rPr>
          <w:rFonts w:eastAsia="B Nazanin" w:cs="B Nazanin"/>
        </w:rPr>
        <w:t>حال،</w:t>
      </w:r>
      <w:r>
        <w:rPr>
          <w:rFonts w:eastAsia="B Nazanin" w:cs="B Nazanin"/>
        </w:rPr>
        <w:t xml:space="preserve"> </w:t>
      </w:r>
      <w:r>
        <w:rPr>
          <w:rFonts w:eastAsia="B Nazanin" w:cs="B Nazanin"/>
        </w:rPr>
        <w:t>هیچ</w:t>
      </w:r>
      <w:r>
        <w:rPr>
          <w:rFonts w:eastAsia="B Nazanin" w:cs="B Nazanin"/>
        </w:rPr>
        <w:t xml:space="preserve"> </w:t>
      </w:r>
      <w:r>
        <w:rPr>
          <w:rFonts w:eastAsia="B Nazanin" w:cs="B Nazanin"/>
        </w:rPr>
        <w:t>برنامه</w:t>
      </w:r>
      <w:r>
        <w:rPr>
          <w:rFonts w:eastAsia="B Nazanin" w:cs="B Nazanin"/>
        </w:rPr>
        <w:t>‌</w:t>
      </w:r>
      <w:r>
        <w:rPr>
          <w:rFonts w:eastAsia="B Nazanin" w:cs="B Nazanin"/>
        </w:rPr>
        <w:t>ای</w:t>
      </w:r>
      <w:r>
        <w:rPr>
          <w:rFonts w:eastAsia="B Nazanin" w:cs="B Nazanin"/>
        </w:rPr>
        <w:t xml:space="preserve"> </w:t>
      </w:r>
      <w:r>
        <w:rPr>
          <w:rFonts w:eastAsia="B Nazanin" w:cs="B Nazanin"/>
        </w:rPr>
        <w:t>به</w:t>
      </w:r>
      <w:r>
        <w:rPr>
          <w:rFonts w:eastAsia="B Nazanin" w:cs="B Nazanin"/>
        </w:rPr>
        <w:t>‌</w:t>
      </w:r>
      <w:r>
        <w:rPr>
          <w:rFonts w:eastAsia="B Nazanin" w:cs="B Nazanin"/>
        </w:rPr>
        <w:t>تنهایی</w:t>
      </w:r>
      <w:r>
        <w:rPr>
          <w:rFonts w:eastAsia="B Nazanin" w:cs="B Nazanin"/>
        </w:rPr>
        <w:t xml:space="preserve"> </w:t>
      </w:r>
      <w:r>
        <w:rPr>
          <w:rFonts w:eastAsia="B Nazanin" w:cs="B Nazanin"/>
        </w:rPr>
        <w:t>جای</w:t>
      </w:r>
      <w:r>
        <w:rPr>
          <w:rFonts w:eastAsia="B Nazanin" w:cs="B Nazanin"/>
        </w:rPr>
        <w:t xml:space="preserve"> </w:t>
      </w:r>
      <w:r>
        <w:rPr>
          <w:rFonts w:eastAsia="B Nazanin" w:cs="B Nazanin"/>
        </w:rPr>
        <w:t>استفاده</w:t>
      </w:r>
      <w:r>
        <w:rPr>
          <w:rFonts w:eastAsia="B Nazanin" w:cs="B Nazanin"/>
        </w:rPr>
        <w:t xml:space="preserve"> </w:t>
      </w:r>
      <w:r>
        <w:rPr>
          <w:rFonts w:eastAsia="B Nazanin" w:cs="B Nazanin"/>
        </w:rPr>
        <w:t>واقعی</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زبان</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نمی</w:t>
      </w:r>
      <w:r>
        <w:rPr>
          <w:rFonts w:eastAsia="B Nazanin" w:cs="B Nazanin"/>
        </w:rPr>
        <w:t>‌</w:t>
      </w:r>
      <w:r>
        <w:rPr>
          <w:rFonts w:eastAsia="B Nazanin" w:cs="B Nazanin"/>
        </w:rPr>
        <w:t>گیرد</w:t>
      </w:r>
      <w:r>
        <w:rPr>
          <w:rFonts w:eastAsia="B Nazanin" w:cs="B Nazanin"/>
        </w:rPr>
        <w:t xml:space="preserve">. </w:t>
      </w:r>
      <w:r>
        <w:rPr>
          <w:rFonts w:eastAsia="B Nazanin" w:cs="B Nazanin"/>
        </w:rPr>
        <w:t>همچنین</w:t>
      </w:r>
      <w:r>
        <w:rPr>
          <w:rFonts w:eastAsia="B Nazanin" w:cs="B Nazanin"/>
        </w:rPr>
        <w:t xml:space="preserve"> </w:t>
      </w:r>
      <w:r>
        <w:rPr>
          <w:rFonts w:eastAsia="B Nazanin" w:cs="B Nazanin"/>
        </w:rPr>
        <w:t>بهتر</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اطلاعات</w:t>
      </w:r>
      <w:r>
        <w:rPr>
          <w:rFonts w:eastAsia="B Nazanin" w:cs="B Nazanin"/>
        </w:rPr>
        <w:t xml:space="preserve"> </w:t>
      </w:r>
      <w:r>
        <w:rPr>
          <w:rFonts w:eastAsia="B Nazanin" w:cs="B Nazanin"/>
        </w:rPr>
        <w:t>نادرست</w:t>
      </w:r>
      <w:r>
        <w:rPr>
          <w:rFonts w:eastAsia="B Nazanin" w:cs="B Nazanin"/>
        </w:rPr>
        <w:t xml:space="preserve"> </w:t>
      </w:r>
      <w:r>
        <w:rPr>
          <w:rFonts w:eastAsia="B Nazanin" w:cs="B Nazanin"/>
        </w:rPr>
        <w:t>یا</w:t>
      </w:r>
      <w:r>
        <w:rPr>
          <w:rFonts w:eastAsia="B Nazanin" w:cs="B Nazanin"/>
        </w:rPr>
        <w:t xml:space="preserve"> </w:t>
      </w:r>
      <w:r>
        <w:rPr>
          <w:rFonts w:eastAsia="B Nazanin" w:cs="B Nazanin"/>
        </w:rPr>
        <w:t>پیشنهادهای</w:t>
      </w:r>
      <w:r>
        <w:rPr>
          <w:rFonts w:eastAsia="B Nazanin" w:cs="B Nazanin"/>
        </w:rPr>
        <w:t xml:space="preserve"> </w:t>
      </w:r>
      <w:r>
        <w:rPr>
          <w:rFonts w:eastAsia="B Nazanin" w:cs="B Nazanin"/>
        </w:rPr>
        <w:t>آموزشی</w:t>
      </w:r>
      <w:r>
        <w:rPr>
          <w:rFonts w:eastAsia="B Nazanin" w:cs="B Nazanin"/>
        </w:rPr>
        <w:t xml:space="preserve"> </w:t>
      </w:r>
      <w:r>
        <w:rPr>
          <w:rFonts w:eastAsia="B Nazanin" w:cs="B Nazanin"/>
        </w:rPr>
        <w:t>ابزارها</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بدون</w:t>
      </w:r>
      <w:r>
        <w:rPr>
          <w:rFonts w:eastAsia="B Nazanin" w:cs="B Nazanin"/>
        </w:rPr>
        <w:t xml:space="preserve"> </w:t>
      </w:r>
      <w:r>
        <w:rPr>
          <w:rFonts w:eastAsia="B Nazanin" w:cs="B Nazanin"/>
        </w:rPr>
        <w:t>بررسی</w:t>
      </w:r>
      <w:r>
        <w:rPr>
          <w:rFonts w:eastAsia="B Nazanin" w:cs="B Nazanin"/>
        </w:rPr>
        <w:t xml:space="preserve"> </w:t>
      </w:r>
      <w:r>
        <w:rPr>
          <w:rFonts w:eastAsia="B Nazanin" w:cs="B Nazanin"/>
        </w:rPr>
        <w:t>نپذیرید</w:t>
      </w:r>
      <w:r>
        <w:rPr>
          <w:rFonts w:eastAsia="B Nazanin" w:cs="B Nazanin"/>
        </w:rPr>
        <w:t xml:space="preserve">. </w:t>
      </w:r>
      <w:r>
        <w:rPr>
          <w:rFonts w:eastAsia="B Nazanin" w:cs="B Nazanin"/>
        </w:rPr>
        <w:t>اگر</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مثال</w:t>
      </w:r>
      <w:r>
        <w:rPr>
          <w:rFonts w:eastAsia="B Nazanin" w:cs="B Nazanin"/>
        </w:rPr>
        <w:t xml:space="preserve"> </w:t>
      </w:r>
      <w:r>
        <w:rPr>
          <w:rFonts w:eastAsia="B Nazanin" w:cs="B Nazanin"/>
        </w:rPr>
        <w:t>برایتان</w:t>
      </w:r>
      <w:r>
        <w:rPr>
          <w:rFonts w:eastAsia="B Nazanin" w:cs="B Nazanin"/>
        </w:rPr>
        <w:t xml:space="preserve"> </w:t>
      </w:r>
      <w:r>
        <w:rPr>
          <w:rFonts w:eastAsia="B Nazanin" w:cs="B Nazanin"/>
        </w:rPr>
        <w:t>نامفهوم</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آن</w:t>
      </w:r>
      <w:r>
        <w:rPr>
          <w:rFonts w:eastAsia="B Nazanin" w:cs="B Nazanin"/>
        </w:rPr>
        <w:t xml:space="preserve"> </w:t>
      </w:r>
      <w:r>
        <w:rPr>
          <w:rFonts w:eastAsia="B Nazanin" w:cs="B Nazanin"/>
        </w:rPr>
        <w:t>را</w:t>
      </w:r>
      <w:r>
        <w:rPr>
          <w:rFonts w:eastAsia="B Nazanin" w:cs="B Nazanin"/>
        </w:rPr>
        <w:t xml:space="preserve"> </w:t>
      </w:r>
      <w:proofErr w:type="spellStart"/>
      <w:r>
        <w:rPr>
          <w:rFonts w:eastAsia="B Nazanin" w:cs="B Nazanin"/>
        </w:rPr>
        <w:t>با</w:t>
      </w:r>
      <w:proofErr w:type="spellEnd"/>
      <w:r>
        <w:rPr>
          <w:rFonts w:eastAsia="B Nazanin" w:cs="B Nazanin"/>
        </w:rPr>
        <w:t xml:space="preserve"> </w:t>
      </w:r>
      <w:proofErr w:type="spellStart"/>
      <w:r>
        <w:rPr>
          <w:rFonts w:eastAsia="B Nazanin" w:cs="B Nazanin"/>
        </w:rPr>
        <w:t>فرهنگ</w:t>
      </w:r>
      <w:proofErr w:type="spellEnd"/>
      <w:r>
        <w:rPr>
          <w:rFonts w:eastAsia="B Nazanin" w:cs="B Nazanin"/>
        </w:rPr>
        <w:t xml:space="preserve"> </w:t>
      </w:r>
      <w:proofErr w:type="spellStart"/>
      <w:r>
        <w:rPr>
          <w:rFonts w:eastAsia="B Nazanin" w:cs="B Nazanin"/>
        </w:rPr>
        <w:t>لغت</w:t>
      </w:r>
      <w:proofErr w:type="spellEnd"/>
      <w:r>
        <w:rPr>
          <w:rFonts w:eastAsia="B Nazanin" w:cs="B Nazanin"/>
        </w:rPr>
        <w:t xml:space="preserve"> </w:t>
      </w:r>
      <w:proofErr w:type="spellStart"/>
      <w:r>
        <w:rPr>
          <w:rFonts w:eastAsia="B Nazanin" w:cs="B Nazanin"/>
        </w:rPr>
        <w:t>یا</w:t>
      </w:r>
      <w:proofErr w:type="spellEnd"/>
      <w:r>
        <w:rPr>
          <w:rFonts w:eastAsia="B Nazanin" w:cs="B Nazanin"/>
        </w:rPr>
        <w:t xml:space="preserve"> </w:t>
      </w:r>
      <w:proofErr w:type="spellStart"/>
      <w:r>
        <w:rPr>
          <w:rFonts w:eastAsia="B Nazanin" w:cs="B Nazanin"/>
        </w:rPr>
        <w:t>معلم</w:t>
      </w:r>
      <w:proofErr w:type="spellEnd"/>
      <w:r>
        <w:rPr>
          <w:rFonts w:eastAsia="B Nazanin" w:cs="B Nazanin"/>
        </w:rPr>
        <w:t xml:space="preserve"> </w:t>
      </w:r>
      <w:proofErr w:type="spellStart"/>
      <w:r>
        <w:rPr>
          <w:rFonts w:eastAsia="B Nazanin" w:cs="B Nazanin"/>
        </w:rPr>
        <w:t>بررسی</w:t>
      </w:r>
      <w:proofErr w:type="spellEnd"/>
      <w:r>
        <w:rPr>
          <w:rFonts w:eastAsia="B Nazanin" w:cs="B Nazanin"/>
        </w:rPr>
        <w:t xml:space="preserve"> </w:t>
      </w:r>
      <w:proofErr w:type="spellStart"/>
      <w:r>
        <w:rPr>
          <w:rFonts w:eastAsia="B Nazanin" w:cs="B Nazanin"/>
        </w:rPr>
        <w:t>کنید</w:t>
      </w:r>
      <w:proofErr w:type="spellEnd"/>
      <w:r w:rsidR="00C60EF8">
        <w:rPr>
          <w:rFonts w:eastAsia="B Nazanin" w:cs="B Nazanin" w:hint="cs"/>
          <w:rtl/>
        </w:rPr>
        <w:t>.</w:t>
      </w:r>
    </w:p>
    <w:p w14:paraId="39F59106" w14:textId="1492EBED" w:rsidR="006A2542" w:rsidRDefault="007F2F21" w:rsidP="002159CC">
      <w:pPr>
        <w:bidi/>
      </w:pPr>
      <w:r>
        <w:rPr>
          <w:rFonts w:eastAsia="B Nazanin" w:cs="B Nazanin"/>
        </w:rPr>
        <w:t>برای</w:t>
      </w:r>
      <w:r>
        <w:rPr>
          <w:rFonts w:eastAsia="B Nazanin" w:cs="B Nazanin"/>
        </w:rPr>
        <w:t xml:space="preserve"> </w:t>
      </w:r>
      <w:r>
        <w:rPr>
          <w:rFonts w:eastAsia="B Nazanin" w:cs="B Nazanin"/>
        </w:rPr>
        <w:t>این</w:t>
      </w:r>
      <w:r>
        <w:rPr>
          <w:rFonts w:eastAsia="B Nazanin" w:cs="B Nazanin"/>
        </w:rPr>
        <w:t>که</w:t>
      </w:r>
      <w:r>
        <w:rPr>
          <w:rFonts w:eastAsia="B Nazanin" w:cs="B Nazanin"/>
        </w:rPr>
        <w:t xml:space="preserve"> </w:t>
      </w:r>
      <w:r>
        <w:rPr>
          <w:rFonts w:eastAsia="B Nazanin" w:cs="B Nazanin"/>
        </w:rPr>
        <w:t>استفاده</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فناوری</w:t>
      </w:r>
      <w:r>
        <w:rPr>
          <w:rFonts w:eastAsia="B Nazanin" w:cs="B Nazanin"/>
        </w:rPr>
        <w:t xml:space="preserve"> </w:t>
      </w:r>
      <w:r>
        <w:rPr>
          <w:rFonts w:eastAsia="B Nazanin" w:cs="B Nazanin"/>
        </w:rPr>
        <w:t>هدفمند</w:t>
      </w:r>
      <w:r>
        <w:rPr>
          <w:rFonts w:eastAsia="B Nazanin" w:cs="B Nazanin"/>
        </w:rPr>
        <w:t xml:space="preserve"> </w:t>
      </w:r>
      <w:r>
        <w:rPr>
          <w:rFonts w:eastAsia="B Nazanin" w:cs="B Nazanin"/>
        </w:rPr>
        <w:t>باشد،</w:t>
      </w:r>
      <w:r>
        <w:rPr>
          <w:rFonts w:eastAsia="B Nazanin" w:cs="B Nazanin"/>
        </w:rPr>
        <w:t xml:space="preserve"> </w:t>
      </w:r>
      <w:r>
        <w:rPr>
          <w:rFonts w:eastAsia="B Nazanin" w:cs="B Nazanin"/>
        </w:rPr>
        <w:t>پیش</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باز</w:t>
      </w:r>
      <w:r>
        <w:rPr>
          <w:rFonts w:eastAsia="B Nazanin" w:cs="B Nazanin"/>
        </w:rPr>
        <w:t xml:space="preserve"> </w:t>
      </w:r>
      <w:r>
        <w:rPr>
          <w:rFonts w:eastAsia="B Nazanin" w:cs="B Nazanin"/>
        </w:rPr>
        <w:t>کردن</w:t>
      </w:r>
      <w:r>
        <w:rPr>
          <w:rFonts w:eastAsia="B Nazanin" w:cs="B Nazanin"/>
        </w:rPr>
        <w:t xml:space="preserve"> </w:t>
      </w:r>
      <w:r>
        <w:rPr>
          <w:rFonts w:eastAsia="B Nazanin" w:cs="B Nazanin"/>
        </w:rPr>
        <w:t>برنامه</w:t>
      </w:r>
      <w:r>
        <w:rPr>
          <w:rFonts w:eastAsia="B Nazanin" w:cs="B Nazanin"/>
        </w:rPr>
        <w:t xml:space="preserve"> </w:t>
      </w:r>
      <w:r>
        <w:rPr>
          <w:rFonts w:eastAsia="B Nazanin" w:cs="B Nazanin"/>
        </w:rPr>
        <w:t>مشخص</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چه</w:t>
      </w:r>
      <w:r>
        <w:rPr>
          <w:rFonts w:eastAsia="B Nazanin" w:cs="B Nazanin"/>
        </w:rPr>
        <w:t xml:space="preserve"> </w:t>
      </w:r>
      <w:r>
        <w:rPr>
          <w:rFonts w:eastAsia="B Nazanin" w:cs="B Nazanin"/>
        </w:rPr>
        <w:t>کاری</w:t>
      </w:r>
      <w:r>
        <w:rPr>
          <w:rFonts w:eastAsia="B Nazanin" w:cs="B Nazanin"/>
        </w:rPr>
        <w:t xml:space="preserve"> </w:t>
      </w:r>
      <w:r>
        <w:rPr>
          <w:rFonts w:eastAsia="B Nazanin" w:cs="B Nazanin"/>
        </w:rPr>
        <w:t>می</w:t>
      </w:r>
      <w:r>
        <w:rPr>
          <w:rFonts w:eastAsia="B Nazanin" w:cs="B Nazanin"/>
        </w:rPr>
        <w:t>‌</w:t>
      </w:r>
      <w:r>
        <w:rPr>
          <w:rFonts w:eastAsia="B Nazanin" w:cs="B Nazanin"/>
        </w:rPr>
        <w:t>خواهید</w:t>
      </w:r>
      <w:r>
        <w:rPr>
          <w:rFonts w:eastAsia="B Nazanin" w:cs="B Nazanin"/>
        </w:rPr>
        <w:t xml:space="preserve"> </w:t>
      </w:r>
      <w:r>
        <w:rPr>
          <w:rFonts w:eastAsia="B Nazanin" w:cs="B Nazanin"/>
        </w:rPr>
        <w:t>انجام</w:t>
      </w:r>
      <w:r>
        <w:rPr>
          <w:rFonts w:eastAsia="B Nazanin" w:cs="B Nazanin"/>
        </w:rPr>
        <w:t xml:space="preserve"> </w:t>
      </w:r>
      <w:r>
        <w:rPr>
          <w:rFonts w:eastAsia="B Nazanin" w:cs="B Nazanin"/>
        </w:rPr>
        <w:t>دهید؛</w:t>
      </w:r>
      <w:r>
        <w:rPr>
          <w:rFonts w:eastAsia="B Nazanin" w:cs="B Nazanin"/>
        </w:rPr>
        <w:t xml:space="preserve"> </w:t>
      </w:r>
      <w:r>
        <w:rPr>
          <w:rFonts w:eastAsia="B Nazanin" w:cs="B Nazanin"/>
        </w:rPr>
        <w:t>مثلاً</w:t>
      </w:r>
      <w:r>
        <w:rPr>
          <w:rFonts w:eastAsia="B Nazanin" w:cs="B Nazanin"/>
        </w:rPr>
        <w:t xml:space="preserve"> </w:t>
      </w:r>
      <w:r>
        <w:rPr>
          <w:rFonts w:eastAsia="B Nazanin" w:cs="B Nazanin"/>
        </w:rPr>
        <w:t>یادگیری</w:t>
      </w:r>
      <w:r>
        <w:rPr>
          <w:rFonts w:eastAsia="B Nazanin" w:cs="B Nazanin"/>
        </w:rPr>
        <w:t xml:space="preserve"> </w:t>
      </w:r>
      <w:r>
        <w:rPr>
          <w:rFonts w:eastAsia="B Nazanin" w:cs="B Nazanin"/>
        </w:rPr>
        <w:t>پنج</w:t>
      </w:r>
      <w:r>
        <w:rPr>
          <w:rFonts w:eastAsia="B Nazanin" w:cs="B Nazanin"/>
        </w:rPr>
        <w:t xml:space="preserve"> </w:t>
      </w:r>
      <w:r>
        <w:rPr>
          <w:rFonts w:eastAsia="B Nazanin" w:cs="B Nazanin"/>
        </w:rPr>
        <w:t>عبارت</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ویدیو</w:t>
      </w:r>
      <w:r>
        <w:rPr>
          <w:rFonts w:eastAsia="B Nazanin" w:cs="B Nazanin"/>
        </w:rPr>
        <w:t xml:space="preserve"> </w:t>
      </w:r>
      <w:r>
        <w:rPr>
          <w:rFonts w:eastAsia="B Nazanin" w:cs="B Nazanin"/>
        </w:rPr>
        <w:t>یا</w:t>
      </w:r>
      <w:r>
        <w:rPr>
          <w:rFonts w:eastAsia="B Nazanin" w:cs="B Nazanin"/>
        </w:rPr>
        <w:t xml:space="preserve"> </w:t>
      </w:r>
      <w:r>
        <w:rPr>
          <w:rFonts w:eastAsia="B Nazanin" w:cs="B Nazanin"/>
        </w:rPr>
        <w:t>تمرین</w:t>
      </w:r>
      <w:r>
        <w:rPr>
          <w:rFonts w:eastAsia="B Nazanin" w:cs="B Nazanin"/>
        </w:rPr>
        <w:t xml:space="preserve"> </w:t>
      </w:r>
      <w:r>
        <w:rPr>
          <w:rFonts w:eastAsia="B Nazanin" w:cs="B Nazanin"/>
        </w:rPr>
        <w:t>پرسش</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پاسخ</w:t>
      </w:r>
      <w:r>
        <w:rPr>
          <w:rFonts w:eastAsia="B Nazanin" w:cs="B Nazanin"/>
        </w:rPr>
        <w:t xml:space="preserve"> </w:t>
      </w:r>
      <w:r>
        <w:rPr>
          <w:rFonts w:eastAsia="B Nazanin" w:cs="B Nazanin"/>
        </w:rPr>
        <w:t>درباره</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موضوع</w:t>
      </w:r>
      <w:r>
        <w:rPr>
          <w:rFonts w:eastAsia="B Nazanin" w:cs="B Nazanin"/>
        </w:rPr>
        <w:t xml:space="preserve">. </w:t>
      </w:r>
      <w:r>
        <w:rPr>
          <w:rFonts w:eastAsia="B Nazanin" w:cs="B Nazanin"/>
        </w:rPr>
        <w:t>این</w:t>
      </w:r>
      <w:r>
        <w:rPr>
          <w:rFonts w:eastAsia="B Nazanin" w:cs="B Nazanin"/>
        </w:rPr>
        <w:t xml:space="preserve"> </w:t>
      </w:r>
      <w:r>
        <w:rPr>
          <w:rFonts w:eastAsia="B Nazanin" w:cs="B Nazanin"/>
        </w:rPr>
        <w:t>کار</w:t>
      </w:r>
      <w:r>
        <w:rPr>
          <w:rFonts w:eastAsia="B Nazanin" w:cs="B Nazanin"/>
        </w:rPr>
        <w:t xml:space="preserve"> </w:t>
      </w:r>
      <w:r>
        <w:rPr>
          <w:rFonts w:eastAsia="B Nazanin" w:cs="B Nazanin"/>
        </w:rPr>
        <w:t>مانع</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آن</w:t>
      </w:r>
      <w:r>
        <w:rPr>
          <w:rFonts w:eastAsia="B Nazanin" w:cs="B Nazanin"/>
        </w:rPr>
        <w:t xml:space="preserve"> </w:t>
      </w:r>
      <w:r>
        <w:rPr>
          <w:rFonts w:eastAsia="B Nazanin" w:cs="B Nazanin"/>
        </w:rPr>
        <w:t>می</w:t>
      </w:r>
      <w:r>
        <w:rPr>
          <w:rFonts w:eastAsia="B Nazanin" w:cs="B Nazanin"/>
        </w:rPr>
        <w:t>‌</w:t>
      </w:r>
      <w:r>
        <w:rPr>
          <w:rFonts w:eastAsia="B Nazanin" w:cs="B Nazanin"/>
        </w:rPr>
        <w:t>شود</w:t>
      </w:r>
      <w:r>
        <w:rPr>
          <w:rFonts w:eastAsia="B Nazanin" w:cs="B Nazanin"/>
        </w:rPr>
        <w:t xml:space="preserve"> </w:t>
      </w:r>
      <w:r>
        <w:rPr>
          <w:rFonts w:eastAsia="B Nazanin" w:cs="B Nazanin"/>
        </w:rPr>
        <w:t>که</w:t>
      </w:r>
      <w:r>
        <w:rPr>
          <w:rFonts w:eastAsia="B Nazanin" w:cs="B Nazanin"/>
        </w:rPr>
        <w:t xml:space="preserve"> </w:t>
      </w:r>
      <w:r>
        <w:rPr>
          <w:rFonts w:eastAsia="B Nazanin" w:cs="B Nazanin"/>
        </w:rPr>
        <w:t>زمان</w:t>
      </w:r>
      <w:r>
        <w:rPr>
          <w:rFonts w:eastAsia="B Nazanin" w:cs="B Nazanin"/>
        </w:rPr>
        <w:t xml:space="preserve"> </w:t>
      </w:r>
      <w:r>
        <w:rPr>
          <w:rFonts w:eastAsia="B Nazanin" w:cs="B Nazanin"/>
        </w:rPr>
        <w:t>زیادی</w:t>
      </w:r>
      <w:r>
        <w:rPr>
          <w:rFonts w:eastAsia="B Nazanin" w:cs="B Nazanin"/>
        </w:rPr>
        <w:t xml:space="preserve"> </w:t>
      </w:r>
      <w:r>
        <w:rPr>
          <w:rFonts w:eastAsia="B Nazanin" w:cs="B Nazanin"/>
        </w:rPr>
        <w:t>صرف</w:t>
      </w:r>
      <w:r>
        <w:rPr>
          <w:rFonts w:eastAsia="B Nazanin" w:cs="B Nazanin"/>
        </w:rPr>
        <w:t xml:space="preserve"> </w:t>
      </w:r>
      <w:r>
        <w:rPr>
          <w:rFonts w:eastAsia="B Nazanin" w:cs="B Nazanin"/>
        </w:rPr>
        <w:t>جابه</w:t>
      </w:r>
      <w:r>
        <w:rPr>
          <w:rFonts w:eastAsia="B Nazanin" w:cs="B Nazanin"/>
        </w:rPr>
        <w:t>‌</w:t>
      </w:r>
      <w:r>
        <w:rPr>
          <w:rFonts w:eastAsia="B Nazanin" w:cs="B Nazanin"/>
        </w:rPr>
        <w:t>جایی</w:t>
      </w:r>
      <w:r>
        <w:rPr>
          <w:rFonts w:eastAsia="B Nazanin" w:cs="B Nazanin"/>
        </w:rPr>
        <w:t xml:space="preserve"> </w:t>
      </w:r>
      <w:r>
        <w:rPr>
          <w:rFonts w:eastAsia="B Nazanin" w:cs="B Nazanin"/>
        </w:rPr>
        <w:t>میان</w:t>
      </w:r>
      <w:r>
        <w:rPr>
          <w:rFonts w:eastAsia="B Nazanin" w:cs="B Nazanin"/>
        </w:rPr>
        <w:t xml:space="preserve"> </w:t>
      </w:r>
      <w:r>
        <w:rPr>
          <w:rFonts w:eastAsia="B Nazanin" w:cs="B Nazanin"/>
        </w:rPr>
        <w:t>برنامه</w:t>
      </w:r>
      <w:r>
        <w:rPr>
          <w:rFonts w:eastAsia="B Nazanin" w:cs="B Nazanin"/>
        </w:rPr>
        <w:t>‌</w:t>
      </w:r>
      <w:r>
        <w:rPr>
          <w:rFonts w:eastAsia="B Nazanin" w:cs="B Nazanin"/>
        </w:rPr>
        <w:t>ها</w:t>
      </w:r>
      <w:r>
        <w:rPr>
          <w:rFonts w:eastAsia="B Nazanin" w:cs="B Nazanin"/>
        </w:rPr>
        <w:t xml:space="preserve"> </w:t>
      </w:r>
      <w:r>
        <w:rPr>
          <w:rFonts w:eastAsia="B Nazanin" w:cs="B Nazanin"/>
        </w:rPr>
        <w:t>شود،</w:t>
      </w:r>
      <w:r>
        <w:rPr>
          <w:rFonts w:eastAsia="B Nazanin" w:cs="B Nazanin"/>
        </w:rPr>
        <w:t xml:space="preserve"> </w:t>
      </w:r>
      <w:proofErr w:type="spellStart"/>
      <w:r>
        <w:rPr>
          <w:rFonts w:eastAsia="B Nazanin" w:cs="B Nazanin"/>
        </w:rPr>
        <w:t>بدون</w:t>
      </w:r>
      <w:proofErr w:type="spellEnd"/>
      <w:r>
        <w:rPr>
          <w:rFonts w:eastAsia="B Nazanin" w:cs="B Nazanin"/>
        </w:rPr>
        <w:t xml:space="preserve"> </w:t>
      </w:r>
      <w:proofErr w:type="spellStart"/>
      <w:r>
        <w:rPr>
          <w:rFonts w:eastAsia="B Nazanin" w:cs="B Nazanin"/>
        </w:rPr>
        <w:t>آنکه</w:t>
      </w:r>
      <w:proofErr w:type="spellEnd"/>
      <w:r>
        <w:rPr>
          <w:rFonts w:eastAsia="B Nazanin" w:cs="B Nazanin"/>
        </w:rPr>
        <w:t xml:space="preserve"> </w:t>
      </w:r>
      <w:proofErr w:type="spellStart"/>
      <w:r>
        <w:rPr>
          <w:rFonts w:eastAsia="B Nazanin" w:cs="B Nazanin"/>
        </w:rPr>
        <w:t>ت</w:t>
      </w:r>
      <w:r>
        <w:rPr>
          <w:rFonts w:eastAsia="B Nazanin" w:cs="B Nazanin"/>
        </w:rPr>
        <w:t>مرین</w:t>
      </w:r>
      <w:proofErr w:type="spellEnd"/>
      <w:r>
        <w:rPr>
          <w:rFonts w:eastAsia="B Nazanin" w:cs="B Nazanin"/>
        </w:rPr>
        <w:t xml:space="preserve"> </w:t>
      </w:r>
      <w:proofErr w:type="spellStart"/>
      <w:r>
        <w:rPr>
          <w:rFonts w:eastAsia="B Nazanin" w:cs="B Nazanin"/>
        </w:rPr>
        <w:t>مشخصی</w:t>
      </w:r>
      <w:proofErr w:type="spellEnd"/>
      <w:r>
        <w:rPr>
          <w:rFonts w:eastAsia="B Nazanin" w:cs="B Nazanin"/>
        </w:rPr>
        <w:t xml:space="preserve"> </w:t>
      </w:r>
      <w:proofErr w:type="spellStart"/>
      <w:r>
        <w:rPr>
          <w:rFonts w:eastAsia="B Nazanin" w:cs="B Nazanin"/>
        </w:rPr>
        <w:t>انجام</w:t>
      </w:r>
      <w:proofErr w:type="spellEnd"/>
      <w:r>
        <w:rPr>
          <w:rFonts w:eastAsia="B Nazanin" w:cs="B Nazanin"/>
        </w:rPr>
        <w:t xml:space="preserve"> </w:t>
      </w:r>
      <w:proofErr w:type="spellStart"/>
      <w:r>
        <w:rPr>
          <w:rFonts w:eastAsia="B Nazanin" w:cs="B Nazanin"/>
        </w:rPr>
        <w:t>شده</w:t>
      </w:r>
      <w:proofErr w:type="spellEnd"/>
      <w:r>
        <w:rPr>
          <w:rFonts w:eastAsia="B Nazanin" w:cs="B Nazanin"/>
        </w:rPr>
        <w:t xml:space="preserve"> </w:t>
      </w:r>
      <w:proofErr w:type="spellStart"/>
      <w:r>
        <w:rPr>
          <w:rFonts w:eastAsia="B Nazanin" w:cs="B Nazanin"/>
        </w:rPr>
        <w:t>باشد</w:t>
      </w:r>
      <w:proofErr w:type="spellEnd"/>
      <w:r w:rsidR="00C60EF8">
        <w:rPr>
          <w:rFonts w:eastAsia="B Nazanin" w:cs="B Nazanin" w:hint="cs"/>
          <w:rtl/>
        </w:rPr>
        <w:t>.</w:t>
      </w:r>
    </w:p>
    <w:p w14:paraId="1CC96D52" w14:textId="467C28AB" w:rsidR="006A2542" w:rsidRDefault="007F2F21" w:rsidP="00C60EF8">
      <w:pPr>
        <w:pStyle w:val="Heading1"/>
        <w:numPr>
          <w:ilvl w:val="0"/>
          <w:numId w:val="10"/>
        </w:numPr>
        <w:bidi/>
      </w:pPr>
      <w:proofErr w:type="spellStart"/>
      <w:r>
        <w:rPr>
          <w:rFonts w:ascii="B Nazanin" w:eastAsia="B Nazanin" w:hAnsi="B Nazanin" w:cs="B Nazanin"/>
        </w:rPr>
        <w:t>نقشه</w:t>
      </w:r>
      <w:proofErr w:type="spellEnd"/>
      <w:r>
        <w:rPr>
          <w:rFonts w:ascii="B Nazanin" w:eastAsia="B Nazanin" w:hAnsi="B Nazanin" w:cs="B Nazanin"/>
        </w:rPr>
        <w:t xml:space="preserve"> </w:t>
      </w:r>
      <w:proofErr w:type="spellStart"/>
      <w:r>
        <w:rPr>
          <w:rFonts w:ascii="B Nazanin" w:eastAsia="B Nazanin" w:hAnsi="B Nazanin" w:cs="B Nazanin"/>
        </w:rPr>
        <w:t>راه</w:t>
      </w:r>
      <w:proofErr w:type="spellEnd"/>
      <w:r>
        <w:rPr>
          <w:rFonts w:ascii="B Nazanin" w:eastAsia="B Nazanin" w:hAnsi="B Nazanin" w:cs="B Nazanin"/>
        </w:rPr>
        <w:t xml:space="preserve"> </w:t>
      </w:r>
      <w:proofErr w:type="spellStart"/>
      <w:r>
        <w:rPr>
          <w:rFonts w:ascii="B Nazanin" w:eastAsia="B Nazanin" w:hAnsi="B Nazanin" w:cs="B Nazanin"/>
        </w:rPr>
        <w:t>دوازده</w:t>
      </w:r>
      <w:r>
        <w:rPr>
          <w:rFonts w:ascii="B Nazanin" w:eastAsia="B Nazanin" w:hAnsi="B Nazanin" w:cs="B Nazanin"/>
        </w:rPr>
        <w:t>‌</w:t>
      </w:r>
      <w:r>
        <w:rPr>
          <w:rFonts w:ascii="B Nazanin" w:eastAsia="B Nazanin" w:hAnsi="B Nazanin" w:cs="B Nazanin"/>
        </w:rPr>
        <w:t>هفته</w:t>
      </w:r>
      <w:r>
        <w:rPr>
          <w:rFonts w:ascii="B Nazanin" w:eastAsia="B Nazanin" w:hAnsi="B Nazanin" w:cs="B Nazanin"/>
        </w:rPr>
        <w:t>‌</w:t>
      </w:r>
      <w:r>
        <w:rPr>
          <w:rFonts w:ascii="B Nazanin" w:eastAsia="B Nazanin" w:hAnsi="B Nazanin" w:cs="B Nazanin"/>
        </w:rPr>
        <w:t>ای</w:t>
      </w:r>
      <w:proofErr w:type="spellEnd"/>
    </w:p>
    <w:p w14:paraId="7673A9F8" w14:textId="055E348A" w:rsidR="006A2542" w:rsidRDefault="00C60EF8" w:rsidP="002159CC">
      <w:pPr>
        <w:bidi/>
      </w:pPr>
      <w:r>
        <w:rPr>
          <w:rFonts w:eastAsia="B Nazanin" w:cs="B Nazanin" w:hint="cs"/>
          <w:rtl/>
        </w:rPr>
        <w:t xml:space="preserve">   </w:t>
      </w:r>
      <w:proofErr w:type="spellStart"/>
      <w:r>
        <w:rPr>
          <w:rFonts w:eastAsia="B Nazanin" w:cs="B Nazanin"/>
        </w:rPr>
        <w:t>ماه</w:t>
      </w:r>
      <w:proofErr w:type="spellEnd"/>
      <w:r>
        <w:rPr>
          <w:rFonts w:eastAsia="B Nazanin" w:cs="B Nazanin"/>
        </w:rPr>
        <w:t xml:space="preserve"> </w:t>
      </w:r>
      <w:proofErr w:type="spellStart"/>
      <w:r>
        <w:rPr>
          <w:rFonts w:eastAsia="B Nazanin" w:cs="B Nazanin"/>
        </w:rPr>
        <w:t>اول</w:t>
      </w:r>
      <w:proofErr w:type="spellEnd"/>
      <w:r>
        <w:rPr>
          <w:rFonts w:eastAsia="B Nazanin" w:cs="B Nazanin"/>
        </w:rPr>
        <w:t xml:space="preserve">: </w:t>
      </w:r>
      <w:proofErr w:type="spellStart"/>
      <w:r>
        <w:rPr>
          <w:rFonts w:eastAsia="B Nazanin" w:cs="B Nazanin"/>
        </w:rPr>
        <w:t>ساختن</w:t>
      </w:r>
      <w:proofErr w:type="spellEnd"/>
      <w:r>
        <w:rPr>
          <w:rFonts w:eastAsia="B Nazanin" w:cs="B Nazanin"/>
        </w:rPr>
        <w:t xml:space="preserve"> </w:t>
      </w:r>
      <w:proofErr w:type="spellStart"/>
      <w:r>
        <w:rPr>
          <w:rFonts w:eastAsia="B Nazanin" w:cs="B Nazanin"/>
        </w:rPr>
        <w:t>پایه</w:t>
      </w:r>
      <w:proofErr w:type="spellEnd"/>
      <w:r>
        <w:rPr>
          <w:rFonts w:eastAsia="B Nazanin" w:cs="B Nazanin"/>
        </w:rPr>
        <w:t xml:space="preserve"> و عادت. در هفته اول، سطح فعلی خود را بررسی کنید، هدف‌ها را بنویسید و یک برنامه واقع‌بینانه تنظیم کنید. در هفته دوم، روی معرفی خود، برنامه روزانه و موضوع‌های آشنا تمرکز کنید. در هفته سوم، شنیدن فایل‌های کوتاه و یادگیری عبارت‌های کاربردی را افزایش دهید. در هفته چهارم، نمونه‌ای از صحبت و نوشتن خود تهیه کنید و </w:t>
      </w:r>
      <w:proofErr w:type="spellStart"/>
      <w:r>
        <w:rPr>
          <w:rFonts w:eastAsia="B Nazanin" w:cs="B Nazanin"/>
        </w:rPr>
        <w:t>پیشرفت</w:t>
      </w:r>
      <w:proofErr w:type="spellEnd"/>
      <w:r>
        <w:rPr>
          <w:rFonts w:eastAsia="B Nazanin" w:cs="B Nazanin"/>
        </w:rPr>
        <w:t xml:space="preserve"> </w:t>
      </w:r>
      <w:proofErr w:type="spellStart"/>
      <w:r>
        <w:rPr>
          <w:rFonts w:eastAsia="B Nazanin" w:cs="B Nazanin"/>
        </w:rPr>
        <w:t>را</w:t>
      </w:r>
      <w:proofErr w:type="spellEnd"/>
      <w:r>
        <w:rPr>
          <w:rFonts w:eastAsia="B Nazanin" w:cs="B Nazanin"/>
        </w:rPr>
        <w:t xml:space="preserve"> </w:t>
      </w:r>
      <w:proofErr w:type="spellStart"/>
      <w:r>
        <w:rPr>
          <w:rFonts w:eastAsia="B Nazanin" w:cs="B Nazanin"/>
        </w:rPr>
        <w:t>با</w:t>
      </w:r>
      <w:proofErr w:type="spellEnd"/>
      <w:r>
        <w:rPr>
          <w:rFonts w:eastAsia="B Nazanin" w:cs="B Nazanin"/>
        </w:rPr>
        <w:t xml:space="preserve"> </w:t>
      </w:r>
      <w:proofErr w:type="spellStart"/>
      <w:r>
        <w:rPr>
          <w:rFonts w:eastAsia="B Nazanin" w:cs="B Nazanin"/>
        </w:rPr>
        <w:t>نقطه</w:t>
      </w:r>
      <w:proofErr w:type="spellEnd"/>
      <w:r>
        <w:rPr>
          <w:rFonts w:eastAsia="B Nazanin" w:cs="B Nazanin"/>
        </w:rPr>
        <w:t xml:space="preserve"> </w:t>
      </w:r>
      <w:proofErr w:type="spellStart"/>
      <w:r>
        <w:rPr>
          <w:rFonts w:eastAsia="B Nazanin" w:cs="B Nazanin"/>
        </w:rPr>
        <w:t>شروع</w:t>
      </w:r>
      <w:proofErr w:type="spellEnd"/>
      <w:r>
        <w:rPr>
          <w:rFonts w:eastAsia="B Nazanin" w:cs="B Nazanin"/>
        </w:rPr>
        <w:t xml:space="preserve"> </w:t>
      </w:r>
      <w:proofErr w:type="spellStart"/>
      <w:r>
        <w:rPr>
          <w:rFonts w:eastAsia="B Nazanin" w:cs="B Nazanin"/>
        </w:rPr>
        <w:t>مقایسه</w:t>
      </w:r>
      <w:proofErr w:type="spellEnd"/>
      <w:r>
        <w:rPr>
          <w:rFonts w:eastAsia="B Nazanin" w:cs="B Nazanin"/>
        </w:rPr>
        <w:t xml:space="preserve"> </w:t>
      </w:r>
      <w:proofErr w:type="spellStart"/>
      <w:r>
        <w:rPr>
          <w:rFonts w:eastAsia="B Nazanin" w:cs="B Nazanin"/>
        </w:rPr>
        <w:t>کنید</w:t>
      </w:r>
      <w:proofErr w:type="spellEnd"/>
      <w:r>
        <w:rPr>
          <w:rFonts w:eastAsia="B Nazanin" w:cs="B Nazanin" w:hint="cs"/>
          <w:rtl/>
        </w:rPr>
        <w:t>.</w:t>
      </w:r>
    </w:p>
    <w:p w14:paraId="4E4C7E5D" w14:textId="7B2A7626" w:rsidR="006A2542" w:rsidRDefault="007F2F21" w:rsidP="002159CC">
      <w:pPr>
        <w:bidi/>
      </w:pPr>
      <w:r>
        <w:rPr>
          <w:rFonts w:eastAsia="B Nazanin" w:cs="B Nazanin"/>
        </w:rPr>
        <w:t>ماه</w:t>
      </w:r>
      <w:r>
        <w:rPr>
          <w:rFonts w:eastAsia="B Nazanin" w:cs="B Nazanin"/>
        </w:rPr>
        <w:t xml:space="preserve"> </w:t>
      </w:r>
      <w:r>
        <w:rPr>
          <w:rFonts w:eastAsia="B Nazanin" w:cs="B Nazanin"/>
        </w:rPr>
        <w:t>دوم</w:t>
      </w:r>
      <w:r>
        <w:rPr>
          <w:rFonts w:eastAsia="B Nazanin" w:cs="B Nazanin"/>
        </w:rPr>
        <w:t xml:space="preserve">: </w:t>
      </w:r>
      <w:r>
        <w:rPr>
          <w:rFonts w:eastAsia="B Nazanin" w:cs="B Nazanin"/>
        </w:rPr>
        <w:t>استفاده</w:t>
      </w:r>
      <w:r>
        <w:rPr>
          <w:rFonts w:eastAsia="B Nazanin" w:cs="B Nazanin"/>
        </w:rPr>
        <w:t xml:space="preserve"> </w:t>
      </w:r>
      <w:r>
        <w:rPr>
          <w:rFonts w:eastAsia="B Nazanin" w:cs="B Nazanin"/>
        </w:rPr>
        <w:t>فعال</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زبان</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هفته</w:t>
      </w:r>
      <w:r>
        <w:rPr>
          <w:rFonts w:eastAsia="B Nazanin" w:cs="B Nazanin"/>
        </w:rPr>
        <w:t xml:space="preserve"> </w:t>
      </w:r>
      <w:r>
        <w:rPr>
          <w:rFonts w:eastAsia="B Nazanin" w:cs="B Nazanin"/>
        </w:rPr>
        <w:t>پنجم،</w:t>
      </w:r>
      <w:r>
        <w:rPr>
          <w:rFonts w:eastAsia="B Nazanin" w:cs="B Nazanin"/>
        </w:rPr>
        <w:t xml:space="preserve"> </w:t>
      </w:r>
      <w:r>
        <w:rPr>
          <w:rFonts w:eastAsia="B Nazanin" w:cs="B Nazanin"/>
        </w:rPr>
        <w:t>پاسخ</w:t>
      </w:r>
      <w:r>
        <w:rPr>
          <w:rFonts w:eastAsia="B Nazanin" w:cs="B Nazanin"/>
        </w:rPr>
        <w:t>‌</w:t>
      </w:r>
      <w:r>
        <w:rPr>
          <w:rFonts w:eastAsia="B Nazanin" w:cs="B Nazanin"/>
        </w:rPr>
        <w:t>های</w:t>
      </w:r>
      <w:r>
        <w:rPr>
          <w:rFonts w:eastAsia="B Nazanin" w:cs="B Nazanin"/>
        </w:rPr>
        <w:t xml:space="preserve"> </w:t>
      </w:r>
      <w:r>
        <w:rPr>
          <w:rFonts w:eastAsia="B Nazanin" w:cs="B Nazanin"/>
        </w:rPr>
        <w:t>گفتاری</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طولانی</w:t>
      </w:r>
      <w:r>
        <w:rPr>
          <w:rFonts w:eastAsia="B Nazanin" w:cs="B Nazanin"/>
        </w:rPr>
        <w:t>‌</w:t>
      </w:r>
      <w:r>
        <w:rPr>
          <w:rFonts w:eastAsia="B Nazanin" w:cs="B Nazanin"/>
        </w:rPr>
        <w:t>تر</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دلیل</w:t>
      </w:r>
      <w:r>
        <w:rPr>
          <w:rFonts w:eastAsia="B Nazanin" w:cs="B Nazanin"/>
        </w:rPr>
        <w:t xml:space="preserve"> </w:t>
      </w:r>
      <w:r>
        <w:rPr>
          <w:rFonts w:eastAsia="B Nazanin" w:cs="B Nazanin"/>
        </w:rPr>
        <w:t>نظر</w:t>
      </w:r>
      <w:r>
        <w:rPr>
          <w:rFonts w:eastAsia="B Nazanin" w:cs="B Nazanin"/>
        </w:rPr>
        <w:t xml:space="preserve"> </w:t>
      </w:r>
      <w:r>
        <w:rPr>
          <w:rFonts w:eastAsia="B Nazanin" w:cs="B Nazanin"/>
        </w:rPr>
        <w:t>خود</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توضیح</w:t>
      </w:r>
      <w:r>
        <w:rPr>
          <w:rFonts w:eastAsia="B Nazanin" w:cs="B Nazanin"/>
        </w:rPr>
        <w:t xml:space="preserve"> </w:t>
      </w:r>
      <w:r>
        <w:rPr>
          <w:rFonts w:eastAsia="B Nazanin" w:cs="B Nazanin"/>
        </w:rPr>
        <w:t>دهید</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هفته</w:t>
      </w:r>
      <w:r>
        <w:rPr>
          <w:rFonts w:eastAsia="B Nazanin" w:cs="B Nazanin"/>
        </w:rPr>
        <w:t xml:space="preserve"> </w:t>
      </w:r>
      <w:r>
        <w:rPr>
          <w:rFonts w:eastAsia="B Nazanin" w:cs="B Nazanin"/>
        </w:rPr>
        <w:t>ششم،</w:t>
      </w:r>
      <w:r>
        <w:rPr>
          <w:rFonts w:eastAsia="B Nazanin" w:cs="B Nazanin"/>
        </w:rPr>
        <w:t xml:space="preserve"> </w:t>
      </w:r>
      <w:r>
        <w:rPr>
          <w:rFonts w:eastAsia="B Nazanin" w:cs="B Nazanin"/>
        </w:rPr>
        <w:t>متن</w:t>
      </w:r>
      <w:r>
        <w:rPr>
          <w:rFonts w:eastAsia="B Nazanin" w:cs="B Nazanin"/>
        </w:rPr>
        <w:t>‌</w:t>
      </w:r>
      <w:r>
        <w:rPr>
          <w:rFonts w:eastAsia="B Nazanin" w:cs="B Nazanin"/>
        </w:rPr>
        <w:t>های</w:t>
      </w:r>
      <w:r>
        <w:rPr>
          <w:rFonts w:eastAsia="B Nazanin" w:cs="B Nazanin"/>
        </w:rPr>
        <w:t xml:space="preserve"> </w:t>
      </w:r>
      <w:r>
        <w:rPr>
          <w:rFonts w:eastAsia="B Nazanin" w:cs="B Nazanin"/>
        </w:rPr>
        <w:t>سطح</w:t>
      </w:r>
      <w:r>
        <w:rPr>
          <w:rFonts w:eastAsia="B Nazanin" w:cs="B Nazanin"/>
        </w:rPr>
        <w:t>‌</w:t>
      </w:r>
      <w:r>
        <w:rPr>
          <w:rFonts w:eastAsia="B Nazanin" w:cs="B Nazanin"/>
        </w:rPr>
        <w:t>بندی</w:t>
      </w:r>
      <w:r>
        <w:rPr>
          <w:rFonts w:eastAsia="B Nazanin" w:cs="B Nazanin"/>
        </w:rPr>
        <w:t>‌</w:t>
      </w:r>
      <w:r>
        <w:rPr>
          <w:rFonts w:eastAsia="B Nazanin" w:cs="B Nazanin"/>
        </w:rPr>
        <w:t>شده</w:t>
      </w:r>
      <w:r>
        <w:rPr>
          <w:rFonts w:eastAsia="B Nazanin" w:cs="B Nazanin"/>
        </w:rPr>
        <w:t xml:space="preserve"> </w:t>
      </w:r>
      <w:r>
        <w:rPr>
          <w:rFonts w:eastAsia="B Nazanin" w:cs="B Nazanin"/>
        </w:rPr>
        <w:t>بخوانید</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خلاصه</w:t>
      </w:r>
      <w:r>
        <w:rPr>
          <w:rFonts w:eastAsia="B Nazanin" w:cs="B Nazanin"/>
        </w:rPr>
        <w:t xml:space="preserve"> </w:t>
      </w:r>
      <w:r>
        <w:rPr>
          <w:rFonts w:eastAsia="B Nazanin" w:cs="B Nazanin"/>
        </w:rPr>
        <w:t>بنویسید</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هفته</w:t>
      </w:r>
      <w:r>
        <w:rPr>
          <w:rFonts w:eastAsia="B Nazanin" w:cs="B Nazanin"/>
        </w:rPr>
        <w:t xml:space="preserve"> </w:t>
      </w:r>
      <w:r>
        <w:rPr>
          <w:rFonts w:eastAsia="B Nazanin" w:cs="B Nazanin"/>
        </w:rPr>
        <w:t>هفتم،</w:t>
      </w:r>
      <w:r>
        <w:rPr>
          <w:rFonts w:eastAsia="B Nazanin" w:cs="B Nazanin"/>
        </w:rPr>
        <w:t xml:space="preserve"> </w:t>
      </w:r>
      <w:r>
        <w:rPr>
          <w:rFonts w:eastAsia="B Nazanin" w:cs="B Nazanin"/>
        </w:rPr>
        <w:t>روی</w:t>
      </w:r>
      <w:r>
        <w:rPr>
          <w:rFonts w:eastAsia="B Nazanin" w:cs="B Nazanin"/>
        </w:rPr>
        <w:t xml:space="preserve"> </w:t>
      </w:r>
      <w:r>
        <w:rPr>
          <w:rFonts w:eastAsia="B Nazanin" w:cs="B Nazanin"/>
        </w:rPr>
        <w:t>ساختارهای</w:t>
      </w:r>
      <w:r>
        <w:rPr>
          <w:rFonts w:eastAsia="B Nazanin" w:cs="B Nazanin"/>
        </w:rPr>
        <w:t xml:space="preserve"> </w:t>
      </w:r>
      <w:r>
        <w:rPr>
          <w:rFonts w:eastAsia="B Nazanin" w:cs="B Nazanin"/>
        </w:rPr>
        <w:t>دستوری</w:t>
      </w:r>
      <w:r>
        <w:rPr>
          <w:rFonts w:eastAsia="B Nazanin" w:cs="B Nazanin"/>
        </w:rPr>
        <w:t>‌</w:t>
      </w:r>
      <w:r>
        <w:rPr>
          <w:rFonts w:eastAsia="B Nazanin" w:cs="B Nazanin"/>
        </w:rPr>
        <w:t>ای</w:t>
      </w:r>
      <w:r>
        <w:rPr>
          <w:rFonts w:eastAsia="B Nazanin" w:cs="B Nazanin"/>
        </w:rPr>
        <w:t xml:space="preserve"> </w:t>
      </w:r>
      <w:r>
        <w:rPr>
          <w:rFonts w:eastAsia="B Nazanin" w:cs="B Nazanin"/>
        </w:rPr>
        <w:t>کار</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که</w:t>
      </w:r>
      <w:r>
        <w:rPr>
          <w:rFonts w:eastAsia="B Nazanin" w:cs="B Nazanin"/>
        </w:rPr>
        <w:t xml:space="preserve"> </w:t>
      </w:r>
      <w:r>
        <w:rPr>
          <w:rFonts w:eastAsia="B Nazanin" w:cs="B Nazanin"/>
        </w:rPr>
        <w:t>هنگام</w:t>
      </w:r>
      <w:r>
        <w:rPr>
          <w:rFonts w:eastAsia="B Nazanin" w:cs="B Nazanin"/>
        </w:rPr>
        <w:t xml:space="preserve"> </w:t>
      </w:r>
      <w:r>
        <w:rPr>
          <w:rFonts w:eastAsia="B Nazanin" w:cs="B Nazanin"/>
        </w:rPr>
        <w:t>صحبت</w:t>
      </w:r>
      <w:r>
        <w:rPr>
          <w:rFonts w:eastAsia="B Nazanin" w:cs="B Nazanin"/>
        </w:rPr>
        <w:t xml:space="preserve"> </w:t>
      </w:r>
      <w:r>
        <w:rPr>
          <w:rFonts w:eastAsia="B Nazanin" w:cs="B Nazanin"/>
        </w:rPr>
        <w:t>یا</w:t>
      </w:r>
      <w:r>
        <w:rPr>
          <w:rFonts w:eastAsia="B Nazanin" w:cs="B Nazanin"/>
        </w:rPr>
        <w:t xml:space="preserve"> </w:t>
      </w:r>
      <w:r>
        <w:rPr>
          <w:rFonts w:eastAsia="B Nazanin" w:cs="B Nazanin"/>
        </w:rPr>
        <w:t>نوشتن</w:t>
      </w:r>
      <w:r>
        <w:rPr>
          <w:rFonts w:eastAsia="B Nazanin" w:cs="B Nazanin"/>
        </w:rPr>
        <w:t xml:space="preserve"> </w:t>
      </w:r>
      <w:r>
        <w:rPr>
          <w:rFonts w:eastAsia="B Nazanin" w:cs="B Nazanin"/>
        </w:rPr>
        <w:t>بیشتر</w:t>
      </w:r>
      <w:r>
        <w:rPr>
          <w:rFonts w:eastAsia="B Nazanin" w:cs="B Nazanin"/>
        </w:rPr>
        <w:t xml:space="preserve"> </w:t>
      </w:r>
      <w:r>
        <w:rPr>
          <w:rFonts w:eastAsia="B Nazanin" w:cs="B Nazanin"/>
        </w:rPr>
        <w:t>اشتباه</w:t>
      </w:r>
      <w:r>
        <w:rPr>
          <w:rFonts w:eastAsia="B Nazanin" w:cs="B Nazanin"/>
        </w:rPr>
        <w:t xml:space="preserve"> </w:t>
      </w:r>
      <w:r>
        <w:rPr>
          <w:rFonts w:eastAsia="B Nazanin" w:cs="B Nazanin"/>
        </w:rPr>
        <w:t>می</w:t>
      </w:r>
      <w:r>
        <w:rPr>
          <w:rFonts w:eastAsia="B Nazanin" w:cs="B Nazanin"/>
        </w:rPr>
        <w:t>‌</w:t>
      </w:r>
      <w:r>
        <w:rPr>
          <w:rFonts w:eastAsia="B Nazanin" w:cs="B Nazanin"/>
        </w:rPr>
        <w:t>کنید</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هفته</w:t>
      </w:r>
      <w:r>
        <w:rPr>
          <w:rFonts w:eastAsia="B Nazanin" w:cs="B Nazanin"/>
        </w:rPr>
        <w:t xml:space="preserve"> </w:t>
      </w:r>
      <w:r>
        <w:rPr>
          <w:rFonts w:eastAsia="B Nazanin" w:cs="B Nazanin"/>
        </w:rPr>
        <w:t>هشتم،</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مکالمه</w:t>
      </w:r>
      <w:r>
        <w:rPr>
          <w:rFonts w:eastAsia="B Nazanin" w:cs="B Nazanin"/>
        </w:rPr>
        <w:t xml:space="preserve"> </w:t>
      </w:r>
      <w:r>
        <w:rPr>
          <w:rFonts w:eastAsia="B Nazanin" w:cs="B Nazanin"/>
        </w:rPr>
        <w:t>طولانی</w:t>
      </w:r>
      <w:r>
        <w:rPr>
          <w:rFonts w:eastAsia="B Nazanin" w:cs="B Nazanin"/>
        </w:rPr>
        <w:t>‌</w:t>
      </w:r>
      <w:r>
        <w:rPr>
          <w:rFonts w:eastAsia="B Nazanin" w:cs="B Nazanin"/>
        </w:rPr>
        <w:t>تر</w:t>
      </w:r>
      <w:r>
        <w:rPr>
          <w:rFonts w:eastAsia="B Nazanin" w:cs="B Nazanin"/>
        </w:rPr>
        <w:t xml:space="preserve"> </w:t>
      </w:r>
      <w:r>
        <w:rPr>
          <w:rFonts w:eastAsia="B Nazanin" w:cs="B Nazanin"/>
        </w:rPr>
        <w:t>ضبط</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یا</w:t>
      </w:r>
      <w:r>
        <w:rPr>
          <w:rFonts w:eastAsia="B Nazanin" w:cs="B Nazanin"/>
        </w:rPr>
        <w:t xml:space="preserve"> </w:t>
      </w:r>
      <w:r>
        <w:rPr>
          <w:rFonts w:eastAsia="B Nazanin" w:cs="B Nazanin"/>
        </w:rPr>
        <w:t>با</w:t>
      </w:r>
      <w:r>
        <w:rPr>
          <w:rFonts w:eastAsia="B Nazanin" w:cs="B Nazanin"/>
        </w:rPr>
        <w:t xml:space="preserve"> </w:t>
      </w:r>
      <w:proofErr w:type="spellStart"/>
      <w:r>
        <w:rPr>
          <w:rFonts w:eastAsia="B Nazanin" w:cs="B Nazanin"/>
        </w:rPr>
        <w:t>فرد</w:t>
      </w:r>
      <w:proofErr w:type="spellEnd"/>
      <w:r>
        <w:rPr>
          <w:rFonts w:eastAsia="B Nazanin" w:cs="B Nazanin"/>
        </w:rPr>
        <w:t xml:space="preserve"> </w:t>
      </w:r>
      <w:proofErr w:type="spellStart"/>
      <w:r>
        <w:rPr>
          <w:rFonts w:eastAsia="B Nazanin" w:cs="B Nazanin"/>
        </w:rPr>
        <w:t>دیگری</w:t>
      </w:r>
      <w:proofErr w:type="spellEnd"/>
      <w:r>
        <w:rPr>
          <w:rFonts w:eastAsia="B Nazanin" w:cs="B Nazanin"/>
        </w:rPr>
        <w:t xml:space="preserve"> </w:t>
      </w:r>
      <w:proofErr w:type="spellStart"/>
      <w:r>
        <w:rPr>
          <w:rFonts w:eastAsia="B Nazanin" w:cs="B Nazanin"/>
        </w:rPr>
        <w:t>درباره</w:t>
      </w:r>
      <w:proofErr w:type="spellEnd"/>
      <w:r>
        <w:rPr>
          <w:rFonts w:eastAsia="B Nazanin" w:cs="B Nazanin"/>
        </w:rPr>
        <w:t xml:space="preserve"> </w:t>
      </w:r>
      <w:proofErr w:type="spellStart"/>
      <w:r>
        <w:rPr>
          <w:rFonts w:eastAsia="B Nazanin" w:cs="B Nazanin"/>
        </w:rPr>
        <w:t>موضوعی</w:t>
      </w:r>
      <w:proofErr w:type="spellEnd"/>
      <w:r>
        <w:rPr>
          <w:rFonts w:eastAsia="B Nazanin" w:cs="B Nazanin"/>
        </w:rPr>
        <w:t xml:space="preserve"> </w:t>
      </w:r>
      <w:proofErr w:type="spellStart"/>
      <w:r>
        <w:rPr>
          <w:rFonts w:eastAsia="B Nazanin" w:cs="B Nazanin"/>
        </w:rPr>
        <w:t>آشنا</w:t>
      </w:r>
      <w:proofErr w:type="spellEnd"/>
      <w:r>
        <w:rPr>
          <w:rFonts w:eastAsia="B Nazanin" w:cs="B Nazanin"/>
        </w:rPr>
        <w:t xml:space="preserve"> </w:t>
      </w:r>
      <w:proofErr w:type="spellStart"/>
      <w:r>
        <w:rPr>
          <w:rFonts w:eastAsia="B Nazanin" w:cs="B Nazanin"/>
        </w:rPr>
        <w:t>گفت</w:t>
      </w:r>
      <w:r>
        <w:rPr>
          <w:rFonts w:eastAsia="B Nazanin" w:cs="B Nazanin"/>
        </w:rPr>
        <w:t>‌</w:t>
      </w:r>
      <w:r>
        <w:rPr>
          <w:rFonts w:eastAsia="B Nazanin" w:cs="B Nazanin"/>
        </w:rPr>
        <w:t>وگو</w:t>
      </w:r>
      <w:proofErr w:type="spellEnd"/>
      <w:r>
        <w:rPr>
          <w:rFonts w:eastAsia="B Nazanin" w:cs="B Nazanin"/>
        </w:rPr>
        <w:t xml:space="preserve"> </w:t>
      </w:r>
      <w:proofErr w:type="spellStart"/>
      <w:r>
        <w:rPr>
          <w:rFonts w:eastAsia="B Nazanin" w:cs="B Nazanin"/>
        </w:rPr>
        <w:t>کنید</w:t>
      </w:r>
      <w:proofErr w:type="spellEnd"/>
      <w:r w:rsidR="00C60EF8">
        <w:rPr>
          <w:rFonts w:eastAsia="B Nazanin" w:cs="B Nazanin" w:hint="cs"/>
          <w:rtl/>
        </w:rPr>
        <w:t>.</w:t>
      </w:r>
    </w:p>
    <w:p w14:paraId="67988595" w14:textId="4EE66C67" w:rsidR="006A2542" w:rsidRDefault="007F2F21" w:rsidP="002159CC">
      <w:pPr>
        <w:bidi/>
      </w:pPr>
      <w:r>
        <w:rPr>
          <w:rFonts w:eastAsia="B Nazanin" w:cs="B Nazanin"/>
        </w:rPr>
        <w:lastRenderedPageBreak/>
        <w:t>ماه</w:t>
      </w:r>
      <w:r>
        <w:rPr>
          <w:rFonts w:eastAsia="B Nazanin" w:cs="B Nazanin"/>
        </w:rPr>
        <w:t xml:space="preserve"> </w:t>
      </w:r>
      <w:r>
        <w:rPr>
          <w:rFonts w:eastAsia="B Nazanin" w:cs="B Nazanin"/>
        </w:rPr>
        <w:t>سوم</w:t>
      </w:r>
      <w:r>
        <w:rPr>
          <w:rFonts w:eastAsia="B Nazanin" w:cs="B Nazanin"/>
        </w:rPr>
        <w:t xml:space="preserve">: </w:t>
      </w:r>
      <w:r>
        <w:rPr>
          <w:rFonts w:eastAsia="B Nazanin" w:cs="B Nazanin"/>
        </w:rPr>
        <w:t>تثبیت</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ارزیابی</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هفته</w:t>
      </w:r>
      <w:r>
        <w:rPr>
          <w:rFonts w:eastAsia="B Nazanin" w:cs="B Nazanin"/>
        </w:rPr>
        <w:t xml:space="preserve"> </w:t>
      </w:r>
      <w:r>
        <w:rPr>
          <w:rFonts w:eastAsia="B Nazanin" w:cs="B Nazanin"/>
        </w:rPr>
        <w:t>نهم،</w:t>
      </w:r>
      <w:r>
        <w:rPr>
          <w:rFonts w:eastAsia="B Nazanin" w:cs="B Nazanin"/>
        </w:rPr>
        <w:t xml:space="preserve"> </w:t>
      </w:r>
      <w:r>
        <w:rPr>
          <w:rFonts w:eastAsia="B Nazanin" w:cs="B Nazanin"/>
        </w:rPr>
        <w:t>محتوای</w:t>
      </w:r>
      <w:r>
        <w:rPr>
          <w:rFonts w:eastAsia="B Nazanin" w:cs="B Nazanin"/>
        </w:rPr>
        <w:t xml:space="preserve"> </w:t>
      </w:r>
      <w:r>
        <w:rPr>
          <w:rFonts w:eastAsia="B Nazanin" w:cs="B Nazanin"/>
        </w:rPr>
        <w:t>شنیداری</w:t>
      </w:r>
      <w:r>
        <w:rPr>
          <w:rFonts w:eastAsia="B Nazanin" w:cs="B Nazanin"/>
        </w:rPr>
        <w:t xml:space="preserve"> </w:t>
      </w:r>
      <w:r>
        <w:rPr>
          <w:rFonts w:eastAsia="B Nazanin" w:cs="B Nazanin"/>
        </w:rPr>
        <w:t>کمی</w:t>
      </w:r>
      <w:r>
        <w:rPr>
          <w:rFonts w:eastAsia="B Nazanin" w:cs="B Nazanin"/>
        </w:rPr>
        <w:t xml:space="preserve"> </w:t>
      </w:r>
      <w:r>
        <w:rPr>
          <w:rFonts w:eastAsia="B Nazanin" w:cs="B Nazanin"/>
        </w:rPr>
        <w:t>دشوارتر</w:t>
      </w:r>
      <w:r>
        <w:rPr>
          <w:rFonts w:eastAsia="B Nazanin" w:cs="B Nazanin"/>
        </w:rPr>
        <w:t xml:space="preserve"> </w:t>
      </w:r>
      <w:r>
        <w:rPr>
          <w:rFonts w:eastAsia="B Nazanin" w:cs="B Nazanin"/>
        </w:rPr>
        <w:t>انتخاب</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اما</w:t>
      </w:r>
      <w:r>
        <w:rPr>
          <w:rFonts w:eastAsia="B Nazanin" w:cs="B Nazanin"/>
        </w:rPr>
        <w:t xml:space="preserve"> </w:t>
      </w:r>
      <w:r>
        <w:rPr>
          <w:rFonts w:eastAsia="B Nazanin" w:cs="B Nazanin"/>
        </w:rPr>
        <w:t>همچنان</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محتوای</w:t>
      </w:r>
      <w:r>
        <w:rPr>
          <w:rFonts w:eastAsia="B Nazanin" w:cs="B Nazanin"/>
        </w:rPr>
        <w:t xml:space="preserve"> </w:t>
      </w:r>
      <w:r>
        <w:rPr>
          <w:rFonts w:eastAsia="B Nazanin" w:cs="B Nazanin"/>
        </w:rPr>
        <w:t>قابل</w:t>
      </w:r>
      <w:r>
        <w:rPr>
          <w:rFonts w:eastAsia="B Nazanin" w:cs="B Nazanin"/>
        </w:rPr>
        <w:t>‌</w:t>
      </w:r>
      <w:r>
        <w:rPr>
          <w:rFonts w:eastAsia="B Nazanin" w:cs="B Nazanin"/>
        </w:rPr>
        <w:t>فهم</w:t>
      </w:r>
      <w:r>
        <w:rPr>
          <w:rFonts w:eastAsia="B Nazanin" w:cs="B Nazanin"/>
        </w:rPr>
        <w:t xml:space="preserve"> </w:t>
      </w:r>
      <w:r>
        <w:rPr>
          <w:rFonts w:eastAsia="B Nazanin" w:cs="B Nazanin"/>
        </w:rPr>
        <w:t>استفاده</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هفته</w:t>
      </w:r>
      <w:r>
        <w:rPr>
          <w:rFonts w:eastAsia="B Nazanin" w:cs="B Nazanin"/>
        </w:rPr>
        <w:t xml:space="preserve"> </w:t>
      </w:r>
      <w:r>
        <w:rPr>
          <w:rFonts w:eastAsia="B Nazanin" w:cs="B Nazanin"/>
        </w:rPr>
        <w:t>دهم،</w:t>
      </w:r>
      <w:r>
        <w:rPr>
          <w:rFonts w:eastAsia="B Nazanin" w:cs="B Nazanin"/>
        </w:rPr>
        <w:t xml:space="preserve"> </w:t>
      </w:r>
      <w:r>
        <w:rPr>
          <w:rFonts w:eastAsia="B Nazanin" w:cs="B Nazanin"/>
        </w:rPr>
        <w:t>روی</w:t>
      </w:r>
      <w:r>
        <w:rPr>
          <w:rFonts w:eastAsia="B Nazanin" w:cs="B Nazanin"/>
        </w:rPr>
        <w:t xml:space="preserve"> </w:t>
      </w:r>
      <w:r>
        <w:rPr>
          <w:rFonts w:eastAsia="B Nazanin" w:cs="B Nazanin"/>
        </w:rPr>
        <w:t>پیوستگی</w:t>
      </w:r>
      <w:r>
        <w:rPr>
          <w:rFonts w:eastAsia="B Nazanin" w:cs="B Nazanin"/>
        </w:rPr>
        <w:t xml:space="preserve"> </w:t>
      </w:r>
      <w:r>
        <w:rPr>
          <w:rFonts w:eastAsia="B Nazanin" w:cs="B Nazanin"/>
        </w:rPr>
        <w:t>گفتار،</w:t>
      </w:r>
      <w:r>
        <w:rPr>
          <w:rFonts w:eastAsia="B Nazanin" w:cs="B Nazanin"/>
        </w:rPr>
        <w:t xml:space="preserve"> </w:t>
      </w:r>
      <w:r>
        <w:rPr>
          <w:rFonts w:eastAsia="B Nazanin" w:cs="B Nazanin"/>
        </w:rPr>
        <w:t>تلفظ</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استفاده</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عبارت</w:t>
      </w:r>
      <w:r>
        <w:rPr>
          <w:rFonts w:eastAsia="B Nazanin" w:cs="B Nazanin"/>
        </w:rPr>
        <w:t>‌</w:t>
      </w:r>
      <w:r>
        <w:rPr>
          <w:rFonts w:eastAsia="B Nazanin" w:cs="B Nazanin"/>
        </w:rPr>
        <w:t>های</w:t>
      </w:r>
      <w:r>
        <w:rPr>
          <w:rFonts w:eastAsia="B Nazanin" w:cs="B Nazanin"/>
        </w:rPr>
        <w:t xml:space="preserve"> </w:t>
      </w:r>
      <w:r>
        <w:rPr>
          <w:rFonts w:eastAsia="B Nazanin" w:cs="B Nazanin"/>
        </w:rPr>
        <w:t>طبیعی</w:t>
      </w:r>
      <w:r>
        <w:rPr>
          <w:rFonts w:eastAsia="B Nazanin" w:cs="B Nazanin"/>
        </w:rPr>
        <w:t xml:space="preserve"> </w:t>
      </w:r>
      <w:r>
        <w:rPr>
          <w:rFonts w:eastAsia="B Nazanin" w:cs="B Nazanin"/>
        </w:rPr>
        <w:t>تمرکز</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هفته</w:t>
      </w:r>
      <w:r>
        <w:rPr>
          <w:rFonts w:eastAsia="B Nazanin" w:cs="B Nazanin"/>
        </w:rPr>
        <w:t xml:space="preserve"> </w:t>
      </w:r>
      <w:r>
        <w:rPr>
          <w:rFonts w:eastAsia="B Nazanin" w:cs="B Nazanin"/>
        </w:rPr>
        <w:t>یازدهم،</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پروژه</w:t>
      </w:r>
      <w:r>
        <w:rPr>
          <w:rFonts w:eastAsia="B Nazanin" w:cs="B Nazanin"/>
        </w:rPr>
        <w:t xml:space="preserve"> </w:t>
      </w:r>
      <w:r>
        <w:rPr>
          <w:rFonts w:eastAsia="B Nazanin" w:cs="B Nazanin"/>
        </w:rPr>
        <w:t>کوچک</w:t>
      </w:r>
      <w:r>
        <w:rPr>
          <w:rFonts w:eastAsia="B Nazanin" w:cs="B Nazanin"/>
        </w:rPr>
        <w:t xml:space="preserve"> </w:t>
      </w:r>
      <w:r>
        <w:rPr>
          <w:rFonts w:eastAsia="B Nazanin" w:cs="B Nazanin"/>
        </w:rPr>
        <w:t>انجام</w:t>
      </w:r>
      <w:r>
        <w:rPr>
          <w:rFonts w:eastAsia="B Nazanin" w:cs="B Nazanin"/>
        </w:rPr>
        <w:t xml:space="preserve"> </w:t>
      </w:r>
      <w:r>
        <w:rPr>
          <w:rFonts w:eastAsia="B Nazanin" w:cs="B Nazanin"/>
        </w:rPr>
        <w:t>دهید؛</w:t>
      </w:r>
      <w:r>
        <w:rPr>
          <w:rFonts w:eastAsia="B Nazanin" w:cs="B Nazanin"/>
        </w:rPr>
        <w:t xml:space="preserve"> </w:t>
      </w:r>
      <w:r>
        <w:rPr>
          <w:rFonts w:eastAsia="B Nazanin" w:cs="B Nazanin"/>
        </w:rPr>
        <w:t>برای</w:t>
      </w:r>
      <w:r>
        <w:rPr>
          <w:rFonts w:eastAsia="B Nazanin" w:cs="B Nazanin"/>
        </w:rPr>
        <w:t xml:space="preserve"> </w:t>
      </w:r>
      <w:r>
        <w:rPr>
          <w:rFonts w:eastAsia="B Nazanin" w:cs="B Nazanin"/>
        </w:rPr>
        <w:t>مثال،</w:t>
      </w:r>
      <w:r>
        <w:rPr>
          <w:rFonts w:eastAsia="B Nazanin" w:cs="B Nazanin"/>
        </w:rPr>
        <w:t xml:space="preserve"> </w:t>
      </w:r>
      <w:r>
        <w:rPr>
          <w:rFonts w:eastAsia="B Nazanin" w:cs="B Nazanin"/>
        </w:rPr>
        <w:t>ارائه</w:t>
      </w:r>
      <w:r>
        <w:rPr>
          <w:rFonts w:eastAsia="B Nazanin" w:cs="B Nazanin"/>
        </w:rPr>
        <w:t xml:space="preserve"> </w:t>
      </w:r>
      <w:r>
        <w:rPr>
          <w:rFonts w:eastAsia="B Nazanin" w:cs="B Nazanin"/>
        </w:rPr>
        <w:t>سه</w:t>
      </w:r>
      <w:r>
        <w:rPr>
          <w:rFonts w:eastAsia="B Nazanin" w:cs="B Nazanin"/>
        </w:rPr>
        <w:t>‌</w:t>
      </w:r>
      <w:r>
        <w:rPr>
          <w:rFonts w:eastAsia="B Nazanin" w:cs="B Nazanin"/>
        </w:rPr>
        <w:t>دقیقه</w:t>
      </w:r>
      <w:r>
        <w:rPr>
          <w:rFonts w:eastAsia="B Nazanin" w:cs="B Nazanin"/>
        </w:rPr>
        <w:t>‌</w:t>
      </w:r>
      <w:r>
        <w:rPr>
          <w:rFonts w:eastAsia="B Nazanin" w:cs="B Nazanin"/>
        </w:rPr>
        <w:t>ای</w:t>
      </w:r>
      <w:r>
        <w:rPr>
          <w:rFonts w:eastAsia="B Nazanin" w:cs="B Nazanin"/>
        </w:rPr>
        <w:t xml:space="preserve"> </w:t>
      </w:r>
      <w:r>
        <w:rPr>
          <w:rFonts w:eastAsia="B Nazanin" w:cs="B Nazanin"/>
        </w:rPr>
        <w:t>درباره</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موضوع</w:t>
      </w:r>
      <w:r>
        <w:rPr>
          <w:rFonts w:eastAsia="B Nazanin" w:cs="B Nazanin"/>
        </w:rPr>
        <w:t xml:space="preserve"> </w:t>
      </w:r>
      <w:r>
        <w:rPr>
          <w:rFonts w:eastAsia="B Nazanin" w:cs="B Nazanin"/>
        </w:rPr>
        <w:t>یا</w:t>
      </w:r>
      <w:r>
        <w:rPr>
          <w:rFonts w:eastAsia="B Nazanin" w:cs="B Nazanin"/>
        </w:rPr>
        <w:t xml:space="preserve"> </w:t>
      </w:r>
      <w:r>
        <w:rPr>
          <w:rFonts w:eastAsia="B Nazanin" w:cs="B Nazanin"/>
        </w:rPr>
        <w:t>نوشتن</w:t>
      </w:r>
      <w:r>
        <w:rPr>
          <w:rFonts w:eastAsia="B Nazanin" w:cs="B Nazanin"/>
        </w:rPr>
        <w:t xml:space="preserve"> </w:t>
      </w:r>
      <w:r>
        <w:rPr>
          <w:rFonts w:eastAsia="B Nazanin" w:cs="B Nazanin"/>
        </w:rPr>
        <w:t>متنی</w:t>
      </w:r>
      <w:r>
        <w:rPr>
          <w:rFonts w:eastAsia="B Nazanin" w:cs="B Nazanin"/>
        </w:rPr>
        <w:t xml:space="preserve"> </w:t>
      </w:r>
      <w:r>
        <w:rPr>
          <w:rFonts w:eastAsia="B Nazanin" w:cs="B Nazanin"/>
        </w:rPr>
        <w:t>چندپاراگرافی</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هفته</w:t>
      </w:r>
      <w:r>
        <w:rPr>
          <w:rFonts w:eastAsia="B Nazanin" w:cs="B Nazanin"/>
        </w:rPr>
        <w:t xml:space="preserve"> </w:t>
      </w:r>
      <w:r>
        <w:rPr>
          <w:rFonts w:eastAsia="B Nazanin" w:cs="B Nazanin"/>
        </w:rPr>
        <w:t>دوازدهم،</w:t>
      </w:r>
      <w:r>
        <w:rPr>
          <w:rFonts w:eastAsia="B Nazanin" w:cs="B Nazanin"/>
        </w:rPr>
        <w:t xml:space="preserve"> </w:t>
      </w:r>
      <w:r>
        <w:rPr>
          <w:rFonts w:eastAsia="B Nazanin" w:cs="B Nazanin"/>
        </w:rPr>
        <w:t>نمونه</w:t>
      </w:r>
      <w:r>
        <w:rPr>
          <w:rFonts w:eastAsia="B Nazanin" w:cs="B Nazanin"/>
        </w:rPr>
        <w:t>‌</w:t>
      </w:r>
      <w:r>
        <w:rPr>
          <w:rFonts w:eastAsia="B Nazanin" w:cs="B Nazanin"/>
        </w:rPr>
        <w:t>های</w:t>
      </w:r>
      <w:r>
        <w:rPr>
          <w:rFonts w:eastAsia="B Nazanin" w:cs="B Nazanin"/>
        </w:rPr>
        <w:t xml:space="preserve"> </w:t>
      </w:r>
      <w:r>
        <w:rPr>
          <w:rFonts w:eastAsia="B Nazanin" w:cs="B Nazanin"/>
        </w:rPr>
        <w:t>جدید</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با</w:t>
      </w:r>
      <w:r>
        <w:rPr>
          <w:rFonts w:eastAsia="B Nazanin" w:cs="B Nazanin"/>
        </w:rPr>
        <w:t xml:space="preserve"> </w:t>
      </w:r>
      <w:r>
        <w:rPr>
          <w:rFonts w:eastAsia="B Nazanin" w:cs="B Nazanin"/>
        </w:rPr>
        <w:t>نمونه</w:t>
      </w:r>
      <w:r>
        <w:rPr>
          <w:rFonts w:eastAsia="B Nazanin" w:cs="B Nazanin"/>
        </w:rPr>
        <w:t>‌</w:t>
      </w:r>
      <w:r>
        <w:rPr>
          <w:rFonts w:eastAsia="B Nazanin" w:cs="B Nazanin"/>
        </w:rPr>
        <w:t>های</w:t>
      </w:r>
      <w:r>
        <w:rPr>
          <w:rFonts w:eastAsia="B Nazanin" w:cs="B Nazanin"/>
        </w:rPr>
        <w:t xml:space="preserve"> </w:t>
      </w:r>
      <w:r>
        <w:rPr>
          <w:rFonts w:eastAsia="B Nazanin" w:cs="B Nazanin"/>
        </w:rPr>
        <w:t>آغازین</w:t>
      </w:r>
      <w:r>
        <w:rPr>
          <w:rFonts w:eastAsia="B Nazanin" w:cs="B Nazanin"/>
        </w:rPr>
        <w:t xml:space="preserve"> </w:t>
      </w:r>
      <w:r>
        <w:rPr>
          <w:rFonts w:eastAsia="B Nazanin" w:cs="B Nazanin"/>
        </w:rPr>
        <w:t>مقایسه</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نقاط</w:t>
      </w:r>
      <w:r>
        <w:rPr>
          <w:rFonts w:eastAsia="B Nazanin" w:cs="B Nazanin"/>
        </w:rPr>
        <w:t xml:space="preserve"> </w:t>
      </w:r>
      <w:r>
        <w:rPr>
          <w:rFonts w:eastAsia="B Nazanin" w:cs="B Nazanin"/>
        </w:rPr>
        <w:t>قوت</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ضعف</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مشخص</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و</w:t>
      </w:r>
      <w:r>
        <w:rPr>
          <w:rFonts w:eastAsia="B Nazanin" w:cs="B Nazanin"/>
        </w:rPr>
        <w:t xml:space="preserve"> </w:t>
      </w:r>
      <w:proofErr w:type="spellStart"/>
      <w:r>
        <w:rPr>
          <w:rFonts w:eastAsia="B Nazanin" w:cs="B Nazanin"/>
        </w:rPr>
        <w:t>برای</w:t>
      </w:r>
      <w:proofErr w:type="spellEnd"/>
      <w:r>
        <w:rPr>
          <w:rFonts w:eastAsia="B Nazanin" w:cs="B Nazanin"/>
        </w:rPr>
        <w:t xml:space="preserve"> </w:t>
      </w:r>
      <w:proofErr w:type="spellStart"/>
      <w:r>
        <w:rPr>
          <w:rFonts w:eastAsia="B Nazanin" w:cs="B Nazanin"/>
        </w:rPr>
        <w:t>سه</w:t>
      </w:r>
      <w:proofErr w:type="spellEnd"/>
      <w:r>
        <w:rPr>
          <w:rFonts w:eastAsia="B Nazanin" w:cs="B Nazanin"/>
        </w:rPr>
        <w:t xml:space="preserve"> </w:t>
      </w:r>
      <w:proofErr w:type="spellStart"/>
      <w:r>
        <w:rPr>
          <w:rFonts w:eastAsia="B Nazanin" w:cs="B Nazanin"/>
        </w:rPr>
        <w:t>ماه</w:t>
      </w:r>
      <w:proofErr w:type="spellEnd"/>
      <w:r>
        <w:rPr>
          <w:rFonts w:eastAsia="B Nazanin" w:cs="B Nazanin"/>
        </w:rPr>
        <w:t xml:space="preserve"> </w:t>
      </w:r>
      <w:proofErr w:type="spellStart"/>
      <w:r>
        <w:rPr>
          <w:rFonts w:eastAsia="B Nazanin" w:cs="B Nazanin"/>
        </w:rPr>
        <w:t>بعد</w:t>
      </w:r>
      <w:proofErr w:type="spellEnd"/>
      <w:r>
        <w:rPr>
          <w:rFonts w:eastAsia="B Nazanin" w:cs="B Nazanin"/>
        </w:rPr>
        <w:t xml:space="preserve"> </w:t>
      </w:r>
      <w:proofErr w:type="spellStart"/>
      <w:r>
        <w:rPr>
          <w:rFonts w:eastAsia="B Nazanin" w:cs="B Nazanin"/>
        </w:rPr>
        <w:t>هدف</w:t>
      </w:r>
      <w:proofErr w:type="spellEnd"/>
      <w:r>
        <w:rPr>
          <w:rFonts w:eastAsia="B Nazanin" w:cs="B Nazanin"/>
        </w:rPr>
        <w:t xml:space="preserve"> </w:t>
      </w:r>
      <w:proofErr w:type="spellStart"/>
      <w:r>
        <w:rPr>
          <w:rFonts w:eastAsia="B Nazanin" w:cs="B Nazanin"/>
        </w:rPr>
        <w:t>تعیین</w:t>
      </w:r>
      <w:proofErr w:type="spellEnd"/>
      <w:r>
        <w:rPr>
          <w:rFonts w:eastAsia="B Nazanin" w:cs="B Nazanin"/>
        </w:rPr>
        <w:t xml:space="preserve"> </w:t>
      </w:r>
      <w:proofErr w:type="spellStart"/>
      <w:r>
        <w:rPr>
          <w:rFonts w:eastAsia="B Nazanin" w:cs="B Nazanin"/>
        </w:rPr>
        <w:t>کنید</w:t>
      </w:r>
      <w:proofErr w:type="spellEnd"/>
      <w:r w:rsidR="00C60EF8">
        <w:rPr>
          <w:rFonts w:eastAsia="B Nazanin" w:cs="B Nazanin" w:hint="cs"/>
          <w:rtl/>
        </w:rPr>
        <w:t>.</w:t>
      </w:r>
    </w:p>
    <w:p w14:paraId="61499020" w14:textId="4E7208C6" w:rsidR="006A2542" w:rsidRDefault="007F2F21" w:rsidP="00C60EF8">
      <w:pPr>
        <w:bidi/>
      </w:pPr>
      <w:r>
        <w:rPr>
          <w:rFonts w:eastAsia="B Nazanin" w:cs="B Nazanin"/>
        </w:rPr>
        <w:t>این</w:t>
      </w:r>
      <w:r>
        <w:rPr>
          <w:rFonts w:eastAsia="B Nazanin" w:cs="B Nazanin"/>
        </w:rPr>
        <w:t xml:space="preserve"> </w:t>
      </w:r>
      <w:r>
        <w:rPr>
          <w:rFonts w:eastAsia="B Nazanin" w:cs="B Nazanin"/>
        </w:rPr>
        <w:t>برنامه</w:t>
      </w:r>
      <w:r>
        <w:rPr>
          <w:rFonts w:eastAsia="B Nazanin" w:cs="B Nazanin"/>
        </w:rPr>
        <w:t xml:space="preserve"> </w:t>
      </w:r>
      <w:r>
        <w:rPr>
          <w:rFonts w:eastAsia="B Nazanin" w:cs="B Nazanin"/>
        </w:rPr>
        <w:t>باید</w:t>
      </w:r>
      <w:r>
        <w:rPr>
          <w:rFonts w:eastAsia="B Nazanin" w:cs="B Nazanin"/>
        </w:rPr>
        <w:t xml:space="preserve"> </w:t>
      </w:r>
      <w:r>
        <w:rPr>
          <w:rFonts w:eastAsia="B Nazanin" w:cs="B Nazanin"/>
        </w:rPr>
        <w:t>انعطاف</w:t>
      </w:r>
      <w:r>
        <w:rPr>
          <w:rFonts w:eastAsia="B Nazanin" w:cs="B Nazanin"/>
        </w:rPr>
        <w:t>‌</w:t>
      </w:r>
      <w:r>
        <w:rPr>
          <w:rFonts w:eastAsia="B Nazanin" w:cs="B Nazanin"/>
        </w:rPr>
        <w:t>پذیر</w:t>
      </w:r>
      <w:r>
        <w:rPr>
          <w:rFonts w:eastAsia="B Nazanin" w:cs="B Nazanin"/>
        </w:rPr>
        <w:t xml:space="preserve"> </w:t>
      </w:r>
      <w:r>
        <w:rPr>
          <w:rFonts w:eastAsia="B Nazanin" w:cs="B Nazanin"/>
        </w:rPr>
        <w:t>باشد</w:t>
      </w:r>
      <w:r>
        <w:rPr>
          <w:rFonts w:eastAsia="B Nazanin" w:cs="B Nazanin"/>
        </w:rPr>
        <w:t xml:space="preserve">. </w:t>
      </w:r>
      <w:r>
        <w:rPr>
          <w:rFonts w:eastAsia="B Nazanin" w:cs="B Nazanin"/>
        </w:rPr>
        <w:t>اگر</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هفته</w:t>
      </w:r>
      <w:r>
        <w:rPr>
          <w:rFonts w:eastAsia="B Nazanin" w:cs="B Nazanin"/>
        </w:rPr>
        <w:t xml:space="preserve"> </w:t>
      </w:r>
      <w:r>
        <w:rPr>
          <w:rFonts w:eastAsia="B Nazanin" w:cs="B Nazanin"/>
        </w:rPr>
        <w:t>به</w:t>
      </w:r>
      <w:r>
        <w:rPr>
          <w:rFonts w:eastAsia="B Nazanin" w:cs="B Nazanin"/>
        </w:rPr>
        <w:t xml:space="preserve"> </w:t>
      </w:r>
      <w:r>
        <w:rPr>
          <w:rFonts w:eastAsia="B Nazanin" w:cs="B Nazanin"/>
        </w:rPr>
        <w:t>دلیل</w:t>
      </w:r>
      <w:r>
        <w:rPr>
          <w:rFonts w:eastAsia="B Nazanin" w:cs="B Nazanin"/>
        </w:rPr>
        <w:t xml:space="preserve"> </w:t>
      </w:r>
      <w:r>
        <w:rPr>
          <w:rFonts w:eastAsia="B Nazanin" w:cs="B Nazanin"/>
        </w:rPr>
        <w:t>مدرسه،</w:t>
      </w:r>
      <w:r>
        <w:rPr>
          <w:rFonts w:eastAsia="B Nazanin" w:cs="B Nazanin"/>
        </w:rPr>
        <w:t xml:space="preserve"> </w:t>
      </w:r>
      <w:r>
        <w:rPr>
          <w:rFonts w:eastAsia="B Nazanin" w:cs="B Nazanin"/>
        </w:rPr>
        <w:t>کار</w:t>
      </w:r>
      <w:r>
        <w:rPr>
          <w:rFonts w:eastAsia="B Nazanin" w:cs="B Nazanin"/>
        </w:rPr>
        <w:t xml:space="preserve"> </w:t>
      </w:r>
      <w:r>
        <w:rPr>
          <w:rFonts w:eastAsia="B Nazanin" w:cs="B Nazanin"/>
        </w:rPr>
        <w:t>یا</w:t>
      </w:r>
      <w:r>
        <w:rPr>
          <w:rFonts w:eastAsia="B Nazanin" w:cs="B Nazanin"/>
        </w:rPr>
        <w:t xml:space="preserve"> </w:t>
      </w:r>
      <w:r>
        <w:rPr>
          <w:rFonts w:eastAsia="B Nazanin" w:cs="B Nazanin"/>
        </w:rPr>
        <w:t>شرایط</w:t>
      </w:r>
      <w:r>
        <w:rPr>
          <w:rFonts w:eastAsia="B Nazanin" w:cs="B Nazanin"/>
        </w:rPr>
        <w:t xml:space="preserve"> </w:t>
      </w:r>
      <w:r>
        <w:rPr>
          <w:rFonts w:eastAsia="B Nazanin" w:cs="B Nazanin"/>
        </w:rPr>
        <w:t>شخصی</w:t>
      </w:r>
      <w:r>
        <w:rPr>
          <w:rFonts w:eastAsia="B Nazanin" w:cs="B Nazanin"/>
        </w:rPr>
        <w:t xml:space="preserve"> </w:t>
      </w:r>
      <w:r>
        <w:rPr>
          <w:rFonts w:eastAsia="B Nazanin" w:cs="B Nazanin"/>
        </w:rPr>
        <w:t>فرصت</w:t>
      </w:r>
      <w:r>
        <w:rPr>
          <w:rFonts w:eastAsia="B Nazanin" w:cs="B Nazanin"/>
        </w:rPr>
        <w:t xml:space="preserve"> </w:t>
      </w:r>
      <w:r>
        <w:rPr>
          <w:rFonts w:eastAsia="B Nazanin" w:cs="B Nazanin"/>
        </w:rPr>
        <w:t>کمتری</w:t>
      </w:r>
      <w:r>
        <w:rPr>
          <w:rFonts w:eastAsia="B Nazanin" w:cs="B Nazanin"/>
        </w:rPr>
        <w:t xml:space="preserve"> </w:t>
      </w:r>
      <w:r>
        <w:rPr>
          <w:rFonts w:eastAsia="B Nazanin" w:cs="B Nazanin"/>
        </w:rPr>
        <w:t>داشتید،</w:t>
      </w:r>
      <w:r>
        <w:rPr>
          <w:rFonts w:eastAsia="B Nazanin" w:cs="B Nazanin"/>
        </w:rPr>
        <w:t xml:space="preserve"> </w:t>
      </w:r>
      <w:r>
        <w:rPr>
          <w:rFonts w:eastAsia="B Nazanin" w:cs="B Nazanin"/>
        </w:rPr>
        <w:t>لازم</w:t>
      </w:r>
      <w:r>
        <w:rPr>
          <w:rFonts w:eastAsia="B Nazanin" w:cs="B Nazanin"/>
        </w:rPr>
        <w:t xml:space="preserve"> </w:t>
      </w:r>
      <w:r>
        <w:rPr>
          <w:rFonts w:eastAsia="B Nazanin" w:cs="B Nazanin"/>
        </w:rPr>
        <w:t>نیست</w:t>
      </w:r>
      <w:r>
        <w:rPr>
          <w:rFonts w:eastAsia="B Nazanin" w:cs="B Nazanin"/>
        </w:rPr>
        <w:t xml:space="preserve"> </w:t>
      </w:r>
      <w:r>
        <w:rPr>
          <w:rFonts w:eastAsia="B Nazanin" w:cs="B Nazanin"/>
        </w:rPr>
        <w:t>کل</w:t>
      </w:r>
      <w:r>
        <w:rPr>
          <w:rFonts w:eastAsia="B Nazanin" w:cs="B Nazanin"/>
        </w:rPr>
        <w:t xml:space="preserve"> </w:t>
      </w:r>
      <w:r>
        <w:rPr>
          <w:rFonts w:eastAsia="B Nazanin" w:cs="B Nazanin"/>
        </w:rPr>
        <w:t>برنامه</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کنار</w:t>
      </w:r>
      <w:r>
        <w:rPr>
          <w:rFonts w:eastAsia="B Nazanin" w:cs="B Nazanin"/>
        </w:rPr>
        <w:t xml:space="preserve"> </w:t>
      </w:r>
      <w:r>
        <w:rPr>
          <w:rFonts w:eastAsia="B Nazanin" w:cs="B Nazanin"/>
        </w:rPr>
        <w:t>بگذارید</w:t>
      </w:r>
      <w:r>
        <w:rPr>
          <w:rFonts w:eastAsia="B Nazanin" w:cs="B Nazanin"/>
        </w:rPr>
        <w:t xml:space="preserve">. </w:t>
      </w:r>
      <w:r>
        <w:rPr>
          <w:rFonts w:eastAsia="B Nazanin" w:cs="B Nazanin"/>
        </w:rPr>
        <w:t>فعالیت</w:t>
      </w:r>
      <w:r>
        <w:rPr>
          <w:rFonts w:eastAsia="B Nazanin" w:cs="B Nazanin"/>
        </w:rPr>
        <w:t>‌</w:t>
      </w:r>
      <w:r>
        <w:rPr>
          <w:rFonts w:eastAsia="B Nazanin" w:cs="B Nazanin"/>
        </w:rPr>
        <w:t>ها</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کوتاه</w:t>
      </w:r>
      <w:r>
        <w:rPr>
          <w:rFonts w:eastAsia="B Nazanin" w:cs="B Nazanin"/>
        </w:rPr>
        <w:t>‌</w:t>
      </w:r>
      <w:r>
        <w:rPr>
          <w:rFonts w:eastAsia="B Nazanin" w:cs="B Nazanin"/>
        </w:rPr>
        <w:t>تر</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و</w:t>
      </w:r>
      <w:r>
        <w:rPr>
          <w:rFonts w:eastAsia="B Nazanin" w:cs="B Nazanin"/>
        </w:rPr>
        <w:t xml:space="preserve"> </w:t>
      </w:r>
      <w:proofErr w:type="spellStart"/>
      <w:r>
        <w:rPr>
          <w:rFonts w:eastAsia="B Nazanin" w:cs="B Nazanin"/>
        </w:rPr>
        <w:t>در</w:t>
      </w:r>
      <w:proofErr w:type="spellEnd"/>
      <w:r>
        <w:rPr>
          <w:rFonts w:eastAsia="B Nazanin" w:cs="B Nazanin"/>
        </w:rPr>
        <w:t xml:space="preserve"> </w:t>
      </w:r>
      <w:proofErr w:type="spellStart"/>
      <w:r>
        <w:rPr>
          <w:rFonts w:eastAsia="B Nazanin" w:cs="B Nazanin"/>
        </w:rPr>
        <w:t>اولین</w:t>
      </w:r>
      <w:proofErr w:type="spellEnd"/>
      <w:r>
        <w:rPr>
          <w:rFonts w:eastAsia="B Nazanin" w:cs="B Nazanin"/>
        </w:rPr>
        <w:t xml:space="preserve"> </w:t>
      </w:r>
      <w:proofErr w:type="spellStart"/>
      <w:r>
        <w:rPr>
          <w:rFonts w:eastAsia="B Nazanin" w:cs="B Nazanin"/>
        </w:rPr>
        <w:t>فرصت</w:t>
      </w:r>
      <w:proofErr w:type="spellEnd"/>
      <w:r>
        <w:rPr>
          <w:rFonts w:eastAsia="B Nazanin" w:cs="B Nazanin"/>
        </w:rPr>
        <w:t xml:space="preserve"> </w:t>
      </w:r>
      <w:proofErr w:type="spellStart"/>
      <w:r>
        <w:rPr>
          <w:rFonts w:eastAsia="B Nazanin" w:cs="B Nazanin"/>
        </w:rPr>
        <w:t>به</w:t>
      </w:r>
      <w:proofErr w:type="spellEnd"/>
      <w:r>
        <w:rPr>
          <w:rFonts w:eastAsia="B Nazanin" w:cs="B Nazanin"/>
        </w:rPr>
        <w:t xml:space="preserve"> </w:t>
      </w:r>
      <w:proofErr w:type="spellStart"/>
      <w:r>
        <w:rPr>
          <w:rFonts w:eastAsia="B Nazanin" w:cs="B Nazanin"/>
        </w:rPr>
        <w:t>روال</w:t>
      </w:r>
      <w:proofErr w:type="spellEnd"/>
      <w:r>
        <w:rPr>
          <w:rFonts w:eastAsia="B Nazanin" w:cs="B Nazanin"/>
        </w:rPr>
        <w:t xml:space="preserve"> </w:t>
      </w:r>
      <w:proofErr w:type="spellStart"/>
      <w:r>
        <w:rPr>
          <w:rFonts w:eastAsia="B Nazanin" w:cs="B Nazanin"/>
        </w:rPr>
        <w:t>معمول</w:t>
      </w:r>
      <w:proofErr w:type="spellEnd"/>
      <w:r>
        <w:rPr>
          <w:rFonts w:eastAsia="B Nazanin" w:cs="B Nazanin"/>
        </w:rPr>
        <w:t xml:space="preserve"> </w:t>
      </w:r>
      <w:proofErr w:type="spellStart"/>
      <w:r>
        <w:rPr>
          <w:rFonts w:eastAsia="B Nazanin" w:cs="B Nazanin"/>
        </w:rPr>
        <w:t>برگردید</w:t>
      </w:r>
      <w:proofErr w:type="spellEnd"/>
      <w:r w:rsidR="00C60EF8">
        <w:rPr>
          <w:rFonts w:eastAsia="B Nazanin" w:cs="B Nazanin" w:hint="cs"/>
          <w:rtl/>
        </w:rPr>
        <w:t>.</w:t>
      </w:r>
    </w:p>
    <w:p w14:paraId="5E2B0426" w14:textId="5B2EC4A5" w:rsidR="006A2542" w:rsidRDefault="007F2F21" w:rsidP="00C60EF8">
      <w:pPr>
        <w:pStyle w:val="Heading1"/>
        <w:numPr>
          <w:ilvl w:val="0"/>
          <w:numId w:val="10"/>
        </w:numPr>
        <w:bidi/>
      </w:pPr>
      <w:proofErr w:type="spellStart"/>
      <w:r>
        <w:rPr>
          <w:rFonts w:ascii="B Nazanin" w:eastAsia="B Nazanin" w:hAnsi="B Nazanin" w:cs="B Nazanin"/>
        </w:rPr>
        <w:t>نمونه</w:t>
      </w:r>
      <w:proofErr w:type="spellEnd"/>
      <w:r>
        <w:rPr>
          <w:rFonts w:ascii="B Nazanin" w:eastAsia="B Nazanin" w:hAnsi="B Nazanin" w:cs="B Nazanin"/>
        </w:rPr>
        <w:t xml:space="preserve"> </w:t>
      </w:r>
      <w:proofErr w:type="spellStart"/>
      <w:r>
        <w:rPr>
          <w:rFonts w:ascii="B Nazanin" w:eastAsia="B Nazanin" w:hAnsi="B Nazanin" w:cs="B Nazanin"/>
        </w:rPr>
        <w:t>برنامه</w:t>
      </w:r>
      <w:proofErr w:type="spellEnd"/>
      <w:r>
        <w:rPr>
          <w:rFonts w:ascii="B Nazanin" w:eastAsia="B Nazanin" w:hAnsi="B Nazanin" w:cs="B Nazanin"/>
        </w:rPr>
        <w:t xml:space="preserve"> </w:t>
      </w:r>
      <w:proofErr w:type="spellStart"/>
      <w:r>
        <w:rPr>
          <w:rFonts w:ascii="B Nazanin" w:eastAsia="B Nazanin" w:hAnsi="B Nazanin" w:cs="B Nazanin"/>
        </w:rPr>
        <w:t>هفتگی</w:t>
      </w:r>
      <w:proofErr w:type="spellEnd"/>
    </w:p>
    <w:p w14:paraId="334B0E8E" w14:textId="32EF595C" w:rsidR="006A2542" w:rsidRDefault="00C60EF8" w:rsidP="002159CC">
      <w:pPr>
        <w:bidi/>
      </w:pPr>
      <w:r>
        <w:rPr>
          <w:rFonts w:eastAsia="B Nazanin" w:cs="B Nazanin" w:hint="cs"/>
          <w:rtl/>
        </w:rPr>
        <w:t xml:space="preserve">   </w:t>
      </w:r>
      <w:proofErr w:type="spellStart"/>
      <w:r>
        <w:rPr>
          <w:rFonts w:eastAsia="B Nazanin" w:cs="B Nazanin"/>
        </w:rPr>
        <w:t>یک</w:t>
      </w:r>
      <w:proofErr w:type="spellEnd"/>
      <w:r>
        <w:rPr>
          <w:rFonts w:eastAsia="B Nazanin" w:cs="B Nazanin"/>
        </w:rPr>
        <w:t xml:space="preserve"> </w:t>
      </w:r>
      <w:proofErr w:type="spellStart"/>
      <w:r>
        <w:rPr>
          <w:rFonts w:eastAsia="B Nazanin" w:cs="B Nazanin"/>
        </w:rPr>
        <w:t>برنامه</w:t>
      </w:r>
      <w:proofErr w:type="spellEnd"/>
      <w:r>
        <w:rPr>
          <w:rFonts w:eastAsia="B Nazanin" w:cs="B Nazanin"/>
        </w:rPr>
        <w:t xml:space="preserve"> </w:t>
      </w:r>
      <w:proofErr w:type="spellStart"/>
      <w:r>
        <w:rPr>
          <w:rFonts w:eastAsia="B Nazanin" w:cs="B Nazanin"/>
        </w:rPr>
        <w:t>ساده</w:t>
      </w:r>
      <w:proofErr w:type="spellEnd"/>
      <w:r>
        <w:rPr>
          <w:rFonts w:eastAsia="B Nazanin" w:cs="B Nazanin"/>
        </w:rPr>
        <w:t xml:space="preserve"> </w:t>
      </w:r>
      <w:proofErr w:type="spellStart"/>
      <w:r>
        <w:rPr>
          <w:rFonts w:eastAsia="B Nazanin" w:cs="B Nazanin"/>
        </w:rPr>
        <w:t>می‌تواند</w:t>
      </w:r>
      <w:proofErr w:type="spellEnd"/>
      <w:r>
        <w:rPr>
          <w:rFonts w:eastAsia="B Nazanin" w:cs="B Nazanin"/>
        </w:rPr>
        <w:t xml:space="preserve"> چنین باشد: شنبه، پانزده دقیقه شنیدن و پانزده دقیقه مرور عبارت‌ها؛ یکشنبه، تمرین صحبت کردن درباره یک موضوع و ضبط صدا؛ دوشنبه، خواندن یک متن کوتاه و نوشتن خلاصه؛ سه‌شنبه، تمرین دستور زبان در جمله‌های شخصی؛ چهارشنبه، تماشای یک ویدیوی کوتاه و استخراج چند عبارت؛ پنجشنبه، مکالمه یا ارائه کوتاه؛ و </w:t>
      </w:r>
      <w:proofErr w:type="spellStart"/>
      <w:r>
        <w:rPr>
          <w:rFonts w:eastAsia="B Nazanin" w:cs="B Nazanin"/>
        </w:rPr>
        <w:t>جمعه</w:t>
      </w:r>
      <w:proofErr w:type="spellEnd"/>
      <w:r>
        <w:rPr>
          <w:rFonts w:eastAsia="B Nazanin" w:cs="B Nazanin"/>
        </w:rPr>
        <w:t xml:space="preserve">، </w:t>
      </w:r>
      <w:proofErr w:type="spellStart"/>
      <w:r>
        <w:rPr>
          <w:rFonts w:eastAsia="B Nazanin" w:cs="B Nazanin"/>
        </w:rPr>
        <w:t>مرور</w:t>
      </w:r>
      <w:proofErr w:type="spellEnd"/>
      <w:r>
        <w:rPr>
          <w:rFonts w:eastAsia="B Nazanin" w:cs="B Nazanin"/>
        </w:rPr>
        <w:t xml:space="preserve"> </w:t>
      </w:r>
      <w:proofErr w:type="spellStart"/>
      <w:r>
        <w:rPr>
          <w:rFonts w:eastAsia="B Nazanin" w:cs="B Nazanin"/>
        </w:rPr>
        <w:t>واژگان</w:t>
      </w:r>
      <w:proofErr w:type="spellEnd"/>
      <w:r>
        <w:rPr>
          <w:rFonts w:eastAsia="B Nazanin" w:cs="B Nazanin"/>
        </w:rPr>
        <w:t xml:space="preserve"> و </w:t>
      </w:r>
      <w:proofErr w:type="spellStart"/>
      <w:r>
        <w:rPr>
          <w:rFonts w:eastAsia="B Nazanin" w:cs="B Nazanin"/>
        </w:rPr>
        <w:t>ارزیابی</w:t>
      </w:r>
      <w:proofErr w:type="spellEnd"/>
      <w:r>
        <w:rPr>
          <w:rFonts w:eastAsia="B Nazanin" w:cs="B Nazanin"/>
        </w:rPr>
        <w:t xml:space="preserve"> </w:t>
      </w:r>
      <w:proofErr w:type="spellStart"/>
      <w:r>
        <w:rPr>
          <w:rFonts w:eastAsia="B Nazanin" w:cs="B Nazanin"/>
        </w:rPr>
        <w:t>هفتگی</w:t>
      </w:r>
      <w:proofErr w:type="spellEnd"/>
      <w:r>
        <w:rPr>
          <w:rFonts w:eastAsia="B Nazanin" w:cs="B Nazanin" w:hint="cs"/>
          <w:rtl/>
        </w:rPr>
        <w:t>.</w:t>
      </w:r>
    </w:p>
    <w:p w14:paraId="617A34E0" w14:textId="0041E368" w:rsidR="006A2542" w:rsidRDefault="007F2F21" w:rsidP="002159CC">
      <w:pPr>
        <w:bidi/>
      </w:pPr>
      <w:r>
        <w:rPr>
          <w:rFonts w:eastAsia="B Nazanin" w:cs="B Nazanin"/>
        </w:rPr>
        <w:t>این</w:t>
      </w:r>
      <w:r>
        <w:rPr>
          <w:rFonts w:eastAsia="B Nazanin" w:cs="B Nazanin"/>
        </w:rPr>
        <w:t xml:space="preserve"> </w:t>
      </w:r>
      <w:r>
        <w:rPr>
          <w:rFonts w:eastAsia="B Nazanin" w:cs="B Nazanin"/>
        </w:rPr>
        <w:t>تقسیم</w:t>
      </w:r>
      <w:r>
        <w:rPr>
          <w:rFonts w:eastAsia="B Nazanin" w:cs="B Nazanin"/>
        </w:rPr>
        <w:t>‌</w:t>
      </w:r>
      <w:r>
        <w:rPr>
          <w:rFonts w:eastAsia="B Nazanin" w:cs="B Nazanin"/>
        </w:rPr>
        <w:t>بندی</w:t>
      </w:r>
      <w:r>
        <w:rPr>
          <w:rFonts w:eastAsia="B Nazanin" w:cs="B Nazanin"/>
        </w:rPr>
        <w:t xml:space="preserve"> </w:t>
      </w:r>
      <w:r>
        <w:rPr>
          <w:rFonts w:eastAsia="B Nazanin" w:cs="B Nazanin"/>
        </w:rPr>
        <w:t>تنها</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نمونه</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می</w:t>
      </w:r>
      <w:r>
        <w:rPr>
          <w:rFonts w:eastAsia="B Nazanin" w:cs="B Nazanin"/>
        </w:rPr>
        <w:t>‌</w:t>
      </w:r>
      <w:r>
        <w:rPr>
          <w:rFonts w:eastAsia="B Nazanin" w:cs="B Nazanin"/>
        </w:rPr>
        <w:t>توانید</w:t>
      </w:r>
      <w:r>
        <w:rPr>
          <w:rFonts w:eastAsia="B Nazanin" w:cs="B Nazanin"/>
        </w:rPr>
        <w:t xml:space="preserve"> </w:t>
      </w:r>
      <w:r>
        <w:rPr>
          <w:rFonts w:eastAsia="B Nazanin" w:cs="B Nazanin"/>
        </w:rPr>
        <w:t>آن</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تغییر</w:t>
      </w:r>
      <w:r>
        <w:rPr>
          <w:rFonts w:eastAsia="B Nazanin" w:cs="B Nazanin"/>
        </w:rPr>
        <w:t xml:space="preserve"> </w:t>
      </w:r>
      <w:r>
        <w:rPr>
          <w:rFonts w:eastAsia="B Nazanin" w:cs="B Nazanin"/>
        </w:rPr>
        <w:t>دهید</w:t>
      </w:r>
      <w:r>
        <w:rPr>
          <w:rFonts w:eastAsia="B Nazanin" w:cs="B Nazanin"/>
        </w:rPr>
        <w:t xml:space="preserve">. </w:t>
      </w:r>
      <w:r>
        <w:rPr>
          <w:rFonts w:eastAsia="B Nazanin" w:cs="B Nazanin"/>
        </w:rPr>
        <w:t>اگر</w:t>
      </w:r>
      <w:r>
        <w:rPr>
          <w:rFonts w:eastAsia="B Nazanin" w:cs="B Nazanin"/>
        </w:rPr>
        <w:t xml:space="preserve"> </w:t>
      </w:r>
      <w:r>
        <w:rPr>
          <w:rFonts w:eastAsia="B Nazanin" w:cs="B Nazanin"/>
        </w:rPr>
        <w:t>هدف</w:t>
      </w:r>
      <w:r>
        <w:rPr>
          <w:rFonts w:eastAsia="B Nazanin" w:cs="B Nazanin"/>
        </w:rPr>
        <w:t xml:space="preserve"> </w:t>
      </w:r>
      <w:r>
        <w:rPr>
          <w:rFonts w:eastAsia="B Nazanin" w:cs="B Nazanin"/>
        </w:rPr>
        <w:t>شما</w:t>
      </w:r>
      <w:r>
        <w:rPr>
          <w:rFonts w:eastAsia="B Nazanin" w:cs="B Nazanin"/>
        </w:rPr>
        <w:t xml:space="preserve"> </w:t>
      </w:r>
      <w:r>
        <w:rPr>
          <w:rFonts w:eastAsia="B Nazanin" w:cs="B Nazanin"/>
        </w:rPr>
        <w:t>مکالمه</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زمان</w:t>
      </w:r>
      <w:r>
        <w:rPr>
          <w:rFonts w:eastAsia="B Nazanin" w:cs="B Nazanin"/>
        </w:rPr>
        <w:t xml:space="preserve"> </w:t>
      </w:r>
      <w:r>
        <w:rPr>
          <w:rFonts w:eastAsia="B Nazanin" w:cs="B Nazanin"/>
        </w:rPr>
        <w:t>بیشتری</w:t>
      </w:r>
      <w:r>
        <w:rPr>
          <w:rFonts w:eastAsia="B Nazanin" w:cs="B Nazanin"/>
        </w:rPr>
        <w:t xml:space="preserve"> </w:t>
      </w:r>
      <w:r>
        <w:rPr>
          <w:rFonts w:eastAsia="B Nazanin" w:cs="B Nazanin"/>
        </w:rPr>
        <w:t>برای</w:t>
      </w:r>
      <w:r>
        <w:rPr>
          <w:rFonts w:eastAsia="B Nazanin" w:cs="B Nazanin"/>
        </w:rPr>
        <w:t xml:space="preserve"> </w:t>
      </w:r>
      <w:r>
        <w:rPr>
          <w:rFonts w:eastAsia="B Nazanin" w:cs="B Nazanin"/>
        </w:rPr>
        <w:t>شنیدن</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صحبت</w:t>
      </w:r>
      <w:r>
        <w:rPr>
          <w:rFonts w:eastAsia="B Nazanin" w:cs="B Nazanin"/>
        </w:rPr>
        <w:t xml:space="preserve"> </w:t>
      </w:r>
      <w:r>
        <w:rPr>
          <w:rFonts w:eastAsia="B Nazanin" w:cs="B Nazanin"/>
        </w:rPr>
        <w:t>کردن</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نظر</w:t>
      </w:r>
      <w:r>
        <w:rPr>
          <w:rFonts w:eastAsia="B Nazanin" w:cs="B Nazanin"/>
        </w:rPr>
        <w:t xml:space="preserve"> </w:t>
      </w:r>
      <w:r>
        <w:rPr>
          <w:rFonts w:eastAsia="B Nazanin" w:cs="B Nazanin"/>
        </w:rPr>
        <w:t>بگیرید</w:t>
      </w:r>
      <w:r>
        <w:rPr>
          <w:rFonts w:eastAsia="B Nazanin" w:cs="B Nazanin"/>
        </w:rPr>
        <w:t xml:space="preserve">. </w:t>
      </w:r>
      <w:r>
        <w:rPr>
          <w:rFonts w:eastAsia="B Nazanin" w:cs="B Nazanin"/>
        </w:rPr>
        <w:t>اگر</w:t>
      </w:r>
      <w:r>
        <w:rPr>
          <w:rFonts w:eastAsia="B Nazanin" w:cs="B Nazanin"/>
        </w:rPr>
        <w:t xml:space="preserve"> </w:t>
      </w:r>
      <w:r>
        <w:rPr>
          <w:rFonts w:eastAsia="B Nazanin" w:cs="B Nazanin"/>
        </w:rPr>
        <w:t>برای</w:t>
      </w:r>
      <w:r>
        <w:rPr>
          <w:rFonts w:eastAsia="B Nazanin" w:cs="B Nazanin"/>
        </w:rPr>
        <w:t xml:space="preserve"> </w:t>
      </w:r>
      <w:r>
        <w:rPr>
          <w:rFonts w:eastAsia="B Nazanin" w:cs="B Nazanin"/>
        </w:rPr>
        <w:t>آزمون</w:t>
      </w:r>
      <w:r>
        <w:rPr>
          <w:rFonts w:eastAsia="B Nazanin" w:cs="B Nazanin"/>
        </w:rPr>
        <w:t xml:space="preserve"> </w:t>
      </w:r>
      <w:r>
        <w:rPr>
          <w:rFonts w:eastAsia="B Nazanin" w:cs="B Nazanin"/>
        </w:rPr>
        <w:t>آماده</w:t>
      </w:r>
      <w:r>
        <w:rPr>
          <w:rFonts w:eastAsia="B Nazanin" w:cs="B Nazanin"/>
        </w:rPr>
        <w:t xml:space="preserve"> </w:t>
      </w:r>
      <w:r>
        <w:rPr>
          <w:rFonts w:eastAsia="B Nazanin" w:cs="B Nazanin"/>
        </w:rPr>
        <w:t>می</w:t>
      </w:r>
      <w:r>
        <w:rPr>
          <w:rFonts w:eastAsia="B Nazanin" w:cs="B Nazanin"/>
        </w:rPr>
        <w:t>‌</w:t>
      </w:r>
      <w:r>
        <w:rPr>
          <w:rFonts w:eastAsia="B Nazanin" w:cs="B Nazanin"/>
        </w:rPr>
        <w:t>شوید،</w:t>
      </w:r>
      <w:r>
        <w:rPr>
          <w:rFonts w:eastAsia="B Nazanin" w:cs="B Nazanin"/>
        </w:rPr>
        <w:t xml:space="preserve"> </w:t>
      </w:r>
      <w:r>
        <w:rPr>
          <w:rFonts w:eastAsia="B Nazanin" w:cs="B Nazanin"/>
        </w:rPr>
        <w:t>باید</w:t>
      </w:r>
      <w:r>
        <w:rPr>
          <w:rFonts w:eastAsia="B Nazanin" w:cs="B Nazanin"/>
        </w:rPr>
        <w:t xml:space="preserve"> </w:t>
      </w:r>
      <w:r>
        <w:rPr>
          <w:rFonts w:eastAsia="B Nazanin" w:cs="B Nazanin"/>
        </w:rPr>
        <w:t>زمان</w:t>
      </w:r>
      <w:r>
        <w:rPr>
          <w:rFonts w:eastAsia="B Nazanin" w:cs="B Nazanin"/>
        </w:rPr>
        <w:t xml:space="preserve"> </w:t>
      </w:r>
      <w:r>
        <w:rPr>
          <w:rFonts w:eastAsia="B Nazanin" w:cs="B Nazanin"/>
        </w:rPr>
        <w:t>مشخصی</w:t>
      </w:r>
      <w:r>
        <w:rPr>
          <w:rFonts w:eastAsia="B Nazanin" w:cs="B Nazanin"/>
        </w:rPr>
        <w:t xml:space="preserve"> </w:t>
      </w:r>
      <w:r>
        <w:rPr>
          <w:rFonts w:eastAsia="B Nazanin" w:cs="B Nazanin"/>
        </w:rPr>
        <w:t>نیز</w:t>
      </w:r>
      <w:r>
        <w:rPr>
          <w:rFonts w:eastAsia="B Nazanin" w:cs="B Nazanin"/>
        </w:rPr>
        <w:t xml:space="preserve"> </w:t>
      </w:r>
      <w:r>
        <w:rPr>
          <w:rFonts w:eastAsia="B Nazanin" w:cs="B Nazanin"/>
        </w:rPr>
        <w:t>به</w:t>
      </w:r>
      <w:r>
        <w:rPr>
          <w:rFonts w:eastAsia="B Nazanin" w:cs="B Nazanin"/>
        </w:rPr>
        <w:t xml:space="preserve"> </w:t>
      </w:r>
      <w:r>
        <w:rPr>
          <w:rFonts w:eastAsia="B Nazanin" w:cs="B Nazanin"/>
        </w:rPr>
        <w:t>نوع</w:t>
      </w:r>
      <w:r>
        <w:rPr>
          <w:rFonts w:eastAsia="B Nazanin" w:cs="B Nazanin"/>
        </w:rPr>
        <w:t xml:space="preserve"> </w:t>
      </w:r>
      <w:r>
        <w:rPr>
          <w:rFonts w:eastAsia="B Nazanin" w:cs="B Nazanin"/>
        </w:rPr>
        <w:t>سؤال</w:t>
      </w:r>
      <w:r>
        <w:rPr>
          <w:rFonts w:eastAsia="B Nazanin" w:cs="B Nazanin"/>
        </w:rPr>
        <w:t>‌</w:t>
      </w:r>
      <w:r>
        <w:rPr>
          <w:rFonts w:eastAsia="B Nazanin" w:cs="B Nazanin"/>
        </w:rPr>
        <w:t>ها</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شرایط</w:t>
      </w:r>
      <w:r>
        <w:rPr>
          <w:rFonts w:eastAsia="B Nazanin" w:cs="B Nazanin"/>
        </w:rPr>
        <w:t xml:space="preserve"> </w:t>
      </w:r>
      <w:r>
        <w:rPr>
          <w:rFonts w:eastAsia="B Nazanin" w:cs="B Nazanin"/>
        </w:rPr>
        <w:t>آزمون</w:t>
      </w:r>
      <w:r>
        <w:rPr>
          <w:rFonts w:eastAsia="B Nazanin" w:cs="B Nazanin"/>
        </w:rPr>
        <w:t xml:space="preserve"> </w:t>
      </w:r>
      <w:r>
        <w:rPr>
          <w:rFonts w:eastAsia="B Nazanin" w:cs="B Nazanin"/>
        </w:rPr>
        <w:t>اختصاص</w:t>
      </w:r>
      <w:r>
        <w:rPr>
          <w:rFonts w:eastAsia="B Nazanin" w:cs="B Nazanin"/>
        </w:rPr>
        <w:t xml:space="preserve"> </w:t>
      </w:r>
      <w:r>
        <w:rPr>
          <w:rFonts w:eastAsia="B Nazanin" w:cs="B Nazanin"/>
        </w:rPr>
        <w:t>دهید</w:t>
      </w:r>
      <w:r>
        <w:rPr>
          <w:rFonts w:eastAsia="B Nazanin" w:cs="B Nazanin"/>
        </w:rPr>
        <w:t xml:space="preserve">. </w:t>
      </w:r>
      <w:r>
        <w:rPr>
          <w:rFonts w:eastAsia="B Nazanin" w:cs="B Nazanin"/>
        </w:rPr>
        <w:t>مهم</w:t>
      </w:r>
      <w:r>
        <w:rPr>
          <w:rFonts w:eastAsia="B Nazanin" w:cs="B Nazanin"/>
        </w:rPr>
        <w:t xml:space="preserve"> </w:t>
      </w:r>
      <w:r>
        <w:rPr>
          <w:rFonts w:eastAsia="B Nazanin" w:cs="B Nazanin"/>
        </w:rPr>
        <w:t>آن</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که</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برنامه،</w:t>
      </w:r>
      <w:r>
        <w:rPr>
          <w:rFonts w:eastAsia="B Nazanin" w:cs="B Nazanin"/>
        </w:rPr>
        <w:t xml:space="preserve"> </w:t>
      </w:r>
      <w:r>
        <w:rPr>
          <w:rFonts w:eastAsia="B Nazanin" w:cs="B Nazanin"/>
        </w:rPr>
        <w:t>ه</w:t>
      </w:r>
      <w:r>
        <w:rPr>
          <w:rFonts w:eastAsia="B Nazanin" w:cs="B Nazanin"/>
        </w:rPr>
        <w:t>م</w:t>
      </w:r>
      <w:r>
        <w:rPr>
          <w:rFonts w:eastAsia="B Nazanin" w:cs="B Nazanin"/>
        </w:rPr>
        <w:t xml:space="preserve"> </w:t>
      </w:r>
      <w:r>
        <w:rPr>
          <w:rFonts w:eastAsia="B Nazanin" w:cs="B Nazanin"/>
        </w:rPr>
        <w:t>دریافت</w:t>
      </w:r>
      <w:r>
        <w:rPr>
          <w:rFonts w:eastAsia="B Nazanin" w:cs="B Nazanin"/>
        </w:rPr>
        <w:t xml:space="preserve"> </w:t>
      </w:r>
      <w:r>
        <w:rPr>
          <w:rFonts w:eastAsia="B Nazanin" w:cs="B Nazanin"/>
        </w:rPr>
        <w:t>زبان</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طریق</w:t>
      </w:r>
      <w:r>
        <w:rPr>
          <w:rFonts w:eastAsia="B Nazanin" w:cs="B Nazanin"/>
        </w:rPr>
        <w:t xml:space="preserve"> </w:t>
      </w:r>
      <w:r>
        <w:rPr>
          <w:rFonts w:eastAsia="B Nazanin" w:cs="B Nazanin"/>
        </w:rPr>
        <w:t>شنیدن</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خواندن</w:t>
      </w:r>
      <w:r>
        <w:rPr>
          <w:rFonts w:eastAsia="B Nazanin" w:cs="B Nazanin"/>
        </w:rPr>
        <w:t xml:space="preserve"> </w:t>
      </w:r>
      <w:r>
        <w:rPr>
          <w:rFonts w:eastAsia="B Nazanin" w:cs="B Nazanin"/>
        </w:rPr>
        <w:t>وجود</w:t>
      </w:r>
      <w:r>
        <w:rPr>
          <w:rFonts w:eastAsia="B Nazanin" w:cs="B Nazanin"/>
        </w:rPr>
        <w:t xml:space="preserve"> </w:t>
      </w:r>
      <w:r>
        <w:rPr>
          <w:rFonts w:eastAsia="B Nazanin" w:cs="B Nazanin"/>
        </w:rPr>
        <w:t>داشته</w:t>
      </w:r>
      <w:r>
        <w:rPr>
          <w:rFonts w:eastAsia="B Nazanin" w:cs="B Nazanin"/>
        </w:rPr>
        <w:t xml:space="preserve"> </w:t>
      </w:r>
      <w:r>
        <w:rPr>
          <w:rFonts w:eastAsia="B Nazanin" w:cs="B Nazanin"/>
        </w:rPr>
        <w:t>باشد</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هم</w:t>
      </w:r>
      <w:r>
        <w:rPr>
          <w:rFonts w:eastAsia="B Nazanin" w:cs="B Nazanin"/>
        </w:rPr>
        <w:t xml:space="preserve"> </w:t>
      </w:r>
      <w:r>
        <w:rPr>
          <w:rFonts w:eastAsia="B Nazanin" w:cs="B Nazanin"/>
        </w:rPr>
        <w:t>تولید</w:t>
      </w:r>
      <w:r>
        <w:rPr>
          <w:rFonts w:eastAsia="B Nazanin" w:cs="B Nazanin"/>
        </w:rPr>
        <w:t xml:space="preserve"> </w:t>
      </w:r>
      <w:proofErr w:type="spellStart"/>
      <w:r>
        <w:rPr>
          <w:rFonts w:eastAsia="B Nazanin" w:cs="B Nazanin"/>
        </w:rPr>
        <w:t>زبان</w:t>
      </w:r>
      <w:proofErr w:type="spellEnd"/>
      <w:r>
        <w:rPr>
          <w:rFonts w:eastAsia="B Nazanin" w:cs="B Nazanin"/>
        </w:rPr>
        <w:t xml:space="preserve"> </w:t>
      </w:r>
      <w:proofErr w:type="spellStart"/>
      <w:r>
        <w:rPr>
          <w:rFonts w:eastAsia="B Nazanin" w:cs="B Nazanin"/>
        </w:rPr>
        <w:t>از</w:t>
      </w:r>
      <w:proofErr w:type="spellEnd"/>
      <w:r>
        <w:rPr>
          <w:rFonts w:eastAsia="B Nazanin" w:cs="B Nazanin"/>
        </w:rPr>
        <w:t xml:space="preserve"> </w:t>
      </w:r>
      <w:proofErr w:type="spellStart"/>
      <w:r>
        <w:rPr>
          <w:rFonts w:eastAsia="B Nazanin" w:cs="B Nazanin"/>
        </w:rPr>
        <w:t>طریق</w:t>
      </w:r>
      <w:proofErr w:type="spellEnd"/>
      <w:r>
        <w:rPr>
          <w:rFonts w:eastAsia="B Nazanin" w:cs="B Nazanin"/>
        </w:rPr>
        <w:t xml:space="preserve"> </w:t>
      </w:r>
      <w:proofErr w:type="spellStart"/>
      <w:r>
        <w:rPr>
          <w:rFonts w:eastAsia="B Nazanin" w:cs="B Nazanin"/>
        </w:rPr>
        <w:t>صحبت</w:t>
      </w:r>
      <w:proofErr w:type="spellEnd"/>
      <w:r>
        <w:rPr>
          <w:rFonts w:eastAsia="B Nazanin" w:cs="B Nazanin"/>
        </w:rPr>
        <w:t xml:space="preserve"> </w:t>
      </w:r>
      <w:proofErr w:type="spellStart"/>
      <w:r>
        <w:rPr>
          <w:rFonts w:eastAsia="B Nazanin" w:cs="B Nazanin"/>
        </w:rPr>
        <w:t>کردن</w:t>
      </w:r>
      <w:proofErr w:type="spellEnd"/>
      <w:r>
        <w:rPr>
          <w:rFonts w:eastAsia="B Nazanin" w:cs="B Nazanin"/>
        </w:rPr>
        <w:t xml:space="preserve"> </w:t>
      </w:r>
      <w:r>
        <w:rPr>
          <w:rFonts w:eastAsia="B Nazanin" w:cs="B Nazanin"/>
        </w:rPr>
        <w:t>و</w:t>
      </w:r>
      <w:r>
        <w:rPr>
          <w:rFonts w:eastAsia="B Nazanin" w:cs="B Nazanin"/>
        </w:rPr>
        <w:t xml:space="preserve"> </w:t>
      </w:r>
      <w:proofErr w:type="spellStart"/>
      <w:r>
        <w:rPr>
          <w:rFonts w:eastAsia="B Nazanin" w:cs="B Nazanin"/>
        </w:rPr>
        <w:t>نوشتن</w:t>
      </w:r>
      <w:proofErr w:type="spellEnd"/>
      <w:r w:rsidR="00C60EF8">
        <w:rPr>
          <w:rFonts w:eastAsia="B Nazanin" w:cs="B Nazanin" w:hint="cs"/>
          <w:rtl/>
        </w:rPr>
        <w:t>.</w:t>
      </w:r>
    </w:p>
    <w:p w14:paraId="284B66AB" w14:textId="3C468575" w:rsidR="006A2542" w:rsidRDefault="007F2F21" w:rsidP="002159CC">
      <w:pPr>
        <w:bidi/>
      </w:pPr>
      <w:r>
        <w:rPr>
          <w:rFonts w:eastAsia="B Nazanin" w:cs="B Nazanin"/>
        </w:rPr>
        <w:t>در</w:t>
      </w:r>
      <w:r>
        <w:rPr>
          <w:rFonts w:eastAsia="B Nazanin" w:cs="B Nazanin"/>
        </w:rPr>
        <w:t xml:space="preserve"> </w:t>
      </w:r>
      <w:r>
        <w:rPr>
          <w:rFonts w:eastAsia="B Nazanin" w:cs="B Nazanin"/>
        </w:rPr>
        <w:t>پایان</w:t>
      </w:r>
      <w:r>
        <w:rPr>
          <w:rFonts w:eastAsia="B Nazanin" w:cs="B Nazanin"/>
        </w:rPr>
        <w:t xml:space="preserve"> </w:t>
      </w:r>
      <w:r>
        <w:rPr>
          <w:rFonts w:eastAsia="B Nazanin" w:cs="B Nazanin"/>
        </w:rPr>
        <w:t>هفته،</w:t>
      </w:r>
      <w:r>
        <w:rPr>
          <w:rFonts w:eastAsia="B Nazanin" w:cs="B Nazanin"/>
        </w:rPr>
        <w:t xml:space="preserve"> </w:t>
      </w:r>
      <w:r>
        <w:rPr>
          <w:rFonts w:eastAsia="B Nazanin" w:cs="B Nazanin"/>
        </w:rPr>
        <w:t>سه</w:t>
      </w:r>
      <w:r>
        <w:rPr>
          <w:rFonts w:eastAsia="B Nazanin" w:cs="B Nazanin"/>
        </w:rPr>
        <w:t xml:space="preserve"> </w:t>
      </w:r>
      <w:r>
        <w:rPr>
          <w:rFonts w:eastAsia="B Nazanin" w:cs="B Nazanin"/>
        </w:rPr>
        <w:t>پرسش</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خود</w:t>
      </w:r>
      <w:r>
        <w:rPr>
          <w:rFonts w:eastAsia="B Nazanin" w:cs="B Nazanin"/>
        </w:rPr>
        <w:t xml:space="preserve"> </w:t>
      </w:r>
      <w:r>
        <w:rPr>
          <w:rFonts w:eastAsia="B Nazanin" w:cs="B Nazanin"/>
        </w:rPr>
        <w:t>بپرسید</w:t>
      </w:r>
      <w:r>
        <w:rPr>
          <w:rFonts w:eastAsia="B Nazanin" w:cs="B Nazanin"/>
        </w:rPr>
        <w:t xml:space="preserve">: </w:t>
      </w:r>
      <w:r>
        <w:rPr>
          <w:rFonts w:eastAsia="B Nazanin" w:cs="B Nazanin"/>
        </w:rPr>
        <w:t>چه</w:t>
      </w:r>
      <w:r>
        <w:rPr>
          <w:rFonts w:eastAsia="B Nazanin" w:cs="B Nazanin"/>
        </w:rPr>
        <w:t xml:space="preserve"> </w:t>
      </w:r>
      <w:r>
        <w:rPr>
          <w:rFonts w:eastAsia="B Nazanin" w:cs="B Nazanin"/>
        </w:rPr>
        <w:t>چیزی</w:t>
      </w:r>
      <w:r>
        <w:rPr>
          <w:rFonts w:eastAsia="B Nazanin" w:cs="B Nazanin"/>
        </w:rPr>
        <w:t xml:space="preserve"> </w:t>
      </w:r>
      <w:r>
        <w:rPr>
          <w:rFonts w:eastAsia="B Nazanin" w:cs="B Nazanin"/>
        </w:rPr>
        <w:t>یاد</w:t>
      </w:r>
      <w:r>
        <w:rPr>
          <w:rFonts w:eastAsia="B Nazanin" w:cs="B Nazanin"/>
        </w:rPr>
        <w:t xml:space="preserve"> </w:t>
      </w:r>
      <w:r>
        <w:rPr>
          <w:rFonts w:eastAsia="B Nazanin" w:cs="B Nazanin"/>
        </w:rPr>
        <w:t>گرفتم؟</w:t>
      </w:r>
      <w:r>
        <w:rPr>
          <w:rFonts w:eastAsia="B Nazanin" w:cs="B Nazanin"/>
        </w:rPr>
        <w:t xml:space="preserve"> </w:t>
      </w:r>
      <w:r>
        <w:rPr>
          <w:rFonts w:eastAsia="B Nazanin" w:cs="B Nazanin"/>
        </w:rPr>
        <w:t>کدام</w:t>
      </w:r>
      <w:r>
        <w:rPr>
          <w:rFonts w:eastAsia="B Nazanin" w:cs="B Nazanin"/>
        </w:rPr>
        <w:t xml:space="preserve"> </w:t>
      </w:r>
      <w:r>
        <w:rPr>
          <w:rFonts w:eastAsia="B Nazanin" w:cs="B Nazanin"/>
        </w:rPr>
        <w:t>فعالیت</w:t>
      </w:r>
      <w:r>
        <w:rPr>
          <w:rFonts w:eastAsia="B Nazanin" w:cs="B Nazanin"/>
        </w:rPr>
        <w:t xml:space="preserve"> </w:t>
      </w:r>
      <w:r>
        <w:rPr>
          <w:rFonts w:eastAsia="B Nazanin" w:cs="B Nazanin"/>
        </w:rPr>
        <w:t>برایم</w:t>
      </w:r>
      <w:r>
        <w:rPr>
          <w:rFonts w:eastAsia="B Nazanin" w:cs="B Nazanin"/>
        </w:rPr>
        <w:t xml:space="preserve"> </w:t>
      </w:r>
      <w:r>
        <w:rPr>
          <w:rFonts w:eastAsia="B Nazanin" w:cs="B Nazanin"/>
        </w:rPr>
        <w:t>مفیدتر</w:t>
      </w:r>
      <w:r>
        <w:rPr>
          <w:rFonts w:eastAsia="B Nazanin" w:cs="B Nazanin"/>
        </w:rPr>
        <w:t xml:space="preserve"> </w:t>
      </w:r>
      <w:r>
        <w:rPr>
          <w:rFonts w:eastAsia="B Nazanin" w:cs="B Nazanin"/>
        </w:rPr>
        <w:t>بود؟</w:t>
      </w:r>
      <w:r>
        <w:rPr>
          <w:rFonts w:eastAsia="B Nazanin" w:cs="B Nazanin"/>
        </w:rPr>
        <w:t xml:space="preserve"> </w:t>
      </w:r>
      <w:r>
        <w:rPr>
          <w:rFonts w:eastAsia="B Nazanin" w:cs="B Nazanin"/>
        </w:rPr>
        <w:t>هفته</w:t>
      </w:r>
      <w:r>
        <w:rPr>
          <w:rFonts w:eastAsia="B Nazanin" w:cs="B Nazanin"/>
        </w:rPr>
        <w:t xml:space="preserve"> </w:t>
      </w:r>
      <w:r>
        <w:rPr>
          <w:rFonts w:eastAsia="B Nazanin" w:cs="B Nazanin"/>
        </w:rPr>
        <w:t>آینده</w:t>
      </w:r>
      <w:r>
        <w:rPr>
          <w:rFonts w:eastAsia="B Nazanin" w:cs="B Nazanin"/>
        </w:rPr>
        <w:t xml:space="preserve"> </w:t>
      </w:r>
      <w:r>
        <w:rPr>
          <w:rFonts w:eastAsia="B Nazanin" w:cs="B Nazanin"/>
        </w:rPr>
        <w:t>چه</w:t>
      </w:r>
      <w:r>
        <w:rPr>
          <w:rFonts w:eastAsia="B Nazanin" w:cs="B Nazanin"/>
        </w:rPr>
        <w:t xml:space="preserve"> </w:t>
      </w:r>
      <w:r>
        <w:rPr>
          <w:rFonts w:eastAsia="B Nazanin" w:cs="B Nazanin"/>
        </w:rPr>
        <w:t>تغییری</w:t>
      </w:r>
      <w:r>
        <w:rPr>
          <w:rFonts w:eastAsia="B Nazanin" w:cs="B Nazanin"/>
        </w:rPr>
        <w:t xml:space="preserve"> </w:t>
      </w:r>
      <w:r>
        <w:rPr>
          <w:rFonts w:eastAsia="B Nazanin" w:cs="B Nazanin"/>
        </w:rPr>
        <w:t>لازم</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پاسخ</w:t>
      </w:r>
      <w:r>
        <w:rPr>
          <w:rFonts w:eastAsia="B Nazanin" w:cs="B Nazanin"/>
        </w:rPr>
        <w:t>‌</w:t>
      </w:r>
      <w:r>
        <w:rPr>
          <w:rFonts w:eastAsia="B Nazanin" w:cs="B Nazanin"/>
        </w:rPr>
        <w:t>های</w:t>
      </w:r>
      <w:r>
        <w:rPr>
          <w:rFonts w:eastAsia="B Nazanin" w:cs="B Nazanin"/>
        </w:rPr>
        <w:t xml:space="preserve"> </w:t>
      </w:r>
      <w:r>
        <w:rPr>
          <w:rFonts w:eastAsia="B Nazanin" w:cs="B Nazanin"/>
        </w:rPr>
        <w:t>کوتاه</w:t>
      </w:r>
      <w:r>
        <w:rPr>
          <w:rFonts w:eastAsia="B Nazanin" w:cs="B Nazanin"/>
        </w:rPr>
        <w:t xml:space="preserve"> </w:t>
      </w:r>
      <w:r>
        <w:rPr>
          <w:rFonts w:eastAsia="B Nazanin" w:cs="B Nazanin"/>
        </w:rPr>
        <w:t>به</w:t>
      </w:r>
      <w:r>
        <w:rPr>
          <w:rFonts w:eastAsia="B Nazanin" w:cs="B Nazanin"/>
        </w:rPr>
        <w:t xml:space="preserve"> </w:t>
      </w:r>
      <w:r>
        <w:rPr>
          <w:rFonts w:eastAsia="B Nazanin" w:cs="B Nazanin"/>
        </w:rPr>
        <w:t>این</w:t>
      </w:r>
      <w:r>
        <w:rPr>
          <w:rFonts w:eastAsia="B Nazanin" w:cs="B Nazanin"/>
        </w:rPr>
        <w:t xml:space="preserve"> </w:t>
      </w:r>
      <w:r>
        <w:rPr>
          <w:rFonts w:eastAsia="B Nazanin" w:cs="B Nazanin"/>
        </w:rPr>
        <w:t>پرسش</w:t>
      </w:r>
      <w:r>
        <w:rPr>
          <w:rFonts w:eastAsia="B Nazanin" w:cs="B Nazanin"/>
        </w:rPr>
        <w:t>‌</w:t>
      </w:r>
      <w:r>
        <w:rPr>
          <w:rFonts w:eastAsia="B Nazanin" w:cs="B Nazanin"/>
        </w:rPr>
        <w:t>ها</w:t>
      </w:r>
      <w:r>
        <w:rPr>
          <w:rFonts w:eastAsia="B Nazanin" w:cs="B Nazanin"/>
        </w:rPr>
        <w:t xml:space="preserve"> </w:t>
      </w:r>
      <w:r>
        <w:rPr>
          <w:rFonts w:eastAsia="B Nazanin" w:cs="B Nazanin"/>
        </w:rPr>
        <w:t>کمک</w:t>
      </w:r>
      <w:r>
        <w:rPr>
          <w:rFonts w:eastAsia="B Nazanin" w:cs="B Nazanin"/>
        </w:rPr>
        <w:t xml:space="preserve"> </w:t>
      </w:r>
      <w:r>
        <w:rPr>
          <w:rFonts w:eastAsia="B Nazanin" w:cs="B Nazanin"/>
        </w:rPr>
        <w:t>می</w:t>
      </w:r>
      <w:r>
        <w:rPr>
          <w:rFonts w:eastAsia="B Nazanin" w:cs="B Nazanin"/>
        </w:rPr>
        <w:t>‌</w:t>
      </w:r>
      <w:r>
        <w:rPr>
          <w:rFonts w:eastAsia="B Nazanin" w:cs="B Nazanin"/>
        </w:rPr>
        <w:t>کنند</w:t>
      </w:r>
      <w:r>
        <w:rPr>
          <w:rFonts w:eastAsia="B Nazanin" w:cs="B Nazanin"/>
        </w:rPr>
        <w:t xml:space="preserve"> </w:t>
      </w:r>
      <w:r>
        <w:rPr>
          <w:rFonts w:eastAsia="B Nazanin" w:cs="B Nazanin"/>
        </w:rPr>
        <w:t>برنامه</w:t>
      </w:r>
      <w:r>
        <w:rPr>
          <w:rFonts w:eastAsia="B Nazanin" w:cs="B Nazanin"/>
        </w:rPr>
        <w:t xml:space="preserve"> </w:t>
      </w:r>
      <w:proofErr w:type="spellStart"/>
      <w:r>
        <w:rPr>
          <w:rFonts w:eastAsia="B Nazanin" w:cs="B Nazanin"/>
        </w:rPr>
        <w:t>بر</w:t>
      </w:r>
      <w:proofErr w:type="spellEnd"/>
      <w:r>
        <w:rPr>
          <w:rFonts w:eastAsia="B Nazanin" w:cs="B Nazanin"/>
        </w:rPr>
        <w:t xml:space="preserve"> </w:t>
      </w:r>
      <w:proofErr w:type="spellStart"/>
      <w:r>
        <w:rPr>
          <w:rFonts w:eastAsia="B Nazanin" w:cs="B Nazanin"/>
        </w:rPr>
        <w:t>اساس</w:t>
      </w:r>
      <w:proofErr w:type="spellEnd"/>
      <w:r>
        <w:rPr>
          <w:rFonts w:eastAsia="B Nazanin" w:cs="B Nazanin"/>
        </w:rPr>
        <w:t xml:space="preserve"> </w:t>
      </w:r>
      <w:proofErr w:type="spellStart"/>
      <w:r>
        <w:rPr>
          <w:rFonts w:eastAsia="B Nazanin" w:cs="B Nazanin"/>
        </w:rPr>
        <w:t>تجربه</w:t>
      </w:r>
      <w:proofErr w:type="spellEnd"/>
      <w:r>
        <w:rPr>
          <w:rFonts w:eastAsia="B Nazanin" w:cs="B Nazanin"/>
        </w:rPr>
        <w:t xml:space="preserve"> </w:t>
      </w:r>
      <w:proofErr w:type="spellStart"/>
      <w:r>
        <w:rPr>
          <w:rFonts w:eastAsia="B Nazanin" w:cs="B Nazanin"/>
        </w:rPr>
        <w:t>واقعی</w:t>
      </w:r>
      <w:proofErr w:type="spellEnd"/>
      <w:r>
        <w:rPr>
          <w:rFonts w:eastAsia="B Nazanin" w:cs="B Nazanin"/>
        </w:rPr>
        <w:t xml:space="preserve"> </w:t>
      </w:r>
      <w:proofErr w:type="spellStart"/>
      <w:r>
        <w:rPr>
          <w:rFonts w:eastAsia="B Nazanin" w:cs="B Nazanin"/>
        </w:rPr>
        <w:t>شما</w:t>
      </w:r>
      <w:proofErr w:type="spellEnd"/>
      <w:r>
        <w:rPr>
          <w:rFonts w:eastAsia="B Nazanin" w:cs="B Nazanin"/>
        </w:rPr>
        <w:t xml:space="preserve"> </w:t>
      </w:r>
      <w:proofErr w:type="spellStart"/>
      <w:r>
        <w:rPr>
          <w:rFonts w:eastAsia="B Nazanin" w:cs="B Nazanin"/>
        </w:rPr>
        <w:t>بهتر</w:t>
      </w:r>
      <w:proofErr w:type="spellEnd"/>
      <w:r>
        <w:rPr>
          <w:rFonts w:eastAsia="B Nazanin" w:cs="B Nazanin"/>
        </w:rPr>
        <w:t xml:space="preserve"> </w:t>
      </w:r>
      <w:proofErr w:type="spellStart"/>
      <w:r>
        <w:rPr>
          <w:rFonts w:eastAsia="B Nazanin" w:cs="B Nazanin"/>
        </w:rPr>
        <w:t>شود</w:t>
      </w:r>
      <w:proofErr w:type="spellEnd"/>
      <w:r w:rsidR="00C60EF8">
        <w:rPr>
          <w:rFonts w:eastAsia="B Nazanin" w:cs="B Nazanin" w:hint="cs"/>
          <w:rtl/>
        </w:rPr>
        <w:t>.</w:t>
      </w:r>
    </w:p>
    <w:p w14:paraId="6FAE7A2C" w14:textId="1C7F979E" w:rsidR="006A2542" w:rsidRDefault="007F2F21" w:rsidP="00C60EF8">
      <w:pPr>
        <w:pStyle w:val="Heading1"/>
        <w:numPr>
          <w:ilvl w:val="0"/>
          <w:numId w:val="10"/>
        </w:numPr>
        <w:bidi/>
      </w:pPr>
      <w:proofErr w:type="spellStart"/>
      <w:r>
        <w:rPr>
          <w:rFonts w:ascii="B Nazanin" w:eastAsia="B Nazanin" w:hAnsi="B Nazanin" w:cs="B Nazanin"/>
        </w:rPr>
        <w:t>چگونه</w:t>
      </w:r>
      <w:proofErr w:type="spellEnd"/>
      <w:r>
        <w:rPr>
          <w:rFonts w:ascii="B Nazanin" w:eastAsia="B Nazanin" w:hAnsi="B Nazanin" w:cs="B Nazanin"/>
        </w:rPr>
        <w:t xml:space="preserve"> </w:t>
      </w:r>
      <w:proofErr w:type="spellStart"/>
      <w:r>
        <w:rPr>
          <w:rFonts w:ascii="B Nazanin" w:eastAsia="B Nazanin" w:hAnsi="B Nazanin" w:cs="B Nazanin"/>
        </w:rPr>
        <w:t>پیشرفت</w:t>
      </w:r>
      <w:proofErr w:type="spellEnd"/>
      <w:r>
        <w:rPr>
          <w:rFonts w:ascii="B Nazanin" w:eastAsia="B Nazanin" w:hAnsi="B Nazanin" w:cs="B Nazanin"/>
        </w:rPr>
        <w:t xml:space="preserve"> </w:t>
      </w:r>
      <w:proofErr w:type="spellStart"/>
      <w:r>
        <w:rPr>
          <w:rFonts w:ascii="B Nazanin" w:eastAsia="B Nazanin" w:hAnsi="B Nazanin" w:cs="B Nazanin"/>
        </w:rPr>
        <w:t>را</w:t>
      </w:r>
      <w:proofErr w:type="spellEnd"/>
      <w:r>
        <w:rPr>
          <w:rFonts w:ascii="B Nazanin" w:eastAsia="B Nazanin" w:hAnsi="B Nazanin" w:cs="B Nazanin"/>
        </w:rPr>
        <w:t xml:space="preserve"> </w:t>
      </w:r>
      <w:proofErr w:type="spellStart"/>
      <w:r>
        <w:rPr>
          <w:rFonts w:ascii="B Nazanin" w:eastAsia="B Nazanin" w:hAnsi="B Nazanin" w:cs="B Nazanin"/>
        </w:rPr>
        <w:t>اندازه</w:t>
      </w:r>
      <w:r>
        <w:rPr>
          <w:rFonts w:ascii="B Nazanin" w:eastAsia="B Nazanin" w:hAnsi="B Nazanin" w:cs="B Nazanin"/>
        </w:rPr>
        <w:t>‌</w:t>
      </w:r>
      <w:r>
        <w:rPr>
          <w:rFonts w:ascii="B Nazanin" w:eastAsia="B Nazanin" w:hAnsi="B Nazanin" w:cs="B Nazanin"/>
        </w:rPr>
        <w:t>گیری</w:t>
      </w:r>
      <w:proofErr w:type="spellEnd"/>
      <w:r>
        <w:rPr>
          <w:rFonts w:ascii="B Nazanin" w:eastAsia="B Nazanin" w:hAnsi="B Nazanin" w:cs="B Nazanin"/>
        </w:rPr>
        <w:t xml:space="preserve"> </w:t>
      </w:r>
      <w:r>
        <w:rPr>
          <w:rFonts w:ascii="B Nazanin" w:eastAsia="B Nazanin" w:hAnsi="B Nazanin" w:cs="B Nazanin"/>
        </w:rPr>
        <w:t>کنیم؟</w:t>
      </w:r>
    </w:p>
    <w:p w14:paraId="1391D1D7" w14:textId="04D712C9" w:rsidR="006A2542" w:rsidRDefault="00C60EF8" w:rsidP="00C60EF8">
      <w:pPr>
        <w:bidi/>
      </w:pPr>
      <w:r>
        <w:rPr>
          <w:rFonts w:eastAsia="B Nazanin" w:cs="B Nazanin" w:hint="cs"/>
          <w:rtl/>
        </w:rPr>
        <w:t xml:space="preserve">   </w:t>
      </w:r>
      <w:proofErr w:type="spellStart"/>
      <w:r>
        <w:rPr>
          <w:rFonts w:eastAsia="B Nazanin" w:cs="B Nazanin"/>
        </w:rPr>
        <w:t>احساس</w:t>
      </w:r>
      <w:proofErr w:type="spellEnd"/>
      <w:r>
        <w:rPr>
          <w:rFonts w:eastAsia="B Nazanin" w:cs="B Nazanin"/>
        </w:rPr>
        <w:t xml:space="preserve"> </w:t>
      </w:r>
      <w:proofErr w:type="spellStart"/>
      <w:r>
        <w:rPr>
          <w:rFonts w:eastAsia="B Nazanin" w:cs="B Nazanin"/>
        </w:rPr>
        <w:t>پیشرفت</w:t>
      </w:r>
      <w:proofErr w:type="spellEnd"/>
      <w:r>
        <w:rPr>
          <w:rFonts w:eastAsia="B Nazanin" w:cs="B Nazanin"/>
        </w:rPr>
        <w:t xml:space="preserve"> </w:t>
      </w:r>
      <w:proofErr w:type="spellStart"/>
      <w:r>
        <w:rPr>
          <w:rFonts w:eastAsia="B Nazanin" w:cs="B Nazanin"/>
        </w:rPr>
        <w:t>همیشه</w:t>
      </w:r>
      <w:proofErr w:type="spellEnd"/>
      <w:r>
        <w:rPr>
          <w:rFonts w:eastAsia="B Nazanin" w:cs="B Nazanin"/>
        </w:rPr>
        <w:t xml:space="preserve"> </w:t>
      </w:r>
      <w:proofErr w:type="spellStart"/>
      <w:r>
        <w:rPr>
          <w:rFonts w:eastAsia="B Nazanin" w:cs="B Nazanin"/>
        </w:rPr>
        <w:t>معیار</w:t>
      </w:r>
      <w:proofErr w:type="spellEnd"/>
      <w:r>
        <w:rPr>
          <w:rFonts w:eastAsia="B Nazanin" w:cs="B Nazanin"/>
        </w:rPr>
        <w:t xml:space="preserve"> دقیقی نیست. گاهی ممکن است به دلیل خستگی فکر کنیم هیچ تغییری نکرده‌ایم، درحالی‌که توانایی ما بهتر شده است. برای همین، بهتر است چند شاخص مشخص انتخاب کنیم. در شنیدن، می‌توانید بررسی </w:t>
      </w:r>
      <w:r>
        <w:rPr>
          <w:rFonts w:eastAsia="B Nazanin" w:cs="B Nazanin"/>
        </w:rPr>
        <w:lastRenderedPageBreak/>
        <w:t xml:space="preserve">کنید که از یک فایل کوتاه چه مقدار را متوجه می‌شوید. در صحبت کردن، مدت </w:t>
      </w:r>
      <w:proofErr w:type="spellStart"/>
      <w:r>
        <w:rPr>
          <w:rFonts w:eastAsia="B Nazanin" w:cs="B Nazanin"/>
        </w:rPr>
        <w:t>زمانی</w:t>
      </w:r>
      <w:proofErr w:type="spellEnd"/>
      <w:r>
        <w:rPr>
          <w:rFonts w:eastAsia="B Nazanin" w:cs="B Nazanin"/>
        </w:rPr>
        <w:t xml:space="preserve"> </w:t>
      </w:r>
      <w:proofErr w:type="spellStart"/>
      <w:r>
        <w:rPr>
          <w:rFonts w:eastAsia="B Nazanin" w:cs="B Nazanin"/>
        </w:rPr>
        <w:t>را</w:t>
      </w:r>
      <w:proofErr w:type="spellEnd"/>
      <w:r>
        <w:rPr>
          <w:rFonts w:eastAsia="B Nazanin" w:cs="B Nazanin"/>
        </w:rPr>
        <w:t xml:space="preserve"> </w:t>
      </w:r>
      <w:proofErr w:type="spellStart"/>
      <w:r>
        <w:rPr>
          <w:rFonts w:eastAsia="B Nazanin" w:cs="B Nazanin"/>
        </w:rPr>
        <w:t>که</w:t>
      </w:r>
      <w:proofErr w:type="spellEnd"/>
      <w:r>
        <w:rPr>
          <w:rFonts w:eastAsia="B Nazanin" w:cs="B Nazanin"/>
        </w:rPr>
        <w:t xml:space="preserve"> </w:t>
      </w:r>
      <w:proofErr w:type="spellStart"/>
      <w:r>
        <w:rPr>
          <w:rFonts w:eastAsia="B Nazanin" w:cs="B Nazanin"/>
        </w:rPr>
        <w:t>می‌توانید</w:t>
      </w:r>
      <w:proofErr w:type="spellEnd"/>
      <w:r>
        <w:rPr>
          <w:rFonts w:eastAsia="B Nazanin" w:cs="B Nazanin"/>
        </w:rPr>
        <w:t xml:space="preserve"> </w:t>
      </w:r>
      <w:proofErr w:type="spellStart"/>
      <w:r>
        <w:rPr>
          <w:rFonts w:eastAsia="B Nazanin" w:cs="B Nazanin"/>
        </w:rPr>
        <w:t>درباره</w:t>
      </w:r>
      <w:proofErr w:type="spellEnd"/>
      <w:r>
        <w:rPr>
          <w:rFonts w:eastAsia="B Nazanin" w:cs="B Nazanin"/>
        </w:rPr>
        <w:t xml:space="preserve"> </w:t>
      </w:r>
      <w:proofErr w:type="spellStart"/>
      <w:r>
        <w:rPr>
          <w:rFonts w:eastAsia="B Nazanin" w:cs="B Nazanin"/>
        </w:rPr>
        <w:t>یک</w:t>
      </w:r>
      <w:proofErr w:type="spellEnd"/>
      <w:r>
        <w:rPr>
          <w:rFonts w:eastAsia="B Nazanin" w:cs="B Nazanin"/>
        </w:rPr>
        <w:t xml:space="preserve"> </w:t>
      </w:r>
      <w:proofErr w:type="spellStart"/>
      <w:r>
        <w:rPr>
          <w:rFonts w:eastAsia="B Nazanin" w:cs="B Nazanin"/>
        </w:rPr>
        <w:t>موضوع</w:t>
      </w:r>
      <w:proofErr w:type="spellEnd"/>
      <w:r>
        <w:rPr>
          <w:rFonts w:eastAsia="B Nazanin" w:cs="B Nazanin"/>
        </w:rPr>
        <w:t xml:space="preserve"> </w:t>
      </w:r>
      <w:proofErr w:type="spellStart"/>
      <w:r>
        <w:rPr>
          <w:rFonts w:eastAsia="B Nazanin" w:cs="B Nazanin"/>
        </w:rPr>
        <w:t>حرف</w:t>
      </w:r>
      <w:proofErr w:type="spellEnd"/>
      <w:r>
        <w:rPr>
          <w:rFonts w:eastAsia="B Nazanin" w:cs="B Nazanin"/>
        </w:rPr>
        <w:t xml:space="preserve"> </w:t>
      </w:r>
      <w:proofErr w:type="spellStart"/>
      <w:r>
        <w:rPr>
          <w:rFonts w:eastAsia="B Nazanin" w:cs="B Nazanin"/>
        </w:rPr>
        <w:t>بزنید</w:t>
      </w:r>
      <w:proofErr w:type="spellEnd"/>
      <w:r>
        <w:rPr>
          <w:rFonts w:eastAsia="B Nazanin" w:cs="B Nazanin"/>
        </w:rPr>
        <w:t xml:space="preserve"> و </w:t>
      </w:r>
      <w:proofErr w:type="spellStart"/>
      <w:r>
        <w:rPr>
          <w:rFonts w:eastAsia="B Nazanin" w:cs="B Nazanin"/>
        </w:rPr>
        <w:t>میزان</w:t>
      </w:r>
      <w:proofErr w:type="spellEnd"/>
      <w:r>
        <w:rPr>
          <w:rFonts w:eastAsia="B Nazanin" w:cs="B Nazanin"/>
        </w:rPr>
        <w:t xml:space="preserve"> مکث‌های طولانی را ثبت کنید. در نوشتن، تعداد جمله‌های کامل و </w:t>
      </w:r>
      <w:proofErr w:type="spellStart"/>
      <w:r>
        <w:rPr>
          <w:rFonts w:eastAsia="B Nazanin" w:cs="B Nazanin"/>
        </w:rPr>
        <w:t>وضوح</w:t>
      </w:r>
      <w:proofErr w:type="spellEnd"/>
      <w:r>
        <w:rPr>
          <w:rFonts w:eastAsia="B Nazanin" w:cs="B Nazanin"/>
        </w:rPr>
        <w:t xml:space="preserve"> </w:t>
      </w:r>
      <w:proofErr w:type="spellStart"/>
      <w:r>
        <w:rPr>
          <w:rFonts w:eastAsia="B Nazanin" w:cs="B Nazanin"/>
        </w:rPr>
        <w:t>ترتیب</w:t>
      </w:r>
      <w:proofErr w:type="spellEnd"/>
      <w:r>
        <w:rPr>
          <w:rFonts w:eastAsia="B Nazanin" w:cs="B Nazanin"/>
        </w:rPr>
        <w:t xml:space="preserve"> </w:t>
      </w:r>
      <w:proofErr w:type="spellStart"/>
      <w:r>
        <w:rPr>
          <w:rFonts w:eastAsia="B Nazanin" w:cs="B Nazanin"/>
        </w:rPr>
        <w:t>ایده‌ها</w:t>
      </w:r>
      <w:proofErr w:type="spellEnd"/>
      <w:r>
        <w:rPr>
          <w:rFonts w:eastAsia="B Nazanin" w:cs="B Nazanin"/>
        </w:rPr>
        <w:t xml:space="preserve"> </w:t>
      </w:r>
      <w:proofErr w:type="spellStart"/>
      <w:r>
        <w:rPr>
          <w:rFonts w:eastAsia="B Nazanin" w:cs="B Nazanin"/>
        </w:rPr>
        <w:t>را</w:t>
      </w:r>
      <w:proofErr w:type="spellEnd"/>
      <w:r>
        <w:rPr>
          <w:rFonts w:eastAsia="B Nazanin" w:cs="B Nazanin"/>
        </w:rPr>
        <w:t xml:space="preserve"> </w:t>
      </w:r>
      <w:proofErr w:type="spellStart"/>
      <w:r>
        <w:rPr>
          <w:rFonts w:eastAsia="B Nazanin" w:cs="B Nazanin"/>
        </w:rPr>
        <w:t>بررسی</w:t>
      </w:r>
      <w:proofErr w:type="spellEnd"/>
      <w:r>
        <w:rPr>
          <w:rFonts w:eastAsia="B Nazanin" w:cs="B Nazanin"/>
        </w:rPr>
        <w:t xml:space="preserve"> </w:t>
      </w:r>
      <w:proofErr w:type="spellStart"/>
      <w:r>
        <w:rPr>
          <w:rFonts w:eastAsia="B Nazanin" w:cs="B Nazanin"/>
        </w:rPr>
        <w:t>کنید</w:t>
      </w:r>
      <w:proofErr w:type="spellEnd"/>
      <w:r>
        <w:rPr>
          <w:rFonts w:eastAsia="B Nazanin" w:cs="B Nazanin" w:hint="cs"/>
          <w:rtl/>
        </w:rPr>
        <w:t>.</w:t>
      </w:r>
    </w:p>
    <w:p w14:paraId="5C2BCF4A" w14:textId="560D1C4F" w:rsidR="006A2542" w:rsidRDefault="007F2F21" w:rsidP="002159CC">
      <w:pPr>
        <w:bidi/>
      </w:pPr>
      <w:r>
        <w:rPr>
          <w:rFonts w:eastAsia="B Nazanin" w:cs="B Nazanin"/>
        </w:rPr>
        <w:t>هر</w:t>
      </w:r>
      <w:r>
        <w:rPr>
          <w:rFonts w:eastAsia="B Nazanin" w:cs="B Nazanin"/>
        </w:rPr>
        <w:t xml:space="preserve"> </w:t>
      </w:r>
      <w:r>
        <w:rPr>
          <w:rFonts w:eastAsia="B Nazanin" w:cs="B Nazanin"/>
        </w:rPr>
        <w:t>دو</w:t>
      </w:r>
      <w:r>
        <w:rPr>
          <w:rFonts w:eastAsia="B Nazanin" w:cs="B Nazanin"/>
        </w:rPr>
        <w:t xml:space="preserve"> </w:t>
      </w:r>
      <w:r>
        <w:rPr>
          <w:rFonts w:eastAsia="B Nazanin" w:cs="B Nazanin"/>
        </w:rPr>
        <w:t>تا</w:t>
      </w:r>
      <w:r>
        <w:rPr>
          <w:rFonts w:eastAsia="B Nazanin" w:cs="B Nazanin"/>
        </w:rPr>
        <w:t xml:space="preserve"> </w:t>
      </w:r>
      <w:r>
        <w:rPr>
          <w:rFonts w:eastAsia="B Nazanin" w:cs="B Nazanin"/>
        </w:rPr>
        <w:t>چ</w:t>
      </w:r>
      <w:r>
        <w:rPr>
          <w:rFonts w:eastAsia="B Nazanin" w:cs="B Nazanin"/>
        </w:rPr>
        <w:t>هار</w:t>
      </w:r>
      <w:r>
        <w:rPr>
          <w:rFonts w:eastAsia="B Nazanin" w:cs="B Nazanin"/>
        </w:rPr>
        <w:t xml:space="preserve"> </w:t>
      </w:r>
      <w:r>
        <w:rPr>
          <w:rFonts w:eastAsia="B Nazanin" w:cs="B Nazanin"/>
        </w:rPr>
        <w:t>هفته</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بار،</w:t>
      </w:r>
      <w:r>
        <w:rPr>
          <w:rFonts w:eastAsia="B Nazanin" w:cs="B Nazanin"/>
        </w:rPr>
        <w:t xml:space="preserve"> </w:t>
      </w:r>
      <w:r>
        <w:rPr>
          <w:rFonts w:eastAsia="B Nazanin" w:cs="B Nazanin"/>
        </w:rPr>
        <w:t>فعالیتی</w:t>
      </w:r>
      <w:r>
        <w:rPr>
          <w:rFonts w:eastAsia="B Nazanin" w:cs="B Nazanin"/>
        </w:rPr>
        <w:t xml:space="preserve"> </w:t>
      </w:r>
      <w:r>
        <w:rPr>
          <w:rFonts w:eastAsia="B Nazanin" w:cs="B Nazanin"/>
        </w:rPr>
        <w:t>مشابه</w:t>
      </w:r>
      <w:r>
        <w:rPr>
          <w:rFonts w:eastAsia="B Nazanin" w:cs="B Nazanin"/>
        </w:rPr>
        <w:t xml:space="preserve"> </w:t>
      </w:r>
      <w:r>
        <w:rPr>
          <w:rFonts w:eastAsia="B Nazanin" w:cs="B Nazanin"/>
        </w:rPr>
        <w:t>نقطه</w:t>
      </w:r>
      <w:r>
        <w:rPr>
          <w:rFonts w:eastAsia="B Nazanin" w:cs="B Nazanin"/>
        </w:rPr>
        <w:t xml:space="preserve"> </w:t>
      </w:r>
      <w:r>
        <w:rPr>
          <w:rFonts w:eastAsia="B Nazanin" w:cs="B Nazanin"/>
        </w:rPr>
        <w:t>شروع</w:t>
      </w:r>
      <w:r>
        <w:rPr>
          <w:rFonts w:eastAsia="B Nazanin" w:cs="B Nazanin"/>
        </w:rPr>
        <w:t xml:space="preserve"> </w:t>
      </w:r>
      <w:r>
        <w:rPr>
          <w:rFonts w:eastAsia="B Nazanin" w:cs="B Nazanin"/>
        </w:rPr>
        <w:t>انجام</w:t>
      </w:r>
      <w:r>
        <w:rPr>
          <w:rFonts w:eastAsia="B Nazanin" w:cs="B Nazanin"/>
        </w:rPr>
        <w:t xml:space="preserve"> </w:t>
      </w:r>
      <w:r>
        <w:rPr>
          <w:rFonts w:eastAsia="B Nazanin" w:cs="B Nazanin"/>
        </w:rPr>
        <w:t>دهید</w:t>
      </w:r>
      <w:r>
        <w:rPr>
          <w:rFonts w:eastAsia="B Nazanin" w:cs="B Nazanin"/>
        </w:rPr>
        <w:t xml:space="preserve">. </w:t>
      </w:r>
      <w:r>
        <w:rPr>
          <w:rFonts w:eastAsia="B Nazanin" w:cs="B Nazanin"/>
        </w:rPr>
        <w:t>برای</w:t>
      </w:r>
      <w:r>
        <w:rPr>
          <w:rFonts w:eastAsia="B Nazanin" w:cs="B Nazanin"/>
        </w:rPr>
        <w:t xml:space="preserve"> </w:t>
      </w:r>
      <w:r>
        <w:rPr>
          <w:rFonts w:eastAsia="B Nazanin" w:cs="B Nazanin"/>
        </w:rPr>
        <w:t>مثال،</w:t>
      </w:r>
      <w:r>
        <w:rPr>
          <w:rFonts w:eastAsia="B Nazanin" w:cs="B Nazanin"/>
        </w:rPr>
        <w:t xml:space="preserve"> </w:t>
      </w:r>
      <w:r>
        <w:rPr>
          <w:rFonts w:eastAsia="B Nazanin" w:cs="B Nazanin"/>
        </w:rPr>
        <w:t>درباره</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موضوع</w:t>
      </w:r>
      <w:r>
        <w:rPr>
          <w:rFonts w:eastAsia="B Nazanin" w:cs="B Nazanin"/>
        </w:rPr>
        <w:t xml:space="preserve"> </w:t>
      </w:r>
      <w:r>
        <w:rPr>
          <w:rFonts w:eastAsia="B Nazanin" w:cs="B Nazanin"/>
        </w:rPr>
        <w:t>ثابت</w:t>
      </w:r>
      <w:r>
        <w:rPr>
          <w:rFonts w:eastAsia="B Nazanin" w:cs="B Nazanin"/>
        </w:rPr>
        <w:t xml:space="preserve"> </w:t>
      </w:r>
      <w:r>
        <w:rPr>
          <w:rFonts w:eastAsia="B Nazanin" w:cs="B Nazanin"/>
        </w:rPr>
        <w:t>دو</w:t>
      </w:r>
      <w:r>
        <w:rPr>
          <w:rFonts w:eastAsia="B Nazanin" w:cs="B Nazanin"/>
        </w:rPr>
        <w:t xml:space="preserve"> </w:t>
      </w:r>
      <w:r>
        <w:rPr>
          <w:rFonts w:eastAsia="B Nazanin" w:cs="B Nazanin"/>
        </w:rPr>
        <w:t>دقیقه</w:t>
      </w:r>
      <w:r>
        <w:rPr>
          <w:rFonts w:eastAsia="B Nazanin" w:cs="B Nazanin"/>
        </w:rPr>
        <w:t xml:space="preserve"> </w:t>
      </w:r>
      <w:r>
        <w:rPr>
          <w:rFonts w:eastAsia="B Nazanin" w:cs="B Nazanin"/>
        </w:rPr>
        <w:t>صحبت</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یا</w:t>
      </w:r>
      <w:r>
        <w:rPr>
          <w:rFonts w:eastAsia="B Nazanin" w:cs="B Nazanin"/>
        </w:rPr>
        <w:t xml:space="preserve"> </w:t>
      </w:r>
      <w:r>
        <w:rPr>
          <w:rFonts w:eastAsia="B Nazanin" w:cs="B Nazanin"/>
        </w:rPr>
        <w:t>متنی</w:t>
      </w:r>
      <w:r>
        <w:rPr>
          <w:rFonts w:eastAsia="B Nazanin" w:cs="B Nazanin"/>
        </w:rPr>
        <w:t xml:space="preserve"> </w:t>
      </w:r>
      <w:r>
        <w:rPr>
          <w:rFonts w:eastAsia="B Nazanin" w:cs="B Nazanin"/>
        </w:rPr>
        <w:t>با</w:t>
      </w:r>
      <w:r>
        <w:rPr>
          <w:rFonts w:eastAsia="B Nazanin" w:cs="B Nazanin"/>
        </w:rPr>
        <w:t xml:space="preserve"> </w:t>
      </w:r>
      <w:r>
        <w:rPr>
          <w:rFonts w:eastAsia="B Nazanin" w:cs="B Nazanin"/>
        </w:rPr>
        <w:t>طول</w:t>
      </w:r>
      <w:r>
        <w:rPr>
          <w:rFonts w:eastAsia="B Nazanin" w:cs="B Nazanin"/>
        </w:rPr>
        <w:t xml:space="preserve"> </w:t>
      </w:r>
      <w:r>
        <w:rPr>
          <w:rFonts w:eastAsia="B Nazanin" w:cs="B Nazanin"/>
        </w:rPr>
        <w:t>مشابه</w:t>
      </w:r>
      <w:r>
        <w:rPr>
          <w:rFonts w:eastAsia="B Nazanin" w:cs="B Nazanin"/>
        </w:rPr>
        <w:t xml:space="preserve"> </w:t>
      </w:r>
      <w:r>
        <w:rPr>
          <w:rFonts w:eastAsia="B Nazanin" w:cs="B Nazanin"/>
        </w:rPr>
        <w:t>بنویسید</w:t>
      </w:r>
      <w:r>
        <w:rPr>
          <w:rFonts w:eastAsia="B Nazanin" w:cs="B Nazanin"/>
        </w:rPr>
        <w:t xml:space="preserve">. </w:t>
      </w:r>
      <w:r>
        <w:rPr>
          <w:rFonts w:eastAsia="B Nazanin" w:cs="B Nazanin"/>
        </w:rPr>
        <w:t>این</w:t>
      </w:r>
      <w:r>
        <w:rPr>
          <w:rFonts w:eastAsia="B Nazanin" w:cs="B Nazanin"/>
        </w:rPr>
        <w:t xml:space="preserve"> </w:t>
      </w:r>
      <w:r>
        <w:rPr>
          <w:rFonts w:eastAsia="B Nazanin" w:cs="B Nazanin"/>
        </w:rPr>
        <w:t>مقایسه</w:t>
      </w:r>
      <w:r>
        <w:rPr>
          <w:rFonts w:eastAsia="B Nazanin" w:cs="B Nazanin"/>
        </w:rPr>
        <w:t xml:space="preserve"> </w:t>
      </w:r>
      <w:r>
        <w:rPr>
          <w:rFonts w:eastAsia="B Nazanin" w:cs="B Nazanin"/>
        </w:rPr>
        <w:t>زمانی</w:t>
      </w:r>
      <w:r>
        <w:rPr>
          <w:rFonts w:eastAsia="B Nazanin" w:cs="B Nazanin"/>
        </w:rPr>
        <w:t xml:space="preserve"> </w:t>
      </w:r>
      <w:r>
        <w:rPr>
          <w:rFonts w:eastAsia="B Nazanin" w:cs="B Nazanin"/>
        </w:rPr>
        <w:t>مفیدتر</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که</w:t>
      </w:r>
      <w:r>
        <w:rPr>
          <w:rFonts w:eastAsia="B Nazanin" w:cs="B Nazanin"/>
        </w:rPr>
        <w:t xml:space="preserve"> </w:t>
      </w:r>
      <w:r>
        <w:rPr>
          <w:rFonts w:eastAsia="B Nazanin" w:cs="B Nazanin"/>
        </w:rPr>
        <w:t>شرایط</w:t>
      </w:r>
      <w:r>
        <w:rPr>
          <w:rFonts w:eastAsia="B Nazanin" w:cs="B Nazanin"/>
        </w:rPr>
        <w:t xml:space="preserve"> </w:t>
      </w:r>
      <w:r>
        <w:rPr>
          <w:rFonts w:eastAsia="B Nazanin" w:cs="B Nazanin"/>
        </w:rPr>
        <w:t>تقریباً</w:t>
      </w:r>
      <w:r>
        <w:rPr>
          <w:rFonts w:eastAsia="B Nazanin" w:cs="B Nazanin"/>
        </w:rPr>
        <w:t xml:space="preserve"> </w:t>
      </w:r>
      <w:r>
        <w:rPr>
          <w:rFonts w:eastAsia="B Nazanin" w:cs="B Nazanin"/>
        </w:rPr>
        <w:t>یکسان</w:t>
      </w:r>
      <w:r>
        <w:rPr>
          <w:rFonts w:eastAsia="B Nazanin" w:cs="B Nazanin"/>
        </w:rPr>
        <w:t xml:space="preserve"> </w:t>
      </w:r>
      <w:r>
        <w:rPr>
          <w:rFonts w:eastAsia="B Nazanin" w:cs="B Nazanin"/>
        </w:rPr>
        <w:t>باشد</w:t>
      </w:r>
      <w:r>
        <w:rPr>
          <w:rFonts w:eastAsia="B Nazanin" w:cs="B Nazanin"/>
        </w:rPr>
        <w:t xml:space="preserve">. </w:t>
      </w:r>
      <w:r>
        <w:rPr>
          <w:rFonts w:eastAsia="B Nazanin" w:cs="B Nazanin"/>
        </w:rPr>
        <w:t>بهتر</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به</w:t>
      </w:r>
      <w:r>
        <w:rPr>
          <w:rFonts w:eastAsia="B Nazanin" w:cs="B Nazanin"/>
        </w:rPr>
        <w:t xml:space="preserve"> </w:t>
      </w:r>
      <w:r>
        <w:rPr>
          <w:rFonts w:eastAsia="B Nazanin" w:cs="B Nazanin"/>
        </w:rPr>
        <w:t>جای</w:t>
      </w:r>
      <w:r>
        <w:rPr>
          <w:rFonts w:eastAsia="B Nazanin" w:cs="B Nazanin"/>
        </w:rPr>
        <w:t xml:space="preserve"> </w:t>
      </w:r>
      <w:r>
        <w:rPr>
          <w:rFonts w:eastAsia="B Nazanin" w:cs="B Nazanin"/>
        </w:rPr>
        <w:t>تمرکز</w:t>
      </w:r>
      <w:r>
        <w:rPr>
          <w:rFonts w:eastAsia="B Nazanin" w:cs="B Nazanin"/>
        </w:rPr>
        <w:t xml:space="preserve"> </w:t>
      </w:r>
      <w:r>
        <w:rPr>
          <w:rFonts w:eastAsia="B Nazanin" w:cs="B Nazanin"/>
        </w:rPr>
        <w:t>صرف</w:t>
      </w:r>
      <w:r>
        <w:rPr>
          <w:rFonts w:eastAsia="B Nazanin" w:cs="B Nazanin"/>
        </w:rPr>
        <w:t xml:space="preserve"> </w:t>
      </w:r>
      <w:r>
        <w:rPr>
          <w:rFonts w:eastAsia="B Nazanin" w:cs="B Nazanin"/>
        </w:rPr>
        <w:t>بر</w:t>
      </w:r>
      <w:r>
        <w:rPr>
          <w:rFonts w:eastAsia="B Nazanin" w:cs="B Nazanin"/>
        </w:rPr>
        <w:t xml:space="preserve"> </w:t>
      </w:r>
      <w:r>
        <w:rPr>
          <w:rFonts w:eastAsia="B Nazanin" w:cs="B Nazanin"/>
        </w:rPr>
        <w:t>خطاها،</w:t>
      </w:r>
      <w:r>
        <w:rPr>
          <w:rFonts w:eastAsia="B Nazanin" w:cs="B Nazanin"/>
        </w:rPr>
        <w:t xml:space="preserve"> </w:t>
      </w:r>
      <w:r>
        <w:rPr>
          <w:rFonts w:eastAsia="B Nazanin" w:cs="B Nazanin"/>
        </w:rPr>
        <w:t>مواردی</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هم</w:t>
      </w:r>
      <w:r>
        <w:rPr>
          <w:rFonts w:eastAsia="B Nazanin" w:cs="B Nazanin"/>
        </w:rPr>
        <w:t xml:space="preserve"> </w:t>
      </w:r>
      <w:proofErr w:type="spellStart"/>
      <w:r>
        <w:rPr>
          <w:rFonts w:eastAsia="B Nazanin" w:cs="B Nazanin"/>
        </w:rPr>
        <w:t>که</w:t>
      </w:r>
      <w:proofErr w:type="spellEnd"/>
      <w:r>
        <w:rPr>
          <w:rFonts w:eastAsia="B Nazanin" w:cs="B Nazanin"/>
        </w:rPr>
        <w:t xml:space="preserve"> </w:t>
      </w:r>
      <w:proofErr w:type="spellStart"/>
      <w:r>
        <w:rPr>
          <w:rFonts w:eastAsia="B Nazanin" w:cs="B Nazanin"/>
        </w:rPr>
        <w:t>اکنون</w:t>
      </w:r>
      <w:proofErr w:type="spellEnd"/>
      <w:r>
        <w:rPr>
          <w:rFonts w:eastAsia="B Nazanin" w:cs="B Nazanin"/>
        </w:rPr>
        <w:t xml:space="preserve"> </w:t>
      </w:r>
      <w:proofErr w:type="spellStart"/>
      <w:r>
        <w:rPr>
          <w:rFonts w:eastAsia="B Nazanin" w:cs="B Nazanin"/>
        </w:rPr>
        <w:t>بهتر</w:t>
      </w:r>
      <w:proofErr w:type="spellEnd"/>
      <w:r>
        <w:rPr>
          <w:rFonts w:eastAsia="B Nazanin" w:cs="B Nazanin"/>
        </w:rPr>
        <w:t xml:space="preserve"> </w:t>
      </w:r>
      <w:proofErr w:type="spellStart"/>
      <w:r>
        <w:rPr>
          <w:rFonts w:eastAsia="B Nazanin" w:cs="B Nazanin"/>
        </w:rPr>
        <w:t>ان</w:t>
      </w:r>
      <w:r>
        <w:rPr>
          <w:rFonts w:eastAsia="B Nazanin" w:cs="B Nazanin"/>
        </w:rPr>
        <w:t>جام</w:t>
      </w:r>
      <w:proofErr w:type="spellEnd"/>
      <w:r>
        <w:rPr>
          <w:rFonts w:eastAsia="B Nazanin" w:cs="B Nazanin"/>
        </w:rPr>
        <w:t xml:space="preserve"> </w:t>
      </w:r>
      <w:proofErr w:type="spellStart"/>
      <w:r>
        <w:rPr>
          <w:rFonts w:eastAsia="B Nazanin" w:cs="B Nazanin"/>
        </w:rPr>
        <w:t>می</w:t>
      </w:r>
      <w:r>
        <w:rPr>
          <w:rFonts w:eastAsia="B Nazanin" w:cs="B Nazanin"/>
        </w:rPr>
        <w:t>‌</w:t>
      </w:r>
      <w:r>
        <w:rPr>
          <w:rFonts w:eastAsia="B Nazanin" w:cs="B Nazanin"/>
        </w:rPr>
        <w:t>دهید</w:t>
      </w:r>
      <w:proofErr w:type="spellEnd"/>
      <w:r>
        <w:rPr>
          <w:rFonts w:eastAsia="B Nazanin" w:cs="B Nazanin"/>
        </w:rPr>
        <w:t xml:space="preserve"> </w:t>
      </w:r>
      <w:proofErr w:type="spellStart"/>
      <w:r>
        <w:rPr>
          <w:rFonts w:eastAsia="B Nazanin" w:cs="B Nazanin"/>
        </w:rPr>
        <w:t>یادداشت</w:t>
      </w:r>
      <w:proofErr w:type="spellEnd"/>
      <w:r>
        <w:rPr>
          <w:rFonts w:eastAsia="B Nazanin" w:cs="B Nazanin"/>
        </w:rPr>
        <w:t xml:space="preserve"> </w:t>
      </w:r>
      <w:proofErr w:type="spellStart"/>
      <w:r>
        <w:rPr>
          <w:rFonts w:eastAsia="B Nazanin" w:cs="B Nazanin"/>
        </w:rPr>
        <w:t>کنید</w:t>
      </w:r>
      <w:proofErr w:type="spellEnd"/>
      <w:r w:rsidR="00C60EF8">
        <w:rPr>
          <w:rFonts w:eastAsia="B Nazanin" w:cs="B Nazanin" w:hint="cs"/>
          <w:rtl/>
        </w:rPr>
        <w:t>.</w:t>
      </w:r>
    </w:p>
    <w:p w14:paraId="17BC2DD7" w14:textId="4318BECD" w:rsidR="006A2542" w:rsidRDefault="007F2F21" w:rsidP="002159CC">
      <w:pPr>
        <w:bidi/>
      </w:pPr>
      <w:r>
        <w:rPr>
          <w:rFonts w:eastAsia="B Nazanin" w:cs="B Nazanin"/>
        </w:rPr>
        <w:t>اگر</w:t>
      </w:r>
      <w:r>
        <w:rPr>
          <w:rFonts w:eastAsia="B Nazanin" w:cs="B Nazanin"/>
        </w:rPr>
        <w:t xml:space="preserve"> </w:t>
      </w:r>
      <w:r>
        <w:rPr>
          <w:rFonts w:eastAsia="B Nazanin" w:cs="B Nazanin"/>
        </w:rPr>
        <w:t>پیشرفت</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مهارت</w:t>
      </w:r>
      <w:r>
        <w:rPr>
          <w:rFonts w:eastAsia="B Nazanin" w:cs="B Nazanin"/>
        </w:rPr>
        <w:t xml:space="preserve"> </w:t>
      </w:r>
      <w:r>
        <w:rPr>
          <w:rFonts w:eastAsia="B Nazanin" w:cs="B Nazanin"/>
        </w:rPr>
        <w:t>کندتر</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فوراً</w:t>
      </w:r>
      <w:r>
        <w:rPr>
          <w:rFonts w:eastAsia="B Nazanin" w:cs="B Nazanin"/>
        </w:rPr>
        <w:t xml:space="preserve"> </w:t>
      </w:r>
      <w:r>
        <w:rPr>
          <w:rFonts w:eastAsia="B Nazanin" w:cs="B Nazanin"/>
        </w:rPr>
        <w:t>نتیجه</w:t>
      </w:r>
      <w:r>
        <w:rPr>
          <w:rFonts w:eastAsia="B Nazanin" w:cs="B Nazanin"/>
        </w:rPr>
        <w:t xml:space="preserve"> </w:t>
      </w:r>
      <w:r>
        <w:rPr>
          <w:rFonts w:eastAsia="B Nazanin" w:cs="B Nazanin"/>
        </w:rPr>
        <w:t>نگیرید</w:t>
      </w:r>
      <w:r>
        <w:rPr>
          <w:rFonts w:eastAsia="B Nazanin" w:cs="B Nazanin"/>
        </w:rPr>
        <w:t xml:space="preserve"> </w:t>
      </w:r>
      <w:r>
        <w:rPr>
          <w:rFonts w:eastAsia="B Nazanin" w:cs="B Nazanin"/>
        </w:rPr>
        <w:t>که</w:t>
      </w:r>
      <w:r>
        <w:rPr>
          <w:rFonts w:eastAsia="B Nazanin" w:cs="B Nazanin"/>
        </w:rPr>
        <w:t xml:space="preserve"> </w:t>
      </w:r>
      <w:r>
        <w:rPr>
          <w:rFonts w:eastAsia="B Nazanin" w:cs="B Nazanin"/>
        </w:rPr>
        <w:t>استعداد</w:t>
      </w:r>
      <w:r>
        <w:rPr>
          <w:rFonts w:eastAsia="B Nazanin" w:cs="B Nazanin"/>
        </w:rPr>
        <w:t xml:space="preserve"> </w:t>
      </w:r>
      <w:r>
        <w:rPr>
          <w:rFonts w:eastAsia="B Nazanin" w:cs="B Nazanin"/>
        </w:rPr>
        <w:t>زبان</w:t>
      </w:r>
      <w:r>
        <w:rPr>
          <w:rFonts w:eastAsia="B Nazanin" w:cs="B Nazanin"/>
        </w:rPr>
        <w:t>‌</w:t>
      </w:r>
      <w:r>
        <w:rPr>
          <w:rFonts w:eastAsia="B Nazanin" w:cs="B Nazanin"/>
        </w:rPr>
        <w:t>آموزی</w:t>
      </w:r>
      <w:r>
        <w:rPr>
          <w:rFonts w:eastAsia="B Nazanin" w:cs="B Nazanin"/>
        </w:rPr>
        <w:t xml:space="preserve"> </w:t>
      </w:r>
      <w:r>
        <w:rPr>
          <w:rFonts w:eastAsia="B Nazanin" w:cs="B Nazanin"/>
        </w:rPr>
        <w:t>ندارید</w:t>
      </w:r>
      <w:r>
        <w:rPr>
          <w:rFonts w:eastAsia="B Nazanin" w:cs="B Nazanin"/>
        </w:rPr>
        <w:t xml:space="preserve">. </w:t>
      </w:r>
      <w:r>
        <w:rPr>
          <w:rFonts w:eastAsia="B Nazanin" w:cs="B Nazanin"/>
        </w:rPr>
        <w:t>شاید</w:t>
      </w:r>
      <w:r>
        <w:rPr>
          <w:rFonts w:eastAsia="B Nazanin" w:cs="B Nazanin"/>
        </w:rPr>
        <w:t xml:space="preserve"> </w:t>
      </w:r>
      <w:r>
        <w:rPr>
          <w:rFonts w:eastAsia="B Nazanin" w:cs="B Nazanin"/>
        </w:rPr>
        <w:t>فعالیت</w:t>
      </w:r>
      <w:r>
        <w:rPr>
          <w:rFonts w:eastAsia="B Nazanin" w:cs="B Nazanin"/>
        </w:rPr>
        <w:t>‌</w:t>
      </w:r>
      <w:r>
        <w:rPr>
          <w:rFonts w:eastAsia="B Nazanin" w:cs="B Nazanin"/>
        </w:rPr>
        <w:t>های</w:t>
      </w:r>
      <w:r>
        <w:rPr>
          <w:rFonts w:eastAsia="B Nazanin" w:cs="B Nazanin"/>
        </w:rPr>
        <w:t xml:space="preserve"> </w:t>
      </w:r>
      <w:r>
        <w:rPr>
          <w:rFonts w:eastAsia="B Nazanin" w:cs="B Nazanin"/>
        </w:rPr>
        <w:t>انتخاب</w:t>
      </w:r>
      <w:r>
        <w:rPr>
          <w:rFonts w:eastAsia="B Nazanin" w:cs="B Nazanin"/>
        </w:rPr>
        <w:t>‌</w:t>
      </w:r>
      <w:r>
        <w:rPr>
          <w:rFonts w:eastAsia="B Nazanin" w:cs="B Nazanin"/>
        </w:rPr>
        <w:t>شده</w:t>
      </w:r>
      <w:r>
        <w:rPr>
          <w:rFonts w:eastAsia="B Nazanin" w:cs="B Nazanin"/>
        </w:rPr>
        <w:t xml:space="preserve"> </w:t>
      </w:r>
      <w:r>
        <w:rPr>
          <w:rFonts w:eastAsia="B Nazanin" w:cs="B Nazanin"/>
        </w:rPr>
        <w:t>مناسب</w:t>
      </w:r>
      <w:r>
        <w:rPr>
          <w:rFonts w:eastAsia="B Nazanin" w:cs="B Nazanin"/>
        </w:rPr>
        <w:t xml:space="preserve"> </w:t>
      </w:r>
      <w:r>
        <w:rPr>
          <w:rFonts w:eastAsia="B Nazanin" w:cs="B Nazanin"/>
        </w:rPr>
        <w:t>نبوده</w:t>
      </w:r>
      <w:r>
        <w:rPr>
          <w:rFonts w:eastAsia="B Nazanin" w:cs="B Nazanin"/>
        </w:rPr>
        <w:t>‌</w:t>
      </w:r>
      <w:r>
        <w:rPr>
          <w:rFonts w:eastAsia="B Nazanin" w:cs="B Nazanin"/>
        </w:rPr>
        <w:t>اند،</w:t>
      </w:r>
      <w:r>
        <w:rPr>
          <w:rFonts w:eastAsia="B Nazanin" w:cs="B Nazanin"/>
        </w:rPr>
        <w:t xml:space="preserve"> </w:t>
      </w:r>
      <w:r>
        <w:rPr>
          <w:rFonts w:eastAsia="B Nazanin" w:cs="B Nazanin"/>
        </w:rPr>
        <w:t>تمرین</w:t>
      </w:r>
      <w:r>
        <w:rPr>
          <w:rFonts w:eastAsia="B Nazanin" w:cs="B Nazanin"/>
        </w:rPr>
        <w:t xml:space="preserve"> </w:t>
      </w:r>
      <w:r>
        <w:rPr>
          <w:rFonts w:eastAsia="B Nazanin" w:cs="B Nazanin"/>
        </w:rPr>
        <w:t>کافی</w:t>
      </w:r>
      <w:r>
        <w:rPr>
          <w:rFonts w:eastAsia="B Nazanin" w:cs="B Nazanin"/>
        </w:rPr>
        <w:t xml:space="preserve"> </w:t>
      </w:r>
      <w:r>
        <w:rPr>
          <w:rFonts w:eastAsia="B Nazanin" w:cs="B Nazanin"/>
        </w:rPr>
        <w:t>نبوده</w:t>
      </w:r>
      <w:r>
        <w:rPr>
          <w:rFonts w:eastAsia="B Nazanin" w:cs="B Nazanin"/>
        </w:rPr>
        <w:t xml:space="preserve"> </w:t>
      </w:r>
      <w:r>
        <w:rPr>
          <w:rFonts w:eastAsia="B Nazanin" w:cs="B Nazanin"/>
        </w:rPr>
        <w:t>یا</w:t>
      </w:r>
      <w:r>
        <w:rPr>
          <w:rFonts w:eastAsia="B Nazanin" w:cs="B Nazanin"/>
        </w:rPr>
        <w:t xml:space="preserve"> </w:t>
      </w:r>
      <w:r>
        <w:rPr>
          <w:rFonts w:eastAsia="B Nazanin" w:cs="B Nazanin"/>
        </w:rPr>
        <w:t>هدف</w:t>
      </w:r>
      <w:r>
        <w:rPr>
          <w:rFonts w:eastAsia="B Nazanin" w:cs="B Nazanin"/>
        </w:rPr>
        <w:t xml:space="preserve"> </w:t>
      </w:r>
      <w:r>
        <w:rPr>
          <w:rFonts w:eastAsia="B Nazanin" w:cs="B Nazanin"/>
        </w:rPr>
        <w:t>بیش</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حد</w:t>
      </w:r>
      <w:r>
        <w:rPr>
          <w:rFonts w:eastAsia="B Nazanin" w:cs="B Nazanin"/>
        </w:rPr>
        <w:t xml:space="preserve"> </w:t>
      </w:r>
      <w:r>
        <w:rPr>
          <w:rFonts w:eastAsia="B Nazanin" w:cs="B Nazanin"/>
        </w:rPr>
        <w:t>دشوار</w:t>
      </w:r>
      <w:r>
        <w:rPr>
          <w:rFonts w:eastAsia="B Nazanin" w:cs="B Nazanin"/>
        </w:rPr>
        <w:t xml:space="preserve"> </w:t>
      </w:r>
      <w:r>
        <w:rPr>
          <w:rFonts w:eastAsia="B Nazanin" w:cs="B Nazanin"/>
        </w:rPr>
        <w:t>بوده</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تغییر</w:t>
      </w:r>
      <w:r>
        <w:rPr>
          <w:rFonts w:eastAsia="B Nazanin" w:cs="B Nazanin"/>
        </w:rPr>
        <w:t xml:space="preserve"> </w:t>
      </w:r>
      <w:r>
        <w:rPr>
          <w:rFonts w:eastAsia="B Nazanin" w:cs="B Nazanin"/>
        </w:rPr>
        <w:t>کوچک</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روش</w:t>
      </w:r>
      <w:r>
        <w:rPr>
          <w:rFonts w:eastAsia="B Nazanin" w:cs="B Nazanin"/>
        </w:rPr>
        <w:t xml:space="preserve"> </w:t>
      </w:r>
      <w:r>
        <w:rPr>
          <w:rFonts w:eastAsia="B Nazanin" w:cs="B Nazanin"/>
        </w:rPr>
        <w:t>تمرین</w:t>
      </w:r>
      <w:r>
        <w:rPr>
          <w:rFonts w:eastAsia="B Nazanin" w:cs="B Nazanin"/>
        </w:rPr>
        <w:t xml:space="preserve"> </w:t>
      </w:r>
      <w:r>
        <w:rPr>
          <w:rFonts w:eastAsia="B Nazanin" w:cs="B Nazanin"/>
        </w:rPr>
        <w:t>می</w:t>
      </w:r>
      <w:r>
        <w:rPr>
          <w:rFonts w:eastAsia="B Nazanin" w:cs="B Nazanin"/>
        </w:rPr>
        <w:t>‌</w:t>
      </w:r>
      <w:r>
        <w:rPr>
          <w:rFonts w:eastAsia="B Nazanin" w:cs="B Nazanin"/>
        </w:rPr>
        <w:t>تواند</w:t>
      </w:r>
      <w:r>
        <w:rPr>
          <w:rFonts w:eastAsia="B Nazanin" w:cs="B Nazanin"/>
        </w:rPr>
        <w:t xml:space="preserve"> </w:t>
      </w:r>
      <w:r>
        <w:rPr>
          <w:rFonts w:eastAsia="B Nazanin" w:cs="B Nazanin"/>
        </w:rPr>
        <w:t>نتیجه</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بهتر</w:t>
      </w:r>
      <w:r>
        <w:rPr>
          <w:rFonts w:eastAsia="B Nazanin" w:cs="B Nazanin"/>
        </w:rPr>
        <w:t xml:space="preserve"> </w:t>
      </w:r>
      <w:r>
        <w:rPr>
          <w:rFonts w:eastAsia="B Nazanin" w:cs="B Nazanin"/>
        </w:rPr>
        <w:t>کند</w:t>
      </w:r>
      <w:r>
        <w:rPr>
          <w:rFonts w:eastAsia="B Nazanin" w:cs="B Nazanin"/>
        </w:rPr>
        <w:t xml:space="preserve">. </w:t>
      </w:r>
      <w:r>
        <w:rPr>
          <w:rFonts w:eastAsia="B Nazanin" w:cs="B Nazanin"/>
        </w:rPr>
        <w:t>د</w:t>
      </w:r>
      <w:r>
        <w:rPr>
          <w:rFonts w:eastAsia="B Nazanin" w:cs="B Nazanin"/>
        </w:rPr>
        <w:t>ر</w:t>
      </w:r>
      <w:r>
        <w:rPr>
          <w:rFonts w:eastAsia="B Nazanin" w:cs="B Nazanin"/>
        </w:rPr>
        <w:t xml:space="preserve"> </w:t>
      </w:r>
      <w:r>
        <w:rPr>
          <w:rFonts w:eastAsia="B Nazanin" w:cs="B Nazanin"/>
        </w:rPr>
        <w:t>صورت</w:t>
      </w:r>
      <w:r>
        <w:rPr>
          <w:rFonts w:eastAsia="B Nazanin" w:cs="B Nazanin"/>
        </w:rPr>
        <w:t xml:space="preserve"> </w:t>
      </w:r>
      <w:r>
        <w:rPr>
          <w:rFonts w:eastAsia="B Nazanin" w:cs="B Nazanin"/>
        </w:rPr>
        <w:t>امکان،</w:t>
      </w:r>
      <w:r>
        <w:rPr>
          <w:rFonts w:eastAsia="B Nazanin" w:cs="B Nazanin"/>
        </w:rPr>
        <w:t xml:space="preserve"> </w:t>
      </w:r>
      <w:r>
        <w:rPr>
          <w:rFonts w:eastAsia="B Nazanin" w:cs="B Nazanin"/>
        </w:rPr>
        <w:t>بازخورد</w:t>
      </w:r>
      <w:r>
        <w:rPr>
          <w:rFonts w:eastAsia="B Nazanin" w:cs="B Nazanin"/>
        </w:rPr>
        <w:t xml:space="preserve"> </w:t>
      </w:r>
      <w:r>
        <w:rPr>
          <w:rFonts w:eastAsia="B Nazanin" w:cs="B Nazanin"/>
        </w:rPr>
        <w:t>معلم</w:t>
      </w:r>
      <w:r>
        <w:rPr>
          <w:rFonts w:eastAsia="B Nazanin" w:cs="B Nazanin"/>
        </w:rPr>
        <w:t xml:space="preserve"> </w:t>
      </w:r>
      <w:r>
        <w:rPr>
          <w:rFonts w:eastAsia="B Nazanin" w:cs="B Nazanin"/>
        </w:rPr>
        <w:t>یا</w:t>
      </w:r>
      <w:r>
        <w:rPr>
          <w:rFonts w:eastAsia="B Nazanin" w:cs="B Nazanin"/>
        </w:rPr>
        <w:t xml:space="preserve"> </w:t>
      </w:r>
      <w:r>
        <w:rPr>
          <w:rFonts w:eastAsia="B Nazanin" w:cs="B Nazanin"/>
        </w:rPr>
        <w:t>فردی</w:t>
      </w:r>
      <w:r>
        <w:rPr>
          <w:rFonts w:eastAsia="B Nazanin" w:cs="B Nazanin"/>
        </w:rPr>
        <w:t xml:space="preserve"> </w:t>
      </w:r>
      <w:r>
        <w:rPr>
          <w:rFonts w:eastAsia="B Nazanin" w:cs="B Nazanin"/>
        </w:rPr>
        <w:t>آگاه</w:t>
      </w:r>
      <w:r>
        <w:rPr>
          <w:rFonts w:eastAsia="B Nazanin" w:cs="B Nazanin"/>
        </w:rPr>
        <w:t xml:space="preserve"> </w:t>
      </w:r>
      <w:proofErr w:type="spellStart"/>
      <w:r>
        <w:rPr>
          <w:rFonts w:eastAsia="B Nazanin" w:cs="B Nazanin"/>
        </w:rPr>
        <w:t>نیز</w:t>
      </w:r>
      <w:proofErr w:type="spellEnd"/>
      <w:r>
        <w:rPr>
          <w:rFonts w:eastAsia="B Nazanin" w:cs="B Nazanin"/>
        </w:rPr>
        <w:t xml:space="preserve"> </w:t>
      </w:r>
      <w:proofErr w:type="spellStart"/>
      <w:r>
        <w:rPr>
          <w:rFonts w:eastAsia="B Nazanin" w:cs="B Nazanin"/>
        </w:rPr>
        <w:t>به</w:t>
      </w:r>
      <w:proofErr w:type="spellEnd"/>
      <w:r>
        <w:rPr>
          <w:rFonts w:eastAsia="B Nazanin" w:cs="B Nazanin"/>
        </w:rPr>
        <w:t xml:space="preserve"> </w:t>
      </w:r>
      <w:proofErr w:type="spellStart"/>
      <w:r>
        <w:rPr>
          <w:rFonts w:eastAsia="B Nazanin" w:cs="B Nazanin"/>
        </w:rPr>
        <w:t>تشخیص</w:t>
      </w:r>
      <w:proofErr w:type="spellEnd"/>
      <w:r>
        <w:rPr>
          <w:rFonts w:eastAsia="B Nazanin" w:cs="B Nazanin"/>
        </w:rPr>
        <w:t xml:space="preserve"> </w:t>
      </w:r>
      <w:proofErr w:type="spellStart"/>
      <w:r>
        <w:rPr>
          <w:rFonts w:eastAsia="B Nazanin" w:cs="B Nazanin"/>
        </w:rPr>
        <w:t>دقیق</w:t>
      </w:r>
      <w:r>
        <w:rPr>
          <w:rFonts w:eastAsia="B Nazanin" w:cs="B Nazanin"/>
        </w:rPr>
        <w:t>‌</w:t>
      </w:r>
      <w:r>
        <w:rPr>
          <w:rFonts w:eastAsia="B Nazanin" w:cs="B Nazanin"/>
        </w:rPr>
        <w:t>تر</w:t>
      </w:r>
      <w:proofErr w:type="spellEnd"/>
      <w:r>
        <w:rPr>
          <w:rFonts w:eastAsia="B Nazanin" w:cs="B Nazanin"/>
        </w:rPr>
        <w:t xml:space="preserve"> </w:t>
      </w:r>
      <w:proofErr w:type="spellStart"/>
      <w:r>
        <w:rPr>
          <w:rFonts w:eastAsia="B Nazanin" w:cs="B Nazanin"/>
        </w:rPr>
        <w:t>نیازها</w:t>
      </w:r>
      <w:proofErr w:type="spellEnd"/>
      <w:r>
        <w:rPr>
          <w:rFonts w:eastAsia="B Nazanin" w:cs="B Nazanin"/>
        </w:rPr>
        <w:t xml:space="preserve"> </w:t>
      </w:r>
      <w:proofErr w:type="spellStart"/>
      <w:r>
        <w:rPr>
          <w:rFonts w:eastAsia="B Nazanin" w:cs="B Nazanin"/>
        </w:rPr>
        <w:t>کمک</w:t>
      </w:r>
      <w:proofErr w:type="spellEnd"/>
      <w:r>
        <w:rPr>
          <w:rFonts w:eastAsia="B Nazanin" w:cs="B Nazanin"/>
        </w:rPr>
        <w:t xml:space="preserve"> </w:t>
      </w:r>
      <w:proofErr w:type="spellStart"/>
      <w:r>
        <w:rPr>
          <w:rFonts w:eastAsia="B Nazanin" w:cs="B Nazanin"/>
        </w:rPr>
        <w:t>می</w:t>
      </w:r>
      <w:r>
        <w:rPr>
          <w:rFonts w:eastAsia="B Nazanin" w:cs="B Nazanin"/>
        </w:rPr>
        <w:t>‌</w:t>
      </w:r>
      <w:r>
        <w:rPr>
          <w:rFonts w:eastAsia="B Nazanin" w:cs="B Nazanin"/>
        </w:rPr>
        <w:t>کند</w:t>
      </w:r>
      <w:proofErr w:type="spellEnd"/>
      <w:r w:rsidR="00C60EF8">
        <w:rPr>
          <w:rFonts w:eastAsia="B Nazanin" w:cs="B Nazanin" w:hint="cs"/>
          <w:rtl/>
        </w:rPr>
        <w:t>.</w:t>
      </w:r>
    </w:p>
    <w:p w14:paraId="2937506C" w14:textId="039EEBF8" w:rsidR="006A2542" w:rsidRDefault="007F2F21" w:rsidP="00C60EF8">
      <w:pPr>
        <w:pStyle w:val="Heading1"/>
        <w:numPr>
          <w:ilvl w:val="0"/>
          <w:numId w:val="10"/>
        </w:numPr>
        <w:bidi/>
      </w:pPr>
      <w:r>
        <w:rPr>
          <w:rFonts w:ascii="B Nazanin" w:eastAsia="B Nazanin" w:hAnsi="B Nazanin" w:cs="B Nazanin"/>
        </w:rPr>
        <w:t xml:space="preserve"> </w:t>
      </w:r>
      <w:r>
        <w:rPr>
          <w:rFonts w:ascii="B Nazanin" w:eastAsia="B Nazanin" w:hAnsi="B Nazanin" w:cs="B Nazanin"/>
        </w:rPr>
        <w:t>خطاهای</w:t>
      </w:r>
      <w:r>
        <w:rPr>
          <w:rFonts w:ascii="B Nazanin" w:eastAsia="B Nazanin" w:hAnsi="B Nazanin" w:cs="B Nazanin"/>
        </w:rPr>
        <w:t xml:space="preserve"> </w:t>
      </w:r>
      <w:r>
        <w:rPr>
          <w:rFonts w:ascii="B Nazanin" w:eastAsia="B Nazanin" w:hAnsi="B Nazanin" w:cs="B Nazanin"/>
        </w:rPr>
        <w:t>رایج</w:t>
      </w:r>
      <w:r>
        <w:rPr>
          <w:rFonts w:ascii="B Nazanin" w:eastAsia="B Nazanin" w:hAnsi="B Nazanin" w:cs="B Nazanin"/>
        </w:rPr>
        <w:t xml:space="preserve"> </w:t>
      </w:r>
      <w:r>
        <w:rPr>
          <w:rFonts w:ascii="B Nazanin" w:eastAsia="B Nazanin" w:hAnsi="B Nazanin" w:cs="B Nazanin"/>
        </w:rPr>
        <w:t>و</w:t>
      </w:r>
      <w:r>
        <w:rPr>
          <w:rFonts w:ascii="B Nazanin" w:eastAsia="B Nazanin" w:hAnsi="B Nazanin" w:cs="B Nazanin"/>
        </w:rPr>
        <w:t xml:space="preserve"> </w:t>
      </w:r>
      <w:r>
        <w:rPr>
          <w:rFonts w:ascii="B Nazanin" w:eastAsia="B Nazanin" w:hAnsi="B Nazanin" w:cs="B Nazanin"/>
        </w:rPr>
        <w:t>راه</w:t>
      </w:r>
      <w:r>
        <w:rPr>
          <w:rFonts w:ascii="B Nazanin" w:eastAsia="B Nazanin" w:hAnsi="B Nazanin" w:cs="B Nazanin"/>
        </w:rPr>
        <w:t>‌</w:t>
      </w:r>
      <w:r>
        <w:rPr>
          <w:rFonts w:ascii="B Nazanin" w:eastAsia="B Nazanin" w:hAnsi="B Nazanin" w:cs="B Nazanin"/>
        </w:rPr>
        <w:t>های</w:t>
      </w:r>
      <w:r>
        <w:rPr>
          <w:rFonts w:ascii="B Nazanin" w:eastAsia="B Nazanin" w:hAnsi="B Nazanin" w:cs="B Nazanin"/>
        </w:rPr>
        <w:t xml:space="preserve"> </w:t>
      </w:r>
      <w:r>
        <w:rPr>
          <w:rFonts w:ascii="B Nazanin" w:eastAsia="B Nazanin" w:hAnsi="B Nazanin" w:cs="B Nazanin"/>
        </w:rPr>
        <w:t>جلوگیری</w:t>
      </w:r>
      <w:r>
        <w:rPr>
          <w:rFonts w:ascii="B Nazanin" w:eastAsia="B Nazanin" w:hAnsi="B Nazanin" w:cs="B Nazanin"/>
        </w:rPr>
        <w:t xml:space="preserve"> </w:t>
      </w:r>
      <w:r>
        <w:rPr>
          <w:rFonts w:ascii="B Nazanin" w:eastAsia="B Nazanin" w:hAnsi="B Nazanin" w:cs="B Nazanin"/>
        </w:rPr>
        <w:t>از</w:t>
      </w:r>
      <w:r>
        <w:rPr>
          <w:rFonts w:ascii="B Nazanin" w:eastAsia="B Nazanin" w:hAnsi="B Nazanin" w:cs="B Nazanin"/>
        </w:rPr>
        <w:t xml:space="preserve"> </w:t>
      </w:r>
      <w:r>
        <w:rPr>
          <w:rFonts w:ascii="B Nazanin" w:eastAsia="B Nazanin" w:hAnsi="B Nazanin" w:cs="B Nazanin"/>
        </w:rPr>
        <w:t>آن</w:t>
      </w:r>
      <w:r>
        <w:rPr>
          <w:rFonts w:ascii="B Nazanin" w:eastAsia="B Nazanin" w:hAnsi="B Nazanin" w:cs="B Nazanin"/>
        </w:rPr>
        <w:t>‌</w:t>
      </w:r>
      <w:r>
        <w:rPr>
          <w:rFonts w:ascii="B Nazanin" w:eastAsia="B Nazanin" w:hAnsi="B Nazanin" w:cs="B Nazanin"/>
        </w:rPr>
        <w:t>ها</w:t>
      </w:r>
    </w:p>
    <w:p w14:paraId="4A15055E" w14:textId="70EFDA15" w:rsidR="006A2542" w:rsidRDefault="00C60EF8" w:rsidP="002159CC">
      <w:pPr>
        <w:bidi/>
      </w:pPr>
      <w:r>
        <w:rPr>
          <w:rFonts w:eastAsia="B Nazanin" w:cs="B Nazanin" w:hint="cs"/>
          <w:rtl/>
        </w:rPr>
        <w:t xml:space="preserve">   </w:t>
      </w:r>
      <w:proofErr w:type="spellStart"/>
      <w:r>
        <w:rPr>
          <w:rFonts w:eastAsia="B Nazanin" w:cs="B Nazanin"/>
        </w:rPr>
        <w:t>یکی</w:t>
      </w:r>
      <w:proofErr w:type="spellEnd"/>
      <w:r>
        <w:rPr>
          <w:rFonts w:eastAsia="B Nazanin" w:cs="B Nazanin"/>
        </w:rPr>
        <w:t xml:space="preserve"> </w:t>
      </w:r>
      <w:proofErr w:type="spellStart"/>
      <w:r>
        <w:rPr>
          <w:rFonts w:eastAsia="B Nazanin" w:cs="B Nazanin"/>
        </w:rPr>
        <w:t>از</w:t>
      </w:r>
      <w:proofErr w:type="spellEnd"/>
      <w:r>
        <w:rPr>
          <w:rFonts w:eastAsia="B Nazanin" w:cs="B Nazanin"/>
        </w:rPr>
        <w:t xml:space="preserve"> </w:t>
      </w:r>
      <w:proofErr w:type="spellStart"/>
      <w:r>
        <w:rPr>
          <w:rFonts w:eastAsia="B Nazanin" w:cs="B Nazanin"/>
        </w:rPr>
        <w:t>خطاهای</w:t>
      </w:r>
      <w:proofErr w:type="spellEnd"/>
      <w:r>
        <w:rPr>
          <w:rFonts w:eastAsia="B Nazanin" w:cs="B Nazanin"/>
        </w:rPr>
        <w:t xml:space="preserve"> </w:t>
      </w:r>
      <w:proofErr w:type="spellStart"/>
      <w:r>
        <w:rPr>
          <w:rFonts w:eastAsia="B Nazanin" w:cs="B Nazanin"/>
        </w:rPr>
        <w:t>رایج</w:t>
      </w:r>
      <w:proofErr w:type="spellEnd"/>
      <w:r>
        <w:rPr>
          <w:rFonts w:eastAsia="B Nazanin" w:cs="B Nazanin"/>
        </w:rPr>
        <w:t xml:space="preserve">، استفاده هم‌زمان از منابع آموزشی بسیار زیاد است. زبان‌آموز چند کتاب، چند اپلیکیشن و چند دوره را شروع می‌کند، اما هیچ‌کدام را پیوسته ادامه نمی‌دهد. بهتر است یک منبع اصلی متناسب با سطح انتخاب شود و منابع دیگر نقش مکمل داشته باشند. خطای دیگر، حفظ کردن واژه‌ها بدون استفاده از آن‌هاست. برای جلوگیری از این مشکل، هر واژه تازه را در جمله‌ای </w:t>
      </w:r>
      <w:proofErr w:type="spellStart"/>
      <w:r>
        <w:rPr>
          <w:rFonts w:eastAsia="B Nazanin" w:cs="B Nazanin"/>
        </w:rPr>
        <w:t>مرتبط</w:t>
      </w:r>
      <w:proofErr w:type="spellEnd"/>
      <w:r>
        <w:rPr>
          <w:rFonts w:eastAsia="B Nazanin" w:cs="B Nazanin"/>
        </w:rPr>
        <w:t xml:space="preserve"> </w:t>
      </w:r>
      <w:proofErr w:type="spellStart"/>
      <w:r>
        <w:rPr>
          <w:rFonts w:eastAsia="B Nazanin" w:cs="B Nazanin"/>
        </w:rPr>
        <w:t>با</w:t>
      </w:r>
      <w:proofErr w:type="spellEnd"/>
      <w:r>
        <w:rPr>
          <w:rFonts w:eastAsia="B Nazanin" w:cs="B Nazanin"/>
        </w:rPr>
        <w:t xml:space="preserve"> </w:t>
      </w:r>
      <w:proofErr w:type="spellStart"/>
      <w:r>
        <w:rPr>
          <w:rFonts w:eastAsia="B Nazanin" w:cs="B Nazanin"/>
        </w:rPr>
        <w:t>زندگی</w:t>
      </w:r>
      <w:proofErr w:type="spellEnd"/>
      <w:r>
        <w:rPr>
          <w:rFonts w:eastAsia="B Nazanin" w:cs="B Nazanin"/>
        </w:rPr>
        <w:t xml:space="preserve"> </w:t>
      </w:r>
      <w:proofErr w:type="spellStart"/>
      <w:r>
        <w:rPr>
          <w:rFonts w:eastAsia="B Nazanin" w:cs="B Nazanin"/>
        </w:rPr>
        <w:t>خود</w:t>
      </w:r>
      <w:proofErr w:type="spellEnd"/>
      <w:r>
        <w:rPr>
          <w:rFonts w:eastAsia="B Nazanin" w:cs="B Nazanin"/>
        </w:rPr>
        <w:t xml:space="preserve"> </w:t>
      </w:r>
      <w:proofErr w:type="spellStart"/>
      <w:r>
        <w:rPr>
          <w:rFonts w:eastAsia="B Nazanin" w:cs="B Nazanin"/>
        </w:rPr>
        <w:t>به</w:t>
      </w:r>
      <w:proofErr w:type="spellEnd"/>
      <w:r>
        <w:rPr>
          <w:rFonts w:eastAsia="B Nazanin" w:cs="B Nazanin"/>
        </w:rPr>
        <w:t xml:space="preserve"> </w:t>
      </w:r>
      <w:proofErr w:type="spellStart"/>
      <w:r>
        <w:rPr>
          <w:rFonts w:eastAsia="B Nazanin" w:cs="B Nazanin"/>
        </w:rPr>
        <w:t>کار</w:t>
      </w:r>
      <w:proofErr w:type="spellEnd"/>
      <w:r>
        <w:rPr>
          <w:rFonts w:eastAsia="B Nazanin" w:cs="B Nazanin"/>
        </w:rPr>
        <w:t xml:space="preserve"> </w:t>
      </w:r>
      <w:proofErr w:type="spellStart"/>
      <w:r>
        <w:rPr>
          <w:rFonts w:eastAsia="B Nazanin" w:cs="B Nazanin"/>
        </w:rPr>
        <w:t>ببرید</w:t>
      </w:r>
      <w:proofErr w:type="spellEnd"/>
      <w:r>
        <w:rPr>
          <w:rFonts w:eastAsia="B Nazanin" w:cs="B Nazanin" w:hint="cs"/>
          <w:rtl/>
        </w:rPr>
        <w:t>.</w:t>
      </w:r>
    </w:p>
    <w:p w14:paraId="237BC197" w14:textId="38627F71" w:rsidR="006A2542" w:rsidRDefault="007F2F21" w:rsidP="00C60EF8">
      <w:pPr>
        <w:bidi/>
      </w:pPr>
      <w:r>
        <w:rPr>
          <w:rFonts w:eastAsia="B Nazanin" w:cs="B Nazanin"/>
        </w:rPr>
        <w:t>کم</w:t>
      </w:r>
      <w:r>
        <w:rPr>
          <w:rFonts w:eastAsia="B Nazanin" w:cs="B Nazanin"/>
        </w:rPr>
        <w:t>ال</w:t>
      </w:r>
      <w:r>
        <w:rPr>
          <w:rFonts w:eastAsia="B Nazanin" w:cs="B Nazanin"/>
        </w:rPr>
        <w:t>‌</w:t>
      </w:r>
      <w:r>
        <w:rPr>
          <w:rFonts w:eastAsia="B Nazanin" w:cs="B Nazanin"/>
        </w:rPr>
        <w:t>گرایی</w:t>
      </w:r>
      <w:r>
        <w:rPr>
          <w:rFonts w:eastAsia="B Nazanin" w:cs="B Nazanin"/>
        </w:rPr>
        <w:t xml:space="preserve"> </w:t>
      </w:r>
      <w:r>
        <w:rPr>
          <w:rFonts w:eastAsia="B Nazanin" w:cs="B Nazanin"/>
        </w:rPr>
        <w:t>نیز</w:t>
      </w:r>
      <w:r>
        <w:rPr>
          <w:rFonts w:eastAsia="B Nazanin" w:cs="B Nazanin"/>
        </w:rPr>
        <w:t xml:space="preserve"> </w:t>
      </w:r>
      <w:r>
        <w:rPr>
          <w:rFonts w:eastAsia="B Nazanin" w:cs="B Nazanin"/>
        </w:rPr>
        <w:t>می</w:t>
      </w:r>
      <w:r>
        <w:rPr>
          <w:rFonts w:eastAsia="B Nazanin" w:cs="B Nazanin"/>
        </w:rPr>
        <w:t>‌</w:t>
      </w:r>
      <w:r>
        <w:rPr>
          <w:rFonts w:eastAsia="B Nazanin" w:cs="B Nazanin"/>
        </w:rPr>
        <w:t>تواند</w:t>
      </w:r>
      <w:r>
        <w:rPr>
          <w:rFonts w:eastAsia="B Nazanin" w:cs="B Nazanin"/>
        </w:rPr>
        <w:t xml:space="preserve"> </w:t>
      </w:r>
      <w:r>
        <w:rPr>
          <w:rFonts w:eastAsia="B Nazanin" w:cs="B Nazanin"/>
        </w:rPr>
        <w:t>مانع</w:t>
      </w:r>
      <w:r>
        <w:rPr>
          <w:rFonts w:eastAsia="B Nazanin" w:cs="B Nazanin"/>
        </w:rPr>
        <w:t xml:space="preserve"> </w:t>
      </w:r>
      <w:r>
        <w:rPr>
          <w:rFonts w:eastAsia="B Nazanin" w:cs="B Nazanin"/>
        </w:rPr>
        <w:t>پیشرفت</w:t>
      </w:r>
      <w:r>
        <w:rPr>
          <w:rFonts w:eastAsia="B Nazanin" w:cs="B Nazanin"/>
        </w:rPr>
        <w:t xml:space="preserve"> </w:t>
      </w:r>
      <w:r>
        <w:rPr>
          <w:rFonts w:eastAsia="B Nazanin" w:cs="B Nazanin"/>
        </w:rPr>
        <w:t>شود</w:t>
      </w:r>
      <w:r>
        <w:rPr>
          <w:rFonts w:eastAsia="B Nazanin" w:cs="B Nazanin"/>
        </w:rPr>
        <w:t xml:space="preserve">. </w:t>
      </w:r>
      <w:r>
        <w:rPr>
          <w:rFonts w:eastAsia="B Nazanin" w:cs="B Nazanin"/>
        </w:rPr>
        <w:t>اگر</w:t>
      </w:r>
      <w:r>
        <w:rPr>
          <w:rFonts w:eastAsia="B Nazanin" w:cs="B Nazanin"/>
        </w:rPr>
        <w:t xml:space="preserve"> </w:t>
      </w:r>
      <w:r>
        <w:rPr>
          <w:rFonts w:eastAsia="B Nazanin" w:cs="B Nazanin"/>
        </w:rPr>
        <w:t>منتظر</w:t>
      </w:r>
      <w:r>
        <w:rPr>
          <w:rFonts w:eastAsia="B Nazanin" w:cs="B Nazanin"/>
        </w:rPr>
        <w:t xml:space="preserve"> </w:t>
      </w:r>
      <w:r>
        <w:rPr>
          <w:rFonts w:eastAsia="B Nazanin" w:cs="B Nazanin"/>
        </w:rPr>
        <w:t>بمانید</w:t>
      </w:r>
      <w:r>
        <w:rPr>
          <w:rFonts w:eastAsia="B Nazanin" w:cs="B Nazanin"/>
        </w:rPr>
        <w:t xml:space="preserve"> </w:t>
      </w:r>
      <w:r>
        <w:rPr>
          <w:rFonts w:eastAsia="B Nazanin" w:cs="B Nazanin"/>
        </w:rPr>
        <w:t>تا</w:t>
      </w:r>
      <w:r>
        <w:rPr>
          <w:rFonts w:eastAsia="B Nazanin" w:cs="B Nazanin"/>
        </w:rPr>
        <w:t xml:space="preserve"> </w:t>
      </w:r>
      <w:r>
        <w:rPr>
          <w:rFonts w:eastAsia="B Nazanin" w:cs="B Nazanin"/>
        </w:rPr>
        <w:t>دستور</w:t>
      </w:r>
      <w:r>
        <w:rPr>
          <w:rFonts w:eastAsia="B Nazanin" w:cs="B Nazanin"/>
        </w:rPr>
        <w:t xml:space="preserve"> </w:t>
      </w:r>
      <w:r>
        <w:rPr>
          <w:rFonts w:eastAsia="B Nazanin" w:cs="B Nazanin"/>
        </w:rPr>
        <w:t>زبانتان</w:t>
      </w:r>
      <w:r>
        <w:rPr>
          <w:rFonts w:eastAsia="B Nazanin" w:cs="B Nazanin"/>
        </w:rPr>
        <w:t xml:space="preserve"> </w:t>
      </w:r>
      <w:r>
        <w:rPr>
          <w:rFonts w:eastAsia="B Nazanin" w:cs="B Nazanin"/>
        </w:rPr>
        <w:t>کامل</w:t>
      </w:r>
      <w:r>
        <w:rPr>
          <w:rFonts w:eastAsia="B Nazanin" w:cs="B Nazanin"/>
        </w:rPr>
        <w:t xml:space="preserve"> </w:t>
      </w:r>
      <w:r>
        <w:rPr>
          <w:rFonts w:eastAsia="B Nazanin" w:cs="B Nazanin"/>
        </w:rPr>
        <w:t>شود،</w:t>
      </w:r>
      <w:r>
        <w:rPr>
          <w:rFonts w:eastAsia="B Nazanin" w:cs="B Nazanin"/>
        </w:rPr>
        <w:t xml:space="preserve"> </w:t>
      </w:r>
      <w:r>
        <w:rPr>
          <w:rFonts w:eastAsia="B Nazanin" w:cs="B Nazanin"/>
        </w:rPr>
        <w:t>شاید</w:t>
      </w:r>
      <w:r>
        <w:rPr>
          <w:rFonts w:eastAsia="B Nazanin" w:cs="B Nazanin"/>
        </w:rPr>
        <w:t xml:space="preserve"> </w:t>
      </w:r>
      <w:r>
        <w:rPr>
          <w:rFonts w:eastAsia="B Nazanin" w:cs="B Nazanin"/>
        </w:rPr>
        <w:t>مدت</w:t>
      </w:r>
      <w:r>
        <w:rPr>
          <w:rFonts w:eastAsia="B Nazanin" w:cs="B Nazanin"/>
        </w:rPr>
        <w:t xml:space="preserve"> </w:t>
      </w:r>
      <w:r>
        <w:rPr>
          <w:rFonts w:eastAsia="B Nazanin" w:cs="B Nazanin"/>
        </w:rPr>
        <w:t>زیادی</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صحبت</w:t>
      </w:r>
      <w:r>
        <w:rPr>
          <w:rFonts w:eastAsia="B Nazanin" w:cs="B Nazanin"/>
        </w:rPr>
        <w:t xml:space="preserve"> </w:t>
      </w:r>
      <w:r>
        <w:rPr>
          <w:rFonts w:eastAsia="B Nazanin" w:cs="B Nazanin"/>
        </w:rPr>
        <w:t>کردن</w:t>
      </w:r>
      <w:r>
        <w:rPr>
          <w:rFonts w:eastAsia="B Nazanin" w:cs="B Nazanin"/>
        </w:rPr>
        <w:t xml:space="preserve"> </w:t>
      </w:r>
      <w:r>
        <w:rPr>
          <w:rFonts w:eastAsia="B Nazanin" w:cs="B Nazanin"/>
        </w:rPr>
        <w:t>دور</w:t>
      </w:r>
      <w:r>
        <w:rPr>
          <w:rFonts w:eastAsia="B Nazanin" w:cs="B Nazanin"/>
        </w:rPr>
        <w:t xml:space="preserve"> </w:t>
      </w:r>
      <w:r>
        <w:rPr>
          <w:rFonts w:eastAsia="B Nazanin" w:cs="B Nazanin"/>
        </w:rPr>
        <w:t>بمانید</w:t>
      </w:r>
      <w:r>
        <w:rPr>
          <w:rFonts w:eastAsia="B Nazanin" w:cs="B Nazanin"/>
        </w:rPr>
        <w:t xml:space="preserve">. </w:t>
      </w:r>
      <w:r>
        <w:rPr>
          <w:rFonts w:eastAsia="B Nazanin" w:cs="B Nazanin"/>
        </w:rPr>
        <w:t>ارتباط</w:t>
      </w:r>
      <w:r>
        <w:rPr>
          <w:rFonts w:eastAsia="B Nazanin" w:cs="B Nazanin"/>
        </w:rPr>
        <w:t xml:space="preserve"> </w:t>
      </w:r>
      <w:r>
        <w:rPr>
          <w:rFonts w:eastAsia="B Nazanin" w:cs="B Nazanin"/>
        </w:rPr>
        <w:t>مؤثر</w:t>
      </w:r>
      <w:r>
        <w:rPr>
          <w:rFonts w:eastAsia="B Nazanin" w:cs="B Nazanin"/>
        </w:rPr>
        <w:t xml:space="preserve"> </w:t>
      </w:r>
      <w:r>
        <w:rPr>
          <w:rFonts w:eastAsia="B Nazanin" w:cs="B Nazanin"/>
        </w:rPr>
        <w:t>به</w:t>
      </w:r>
      <w:r>
        <w:rPr>
          <w:rFonts w:eastAsia="B Nazanin" w:cs="B Nazanin"/>
        </w:rPr>
        <w:t xml:space="preserve"> </w:t>
      </w:r>
      <w:r>
        <w:rPr>
          <w:rFonts w:eastAsia="B Nazanin" w:cs="B Nazanin"/>
        </w:rPr>
        <w:t>تمرین</w:t>
      </w:r>
      <w:r>
        <w:rPr>
          <w:rFonts w:eastAsia="B Nazanin" w:cs="B Nazanin"/>
        </w:rPr>
        <w:t xml:space="preserve"> </w:t>
      </w:r>
      <w:r>
        <w:rPr>
          <w:rFonts w:eastAsia="B Nazanin" w:cs="B Nazanin"/>
        </w:rPr>
        <w:t>نیاز</w:t>
      </w:r>
      <w:r>
        <w:rPr>
          <w:rFonts w:eastAsia="B Nazanin" w:cs="B Nazanin"/>
        </w:rPr>
        <w:t xml:space="preserve"> </w:t>
      </w:r>
      <w:r>
        <w:rPr>
          <w:rFonts w:eastAsia="B Nazanin" w:cs="B Nazanin"/>
        </w:rPr>
        <w:t>دارد</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خطاها</w:t>
      </w:r>
      <w:r>
        <w:rPr>
          <w:rFonts w:eastAsia="B Nazanin" w:cs="B Nazanin"/>
        </w:rPr>
        <w:t xml:space="preserve"> </w:t>
      </w:r>
      <w:r>
        <w:rPr>
          <w:rFonts w:eastAsia="B Nazanin" w:cs="B Nazanin"/>
        </w:rPr>
        <w:t>بخشی</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این</w:t>
      </w:r>
      <w:r>
        <w:rPr>
          <w:rFonts w:eastAsia="B Nazanin" w:cs="B Nazanin"/>
        </w:rPr>
        <w:t xml:space="preserve"> </w:t>
      </w:r>
      <w:r>
        <w:rPr>
          <w:rFonts w:eastAsia="B Nazanin" w:cs="B Nazanin"/>
        </w:rPr>
        <w:t>مسیرند</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عین</w:t>
      </w:r>
      <w:r>
        <w:rPr>
          <w:rFonts w:eastAsia="B Nazanin" w:cs="B Nazanin"/>
        </w:rPr>
        <w:t xml:space="preserve"> </w:t>
      </w:r>
      <w:r>
        <w:rPr>
          <w:rFonts w:eastAsia="B Nazanin" w:cs="B Nazanin"/>
        </w:rPr>
        <w:t>حال،</w:t>
      </w:r>
      <w:r>
        <w:rPr>
          <w:rFonts w:eastAsia="B Nazanin" w:cs="B Nazanin"/>
        </w:rPr>
        <w:t xml:space="preserve"> </w:t>
      </w:r>
      <w:r>
        <w:rPr>
          <w:rFonts w:eastAsia="B Nazanin" w:cs="B Nazanin"/>
        </w:rPr>
        <w:t>تکرار</w:t>
      </w:r>
      <w:r>
        <w:rPr>
          <w:rFonts w:eastAsia="B Nazanin" w:cs="B Nazanin"/>
        </w:rPr>
        <w:t xml:space="preserve"> </w:t>
      </w:r>
      <w:r>
        <w:rPr>
          <w:rFonts w:eastAsia="B Nazanin" w:cs="B Nazanin"/>
        </w:rPr>
        <w:t>یک</w:t>
      </w:r>
      <w:r>
        <w:rPr>
          <w:rFonts w:eastAsia="B Nazanin" w:cs="B Nazanin"/>
        </w:rPr>
        <w:t xml:space="preserve"> </w:t>
      </w:r>
      <w:r>
        <w:rPr>
          <w:rFonts w:eastAsia="B Nazanin" w:cs="B Nazanin"/>
        </w:rPr>
        <w:t>اشتباه</w:t>
      </w:r>
      <w:r>
        <w:rPr>
          <w:rFonts w:eastAsia="B Nazanin" w:cs="B Nazanin"/>
        </w:rPr>
        <w:t xml:space="preserve"> </w:t>
      </w:r>
      <w:r>
        <w:rPr>
          <w:rFonts w:eastAsia="B Nazanin" w:cs="B Nazanin"/>
        </w:rPr>
        <w:t>بدون</w:t>
      </w:r>
      <w:r>
        <w:rPr>
          <w:rFonts w:eastAsia="B Nazanin" w:cs="B Nazanin"/>
        </w:rPr>
        <w:t xml:space="preserve"> </w:t>
      </w:r>
      <w:r>
        <w:rPr>
          <w:rFonts w:eastAsia="B Nazanin" w:cs="B Nazanin"/>
        </w:rPr>
        <w:t>توجه</w:t>
      </w:r>
      <w:r>
        <w:rPr>
          <w:rFonts w:eastAsia="B Nazanin" w:cs="B Nazanin"/>
        </w:rPr>
        <w:t xml:space="preserve"> </w:t>
      </w:r>
      <w:r>
        <w:rPr>
          <w:rFonts w:eastAsia="B Nazanin" w:cs="B Nazanin"/>
        </w:rPr>
        <w:t>به</w:t>
      </w:r>
      <w:r>
        <w:rPr>
          <w:rFonts w:eastAsia="B Nazanin" w:cs="B Nazanin"/>
        </w:rPr>
        <w:t xml:space="preserve"> </w:t>
      </w:r>
      <w:r>
        <w:rPr>
          <w:rFonts w:eastAsia="B Nazanin" w:cs="B Nazanin"/>
        </w:rPr>
        <w:t>بازخورد</w:t>
      </w:r>
      <w:r>
        <w:rPr>
          <w:rFonts w:eastAsia="B Nazanin" w:cs="B Nazanin"/>
        </w:rPr>
        <w:t xml:space="preserve"> </w:t>
      </w:r>
      <w:r>
        <w:rPr>
          <w:rFonts w:eastAsia="B Nazanin" w:cs="B Nazanin"/>
        </w:rPr>
        <w:t>هم</w:t>
      </w:r>
      <w:r>
        <w:rPr>
          <w:rFonts w:eastAsia="B Nazanin" w:cs="B Nazanin"/>
        </w:rPr>
        <w:t xml:space="preserve"> </w:t>
      </w:r>
      <w:r>
        <w:rPr>
          <w:rFonts w:eastAsia="B Nazanin" w:cs="B Nazanin"/>
        </w:rPr>
        <w:t>مفید</w:t>
      </w:r>
      <w:r>
        <w:rPr>
          <w:rFonts w:eastAsia="B Nazanin" w:cs="B Nazanin"/>
        </w:rPr>
        <w:t xml:space="preserve"> </w:t>
      </w:r>
      <w:r>
        <w:rPr>
          <w:rFonts w:eastAsia="B Nazanin" w:cs="B Nazanin"/>
        </w:rPr>
        <w:t>نیست؛</w:t>
      </w:r>
      <w:r>
        <w:rPr>
          <w:rFonts w:eastAsia="B Nazanin" w:cs="B Nazanin"/>
        </w:rPr>
        <w:t xml:space="preserve"> </w:t>
      </w:r>
      <w:r>
        <w:rPr>
          <w:rFonts w:eastAsia="B Nazanin" w:cs="B Nazanin"/>
        </w:rPr>
        <w:t>پس</w:t>
      </w:r>
      <w:r>
        <w:rPr>
          <w:rFonts w:eastAsia="B Nazanin" w:cs="B Nazanin"/>
        </w:rPr>
        <w:t xml:space="preserve"> </w:t>
      </w:r>
      <w:r>
        <w:rPr>
          <w:rFonts w:eastAsia="B Nazanin" w:cs="B Nazanin"/>
        </w:rPr>
        <w:t>پس</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تم</w:t>
      </w:r>
      <w:r>
        <w:rPr>
          <w:rFonts w:eastAsia="B Nazanin" w:cs="B Nazanin"/>
        </w:rPr>
        <w:t>رین،</w:t>
      </w:r>
      <w:r>
        <w:rPr>
          <w:rFonts w:eastAsia="B Nazanin" w:cs="B Nazanin"/>
        </w:rPr>
        <w:t xml:space="preserve"> </w:t>
      </w:r>
      <w:r>
        <w:rPr>
          <w:rFonts w:eastAsia="B Nazanin" w:cs="B Nazanin"/>
        </w:rPr>
        <w:t>چند</w:t>
      </w:r>
      <w:r>
        <w:rPr>
          <w:rFonts w:eastAsia="B Nazanin" w:cs="B Nazanin"/>
        </w:rPr>
        <w:t xml:space="preserve"> </w:t>
      </w:r>
      <w:r>
        <w:rPr>
          <w:rFonts w:eastAsia="B Nazanin" w:cs="B Nazanin"/>
        </w:rPr>
        <w:t>خطای</w:t>
      </w:r>
      <w:r>
        <w:rPr>
          <w:rFonts w:eastAsia="B Nazanin" w:cs="B Nazanin"/>
        </w:rPr>
        <w:t xml:space="preserve"> </w:t>
      </w:r>
      <w:r>
        <w:rPr>
          <w:rFonts w:eastAsia="B Nazanin" w:cs="B Nazanin"/>
        </w:rPr>
        <w:t>پرتکرار</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بررسی</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و</w:t>
      </w:r>
      <w:r>
        <w:rPr>
          <w:rFonts w:eastAsia="B Nazanin" w:cs="B Nazanin"/>
        </w:rPr>
        <w:t xml:space="preserve"> </w:t>
      </w:r>
      <w:proofErr w:type="spellStart"/>
      <w:r>
        <w:rPr>
          <w:rFonts w:eastAsia="B Nazanin" w:cs="B Nazanin"/>
        </w:rPr>
        <w:t>دوباره</w:t>
      </w:r>
      <w:proofErr w:type="spellEnd"/>
      <w:r>
        <w:rPr>
          <w:rFonts w:eastAsia="B Nazanin" w:cs="B Nazanin"/>
        </w:rPr>
        <w:t xml:space="preserve"> </w:t>
      </w:r>
      <w:proofErr w:type="spellStart"/>
      <w:r>
        <w:rPr>
          <w:rFonts w:eastAsia="B Nazanin" w:cs="B Nazanin"/>
        </w:rPr>
        <w:t>از</w:t>
      </w:r>
      <w:proofErr w:type="spellEnd"/>
      <w:r>
        <w:rPr>
          <w:rFonts w:eastAsia="B Nazanin" w:cs="B Nazanin"/>
        </w:rPr>
        <w:t xml:space="preserve"> </w:t>
      </w:r>
      <w:proofErr w:type="spellStart"/>
      <w:r>
        <w:rPr>
          <w:rFonts w:eastAsia="B Nazanin" w:cs="B Nazanin"/>
        </w:rPr>
        <w:t>ساختار</w:t>
      </w:r>
      <w:proofErr w:type="spellEnd"/>
      <w:r>
        <w:rPr>
          <w:rFonts w:eastAsia="B Nazanin" w:cs="B Nazanin"/>
        </w:rPr>
        <w:t xml:space="preserve"> </w:t>
      </w:r>
      <w:proofErr w:type="spellStart"/>
      <w:r>
        <w:rPr>
          <w:rFonts w:eastAsia="B Nazanin" w:cs="B Nazanin"/>
        </w:rPr>
        <w:t>درست</w:t>
      </w:r>
      <w:proofErr w:type="spellEnd"/>
      <w:r>
        <w:rPr>
          <w:rFonts w:eastAsia="B Nazanin" w:cs="B Nazanin"/>
        </w:rPr>
        <w:t xml:space="preserve"> </w:t>
      </w:r>
      <w:proofErr w:type="spellStart"/>
      <w:r>
        <w:rPr>
          <w:rFonts w:eastAsia="B Nazanin" w:cs="B Nazanin"/>
        </w:rPr>
        <w:t>استفاده</w:t>
      </w:r>
      <w:proofErr w:type="spellEnd"/>
      <w:r>
        <w:rPr>
          <w:rFonts w:eastAsia="B Nazanin" w:cs="B Nazanin"/>
        </w:rPr>
        <w:t xml:space="preserve"> </w:t>
      </w:r>
      <w:proofErr w:type="spellStart"/>
      <w:r>
        <w:rPr>
          <w:rFonts w:eastAsia="B Nazanin" w:cs="B Nazanin"/>
        </w:rPr>
        <w:t>کنید</w:t>
      </w:r>
      <w:proofErr w:type="spellEnd"/>
      <w:r w:rsidR="00C60EF8">
        <w:rPr>
          <w:rFonts w:eastAsia="B Nazanin" w:cs="B Nazanin" w:hint="cs"/>
          <w:rtl/>
        </w:rPr>
        <w:t>.</w:t>
      </w:r>
    </w:p>
    <w:p w14:paraId="5DBE7A8C" w14:textId="1DC98703" w:rsidR="006A2542" w:rsidRDefault="007F2F21" w:rsidP="002159CC">
      <w:pPr>
        <w:bidi/>
      </w:pPr>
      <w:r>
        <w:rPr>
          <w:rFonts w:eastAsia="B Nazanin" w:cs="B Nazanin"/>
        </w:rPr>
        <w:t>بعضی</w:t>
      </w:r>
      <w:r>
        <w:rPr>
          <w:rFonts w:eastAsia="B Nazanin" w:cs="B Nazanin"/>
        </w:rPr>
        <w:t xml:space="preserve"> </w:t>
      </w:r>
      <w:r>
        <w:rPr>
          <w:rFonts w:eastAsia="B Nazanin" w:cs="B Nazanin"/>
        </w:rPr>
        <w:t>افراد</w:t>
      </w:r>
      <w:r>
        <w:rPr>
          <w:rFonts w:eastAsia="B Nazanin" w:cs="B Nazanin"/>
        </w:rPr>
        <w:t xml:space="preserve"> </w:t>
      </w:r>
      <w:r>
        <w:rPr>
          <w:rFonts w:eastAsia="B Nazanin" w:cs="B Nazanin"/>
        </w:rPr>
        <w:t>فقط</w:t>
      </w:r>
      <w:r>
        <w:rPr>
          <w:rFonts w:eastAsia="B Nazanin" w:cs="B Nazanin"/>
        </w:rPr>
        <w:t xml:space="preserve"> </w:t>
      </w:r>
      <w:r>
        <w:rPr>
          <w:rFonts w:eastAsia="B Nazanin" w:cs="B Nazanin"/>
        </w:rPr>
        <w:t>زمانی</w:t>
      </w:r>
      <w:r>
        <w:rPr>
          <w:rFonts w:eastAsia="B Nazanin" w:cs="B Nazanin"/>
        </w:rPr>
        <w:t xml:space="preserve"> </w:t>
      </w:r>
      <w:r>
        <w:rPr>
          <w:rFonts w:eastAsia="B Nazanin" w:cs="B Nazanin"/>
        </w:rPr>
        <w:t>تمرین</w:t>
      </w:r>
      <w:r>
        <w:rPr>
          <w:rFonts w:eastAsia="B Nazanin" w:cs="B Nazanin"/>
        </w:rPr>
        <w:t xml:space="preserve"> </w:t>
      </w:r>
      <w:r>
        <w:rPr>
          <w:rFonts w:eastAsia="B Nazanin" w:cs="B Nazanin"/>
        </w:rPr>
        <w:t>می</w:t>
      </w:r>
      <w:r>
        <w:rPr>
          <w:rFonts w:eastAsia="B Nazanin" w:cs="B Nazanin"/>
        </w:rPr>
        <w:t>‌</w:t>
      </w:r>
      <w:r>
        <w:rPr>
          <w:rFonts w:eastAsia="B Nazanin" w:cs="B Nazanin"/>
        </w:rPr>
        <w:t>کنند</w:t>
      </w:r>
      <w:r>
        <w:rPr>
          <w:rFonts w:eastAsia="B Nazanin" w:cs="B Nazanin"/>
        </w:rPr>
        <w:t xml:space="preserve"> </w:t>
      </w:r>
      <w:r>
        <w:rPr>
          <w:rFonts w:eastAsia="B Nazanin" w:cs="B Nazanin"/>
        </w:rPr>
        <w:t>که</w:t>
      </w:r>
      <w:r>
        <w:rPr>
          <w:rFonts w:eastAsia="B Nazanin" w:cs="B Nazanin"/>
        </w:rPr>
        <w:t xml:space="preserve"> </w:t>
      </w:r>
      <w:r>
        <w:rPr>
          <w:rFonts w:eastAsia="B Nazanin" w:cs="B Nazanin"/>
        </w:rPr>
        <w:t>انگیزه</w:t>
      </w:r>
      <w:r>
        <w:rPr>
          <w:rFonts w:eastAsia="B Nazanin" w:cs="B Nazanin"/>
        </w:rPr>
        <w:t xml:space="preserve"> </w:t>
      </w:r>
      <w:r>
        <w:rPr>
          <w:rFonts w:eastAsia="B Nazanin" w:cs="B Nazanin"/>
        </w:rPr>
        <w:t>زیادی</w:t>
      </w:r>
      <w:r>
        <w:rPr>
          <w:rFonts w:eastAsia="B Nazanin" w:cs="B Nazanin"/>
        </w:rPr>
        <w:t xml:space="preserve"> </w:t>
      </w:r>
      <w:r>
        <w:rPr>
          <w:rFonts w:eastAsia="B Nazanin" w:cs="B Nazanin"/>
        </w:rPr>
        <w:t>دارند</w:t>
      </w:r>
      <w:r>
        <w:rPr>
          <w:rFonts w:eastAsia="B Nazanin" w:cs="B Nazanin"/>
        </w:rPr>
        <w:t xml:space="preserve">. </w:t>
      </w:r>
      <w:r>
        <w:rPr>
          <w:rFonts w:eastAsia="B Nazanin" w:cs="B Nazanin"/>
        </w:rPr>
        <w:t>اما</w:t>
      </w:r>
      <w:r>
        <w:rPr>
          <w:rFonts w:eastAsia="B Nazanin" w:cs="B Nazanin"/>
        </w:rPr>
        <w:t xml:space="preserve"> </w:t>
      </w:r>
      <w:r>
        <w:rPr>
          <w:rFonts w:eastAsia="B Nazanin" w:cs="B Nazanin"/>
        </w:rPr>
        <w:t>انگیزه</w:t>
      </w:r>
      <w:r>
        <w:rPr>
          <w:rFonts w:eastAsia="B Nazanin" w:cs="B Nazanin"/>
        </w:rPr>
        <w:t xml:space="preserve"> </w:t>
      </w:r>
      <w:r>
        <w:rPr>
          <w:rFonts w:eastAsia="B Nazanin" w:cs="B Nazanin"/>
        </w:rPr>
        <w:t>همیشه</w:t>
      </w:r>
      <w:r>
        <w:rPr>
          <w:rFonts w:eastAsia="B Nazanin" w:cs="B Nazanin"/>
        </w:rPr>
        <w:t xml:space="preserve"> </w:t>
      </w:r>
      <w:r>
        <w:rPr>
          <w:rFonts w:eastAsia="B Nazanin" w:cs="B Nazanin"/>
        </w:rPr>
        <w:t>ثابت</w:t>
      </w:r>
      <w:r>
        <w:rPr>
          <w:rFonts w:eastAsia="B Nazanin" w:cs="B Nazanin"/>
        </w:rPr>
        <w:t xml:space="preserve"> </w:t>
      </w:r>
      <w:r>
        <w:rPr>
          <w:rFonts w:eastAsia="B Nazanin" w:cs="B Nazanin"/>
        </w:rPr>
        <w:t>نمی</w:t>
      </w:r>
      <w:r>
        <w:rPr>
          <w:rFonts w:eastAsia="B Nazanin" w:cs="B Nazanin"/>
        </w:rPr>
        <w:t>‌</w:t>
      </w:r>
      <w:r>
        <w:rPr>
          <w:rFonts w:eastAsia="B Nazanin" w:cs="B Nazanin"/>
        </w:rPr>
        <w:t>ماند</w:t>
      </w:r>
      <w:r>
        <w:rPr>
          <w:rFonts w:eastAsia="B Nazanin" w:cs="B Nazanin"/>
        </w:rPr>
        <w:t xml:space="preserve">. </w:t>
      </w:r>
      <w:r>
        <w:rPr>
          <w:rFonts w:eastAsia="B Nazanin" w:cs="B Nazanin"/>
        </w:rPr>
        <w:t>داشتن</w:t>
      </w:r>
      <w:r>
        <w:rPr>
          <w:rFonts w:eastAsia="B Nazanin" w:cs="B Nazanin"/>
        </w:rPr>
        <w:t xml:space="preserve"> </w:t>
      </w:r>
      <w:r>
        <w:rPr>
          <w:rFonts w:eastAsia="B Nazanin" w:cs="B Nazanin"/>
        </w:rPr>
        <w:t>زمان</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مکان</w:t>
      </w:r>
      <w:r>
        <w:rPr>
          <w:rFonts w:eastAsia="B Nazanin" w:cs="B Nazanin"/>
        </w:rPr>
        <w:t xml:space="preserve"> </w:t>
      </w:r>
      <w:r>
        <w:rPr>
          <w:rFonts w:eastAsia="B Nazanin" w:cs="B Nazanin"/>
        </w:rPr>
        <w:t>مشخص،</w:t>
      </w:r>
      <w:r>
        <w:rPr>
          <w:rFonts w:eastAsia="B Nazanin" w:cs="B Nazanin"/>
        </w:rPr>
        <w:t xml:space="preserve"> </w:t>
      </w:r>
      <w:r>
        <w:rPr>
          <w:rFonts w:eastAsia="B Nazanin" w:cs="B Nazanin"/>
        </w:rPr>
        <w:t>هدف</w:t>
      </w:r>
      <w:r>
        <w:rPr>
          <w:rFonts w:eastAsia="B Nazanin" w:cs="B Nazanin"/>
        </w:rPr>
        <w:t>‌</w:t>
      </w:r>
      <w:r>
        <w:rPr>
          <w:rFonts w:eastAsia="B Nazanin" w:cs="B Nazanin"/>
        </w:rPr>
        <w:t>های</w:t>
      </w:r>
      <w:r>
        <w:rPr>
          <w:rFonts w:eastAsia="B Nazanin" w:cs="B Nazanin"/>
        </w:rPr>
        <w:t xml:space="preserve"> </w:t>
      </w:r>
      <w:r>
        <w:rPr>
          <w:rFonts w:eastAsia="B Nazanin" w:cs="B Nazanin"/>
        </w:rPr>
        <w:t>کوچک</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نسخه</w:t>
      </w:r>
      <w:r>
        <w:rPr>
          <w:rFonts w:eastAsia="B Nazanin" w:cs="B Nazanin"/>
        </w:rPr>
        <w:t xml:space="preserve"> </w:t>
      </w:r>
      <w:r>
        <w:rPr>
          <w:rFonts w:eastAsia="B Nazanin" w:cs="B Nazanin"/>
        </w:rPr>
        <w:t>کوتاه</w:t>
      </w:r>
      <w:r>
        <w:rPr>
          <w:rFonts w:eastAsia="B Nazanin" w:cs="B Nazanin"/>
        </w:rPr>
        <w:t xml:space="preserve"> </w:t>
      </w:r>
      <w:r>
        <w:rPr>
          <w:rFonts w:eastAsia="B Nazanin" w:cs="B Nazanin"/>
        </w:rPr>
        <w:t>برنامه</w:t>
      </w:r>
      <w:r>
        <w:rPr>
          <w:rFonts w:eastAsia="B Nazanin" w:cs="B Nazanin"/>
        </w:rPr>
        <w:t xml:space="preserve"> </w:t>
      </w:r>
      <w:r>
        <w:rPr>
          <w:rFonts w:eastAsia="B Nazanin" w:cs="B Nazanin"/>
        </w:rPr>
        <w:t>برای</w:t>
      </w:r>
      <w:r>
        <w:rPr>
          <w:rFonts w:eastAsia="B Nazanin" w:cs="B Nazanin"/>
        </w:rPr>
        <w:t xml:space="preserve"> </w:t>
      </w:r>
      <w:r>
        <w:rPr>
          <w:rFonts w:eastAsia="B Nazanin" w:cs="B Nazanin"/>
        </w:rPr>
        <w:t>روزهای</w:t>
      </w:r>
      <w:r>
        <w:rPr>
          <w:rFonts w:eastAsia="B Nazanin" w:cs="B Nazanin"/>
        </w:rPr>
        <w:t xml:space="preserve"> </w:t>
      </w:r>
      <w:r>
        <w:rPr>
          <w:rFonts w:eastAsia="B Nazanin" w:cs="B Nazanin"/>
        </w:rPr>
        <w:t>شلوغ</w:t>
      </w:r>
      <w:r>
        <w:rPr>
          <w:rFonts w:eastAsia="B Nazanin" w:cs="B Nazanin"/>
        </w:rPr>
        <w:t xml:space="preserve"> </w:t>
      </w:r>
      <w:r>
        <w:rPr>
          <w:rFonts w:eastAsia="B Nazanin" w:cs="B Nazanin"/>
        </w:rPr>
        <w:t>کمک</w:t>
      </w:r>
      <w:r>
        <w:rPr>
          <w:rFonts w:eastAsia="B Nazanin" w:cs="B Nazanin"/>
        </w:rPr>
        <w:t xml:space="preserve"> </w:t>
      </w:r>
      <w:r>
        <w:rPr>
          <w:rFonts w:eastAsia="B Nazanin" w:cs="B Nazanin"/>
        </w:rPr>
        <w:t>می</w:t>
      </w:r>
      <w:r>
        <w:rPr>
          <w:rFonts w:eastAsia="B Nazanin" w:cs="B Nazanin"/>
        </w:rPr>
        <w:t>‌</w:t>
      </w:r>
      <w:r>
        <w:rPr>
          <w:rFonts w:eastAsia="B Nazanin" w:cs="B Nazanin"/>
        </w:rPr>
        <w:t>کند</w:t>
      </w:r>
      <w:r>
        <w:rPr>
          <w:rFonts w:eastAsia="B Nazanin" w:cs="B Nazanin"/>
        </w:rPr>
        <w:t xml:space="preserve"> </w:t>
      </w:r>
      <w:r>
        <w:rPr>
          <w:rFonts w:eastAsia="B Nazanin" w:cs="B Nazanin"/>
        </w:rPr>
        <w:t>عادت</w:t>
      </w:r>
      <w:r>
        <w:rPr>
          <w:rFonts w:eastAsia="B Nazanin" w:cs="B Nazanin"/>
        </w:rPr>
        <w:t xml:space="preserve"> </w:t>
      </w:r>
      <w:r>
        <w:rPr>
          <w:rFonts w:eastAsia="B Nazanin" w:cs="B Nazanin"/>
        </w:rPr>
        <w:t>یا</w:t>
      </w:r>
      <w:r>
        <w:rPr>
          <w:rFonts w:eastAsia="B Nazanin" w:cs="B Nazanin"/>
        </w:rPr>
        <w:t>دگیری</w:t>
      </w:r>
      <w:r>
        <w:rPr>
          <w:rFonts w:eastAsia="B Nazanin" w:cs="B Nazanin"/>
        </w:rPr>
        <w:t xml:space="preserve"> </w:t>
      </w:r>
      <w:r>
        <w:rPr>
          <w:rFonts w:eastAsia="B Nazanin" w:cs="B Nazanin"/>
        </w:rPr>
        <w:t>ادامه</w:t>
      </w:r>
      <w:r>
        <w:rPr>
          <w:rFonts w:eastAsia="B Nazanin" w:cs="B Nazanin"/>
        </w:rPr>
        <w:t xml:space="preserve"> </w:t>
      </w:r>
      <w:r>
        <w:rPr>
          <w:rFonts w:eastAsia="B Nazanin" w:cs="B Nazanin"/>
        </w:rPr>
        <w:t>پیدا</w:t>
      </w:r>
      <w:r>
        <w:rPr>
          <w:rFonts w:eastAsia="B Nazanin" w:cs="B Nazanin"/>
        </w:rPr>
        <w:t xml:space="preserve"> </w:t>
      </w:r>
      <w:r>
        <w:rPr>
          <w:rFonts w:eastAsia="B Nazanin" w:cs="B Nazanin"/>
        </w:rPr>
        <w:t>کند</w:t>
      </w:r>
      <w:r>
        <w:rPr>
          <w:rFonts w:eastAsia="B Nazanin" w:cs="B Nazanin"/>
        </w:rPr>
        <w:t xml:space="preserve">. </w:t>
      </w:r>
      <w:r>
        <w:rPr>
          <w:rFonts w:eastAsia="B Nazanin" w:cs="B Nazanin"/>
        </w:rPr>
        <w:t>مقایسه</w:t>
      </w:r>
      <w:r>
        <w:rPr>
          <w:rFonts w:eastAsia="B Nazanin" w:cs="B Nazanin"/>
        </w:rPr>
        <w:t xml:space="preserve"> </w:t>
      </w:r>
      <w:r>
        <w:rPr>
          <w:rFonts w:eastAsia="B Nazanin" w:cs="B Nazanin"/>
        </w:rPr>
        <w:t>خود</w:t>
      </w:r>
      <w:r>
        <w:rPr>
          <w:rFonts w:eastAsia="B Nazanin" w:cs="B Nazanin"/>
        </w:rPr>
        <w:t xml:space="preserve"> </w:t>
      </w:r>
      <w:r>
        <w:rPr>
          <w:rFonts w:eastAsia="B Nazanin" w:cs="B Nazanin"/>
        </w:rPr>
        <w:t>با</w:t>
      </w:r>
      <w:r>
        <w:rPr>
          <w:rFonts w:eastAsia="B Nazanin" w:cs="B Nazanin"/>
        </w:rPr>
        <w:t xml:space="preserve"> </w:t>
      </w:r>
      <w:r>
        <w:rPr>
          <w:rFonts w:eastAsia="B Nazanin" w:cs="B Nazanin"/>
        </w:rPr>
        <w:t>دیگران</w:t>
      </w:r>
      <w:r>
        <w:rPr>
          <w:rFonts w:eastAsia="B Nazanin" w:cs="B Nazanin"/>
        </w:rPr>
        <w:t xml:space="preserve"> </w:t>
      </w:r>
      <w:r>
        <w:rPr>
          <w:rFonts w:eastAsia="B Nazanin" w:cs="B Nazanin"/>
        </w:rPr>
        <w:t>نیز</w:t>
      </w:r>
      <w:r>
        <w:rPr>
          <w:rFonts w:eastAsia="B Nazanin" w:cs="B Nazanin"/>
        </w:rPr>
        <w:t xml:space="preserve"> </w:t>
      </w:r>
      <w:r>
        <w:rPr>
          <w:rFonts w:eastAsia="B Nazanin" w:cs="B Nazanin"/>
        </w:rPr>
        <w:t>معمولاً</w:t>
      </w:r>
      <w:r>
        <w:rPr>
          <w:rFonts w:eastAsia="B Nazanin" w:cs="B Nazanin"/>
        </w:rPr>
        <w:t xml:space="preserve"> </w:t>
      </w:r>
      <w:r>
        <w:rPr>
          <w:rFonts w:eastAsia="B Nazanin" w:cs="B Nazanin"/>
        </w:rPr>
        <w:t>تصویر</w:t>
      </w:r>
      <w:r>
        <w:rPr>
          <w:rFonts w:eastAsia="B Nazanin" w:cs="B Nazanin"/>
        </w:rPr>
        <w:t xml:space="preserve"> </w:t>
      </w:r>
      <w:r>
        <w:rPr>
          <w:rFonts w:eastAsia="B Nazanin" w:cs="B Nazanin"/>
        </w:rPr>
        <w:t>دقیقی</w:t>
      </w:r>
      <w:r>
        <w:rPr>
          <w:rFonts w:eastAsia="B Nazanin" w:cs="B Nazanin"/>
        </w:rPr>
        <w:t xml:space="preserve"> </w:t>
      </w:r>
      <w:r>
        <w:rPr>
          <w:rFonts w:eastAsia="B Nazanin" w:cs="B Nazanin"/>
        </w:rPr>
        <w:t>نمی</w:t>
      </w:r>
      <w:r>
        <w:rPr>
          <w:rFonts w:eastAsia="B Nazanin" w:cs="B Nazanin"/>
        </w:rPr>
        <w:t>‌</w:t>
      </w:r>
      <w:r>
        <w:rPr>
          <w:rFonts w:eastAsia="B Nazanin" w:cs="B Nazanin"/>
        </w:rPr>
        <w:t>دهد،</w:t>
      </w:r>
      <w:r>
        <w:rPr>
          <w:rFonts w:eastAsia="B Nazanin" w:cs="B Nazanin"/>
        </w:rPr>
        <w:t xml:space="preserve"> </w:t>
      </w:r>
      <w:r>
        <w:rPr>
          <w:rFonts w:eastAsia="B Nazanin" w:cs="B Nazanin"/>
        </w:rPr>
        <w:t>زیرا</w:t>
      </w:r>
      <w:r>
        <w:rPr>
          <w:rFonts w:eastAsia="B Nazanin" w:cs="B Nazanin"/>
        </w:rPr>
        <w:t xml:space="preserve"> </w:t>
      </w:r>
      <w:r>
        <w:rPr>
          <w:rFonts w:eastAsia="B Nazanin" w:cs="B Nazanin"/>
        </w:rPr>
        <w:t>افراد</w:t>
      </w:r>
      <w:r>
        <w:rPr>
          <w:rFonts w:eastAsia="B Nazanin" w:cs="B Nazanin"/>
        </w:rPr>
        <w:t xml:space="preserve"> </w:t>
      </w:r>
      <w:r>
        <w:rPr>
          <w:rFonts w:eastAsia="B Nazanin" w:cs="B Nazanin"/>
        </w:rPr>
        <w:t>نقطه</w:t>
      </w:r>
      <w:r>
        <w:rPr>
          <w:rFonts w:eastAsia="B Nazanin" w:cs="B Nazanin"/>
        </w:rPr>
        <w:t xml:space="preserve"> </w:t>
      </w:r>
      <w:r>
        <w:rPr>
          <w:rFonts w:eastAsia="B Nazanin" w:cs="B Nazanin"/>
        </w:rPr>
        <w:t>شروع،</w:t>
      </w:r>
      <w:r>
        <w:rPr>
          <w:rFonts w:eastAsia="B Nazanin" w:cs="B Nazanin"/>
        </w:rPr>
        <w:t xml:space="preserve"> </w:t>
      </w:r>
      <w:r>
        <w:rPr>
          <w:rFonts w:eastAsia="B Nazanin" w:cs="B Nazanin"/>
        </w:rPr>
        <w:t>زمان</w:t>
      </w:r>
      <w:r>
        <w:rPr>
          <w:rFonts w:eastAsia="B Nazanin" w:cs="B Nazanin"/>
        </w:rPr>
        <w:t xml:space="preserve"> </w:t>
      </w:r>
      <w:r>
        <w:rPr>
          <w:rFonts w:eastAsia="B Nazanin" w:cs="B Nazanin"/>
        </w:rPr>
        <w:t>آزاد</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تجربه</w:t>
      </w:r>
      <w:r>
        <w:rPr>
          <w:rFonts w:eastAsia="B Nazanin" w:cs="B Nazanin"/>
        </w:rPr>
        <w:t>‌</w:t>
      </w:r>
      <w:r>
        <w:rPr>
          <w:rFonts w:eastAsia="B Nazanin" w:cs="B Nazanin"/>
        </w:rPr>
        <w:t>های</w:t>
      </w:r>
      <w:r>
        <w:rPr>
          <w:rFonts w:eastAsia="B Nazanin" w:cs="B Nazanin"/>
        </w:rPr>
        <w:t xml:space="preserve"> </w:t>
      </w:r>
      <w:r>
        <w:rPr>
          <w:rFonts w:eastAsia="B Nazanin" w:cs="B Nazanin"/>
        </w:rPr>
        <w:t>متفاوتی</w:t>
      </w:r>
      <w:r>
        <w:rPr>
          <w:rFonts w:eastAsia="B Nazanin" w:cs="B Nazanin"/>
        </w:rPr>
        <w:t xml:space="preserve"> </w:t>
      </w:r>
      <w:r>
        <w:rPr>
          <w:rFonts w:eastAsia="B Nazanin" w:cs="B Nazanin"/>
        </w:rPr>
        <w:t>دارند</w:t>
      </w:r>
      <w:r>
        <w:rPr>
          <w:rFonts w:eastAsia="B Nazanin" w:cs="B Nazanin"/>
        </w:rPr>
        <w:t xml:space="preserve">. </w:t>
      </w:r>
      <w:r>
        <w:rPr>
          <w:rFonts w:eastAsia="B Nazanin" w:cs="B Nazanin"/>
        </w:rPr>
        <w:t>معیار</w:t>
      </w:r>
      <w:r>
        <w:rPr>
          <w:rFonts w:eastAsia="B Nazanin" w:cs="B Nazanin"/>
        </w:rPr>
        <w:t xml:space="preserve"> </w:t>
      </w:r>
      <w:r>
        <w:rPr>
          <w:rFonts w:eastAsia="B Nazanin" w:cs="B Nazanin"/>
        </w:rPr>
        <w:t>بهتر،</w:t>
      </w:r>
      <w:r>
        <w:rPr>
          <w:rFonts w:eastAsia="B Nazanin" w:cs="B Nazanin"/>
        </w:rPr>
        <w:t xml:space="preserve"> </w:t>
      </w:r>
      <w:r>
        <w:rPr>
          <w:rFonts w:eastAsia="B Nazanin" w:cs="B Nazanin"/>
        </w:rPr>
        <w:t>مقایسه</w:t>
      </w:r>
      <w:r>
        <w:rPr>
          <w:rFonts w:eastAsia="B Nazanin" w:cs="B Nazanin"/>
        </w:rPr>
        <w:t xml:space="preserve"> </w:t>
      </w:r>
      <w:proofErr w:type="spellStart"/>
      <w:r>
        <w:rPr>
          <w:rFonts w:eastAsia="B Nazanin" w:cs="B Nazanin"/>
        </w:rPr>
        <w:t>عملکرد</w:t>
      </w:r>
      <w:proofErr w:type="spellEnd"/>
      <w:r>
        <w:rPr>
          <w:rFonts w:eastAsia="B Nazanin" w:cs="B Nazanin"/>
        </w:rPr>
        <w:t xml:space="preserve"> </w:t>
      </w:r>
      <w:proofErr w:type="spellStart"/>
      <w:r>
        <w:rPr>
          <w:rFonts w:eastAsia="B Nazanin" w:cs="B Nazanin"/>
        </w:rPr>
        <w:t>امروز</w:t>
      </w:r>
      <w:proofErr w:type="spellEnd"/>
      <w:r>
        <w:rPr>
          <w:rFonts w:eastAsia="B Nazanin" w:cs="B Nazanin"/>
        </w:rPr>
        <w:t xml:space="preserve"> </w:t>
      </w:r>
      <w:proofErr w:type="spellStart"/>
      <w:r>
        <w:rPr>
          <w:rFonts w:eastAsia="B Nazanin" w:cs="B Nazanin"/>
        </w:rPr>
        <w:t>با</w:t>
      </w:r>
      <w:proofErr w:type="spellEnd"/>
      <w:r>
        <w:rPr>
          <w:rFonts w:eastAsia="B Nazanin" w:cs="B Nazanin"/>
        </w:rPr>
        <w:t xml:space="preserve"> </w:t>
      </w:r>
      <w:proofErr w:type="spellStart"/>
      <w:r>
        <w:rPr>
          <w:rFonts w:eastAsia="B Nazanin" w:cs="B Nazanin"/>
        </w:rPr>
        <w:t>عملکرد</w:t>
      </w:r>
      <w:proofErr w:type="spellEnd"/>
      <w:r>
        <w:rPr>
          <w:rFonts w:eastAsia="B Nazanin" w:cs="B Nazanin"/>
        </w:rPr>
        <w:t xml:space="preserve"> </w:t>
      </w:r>
      <w:proofErr w:type="spellStart"/>
      <w:r>
        <w:rPr>
          <w:rFonts w:eastAsia="B Nazanin" w:cs="B Nazanin"/>
        </w:rPr>
        <w:t>گذشته</w:t>
      </w:r>
      <w:proofErr w:type="spellEnd"/>
      <w:r>
        <w:rPr>
          <w:rFonts w:eastAsia="B Nazanin" w:cs="B Nazanin"/>
        </w:rPr>
        <w:t xml:space="preserve"> </w:t>
      </w:r>
      <w:proofErr w:type="spellStart"/>
      <w:r>
        <w:rPr>
          <w:rFonts w:eastAsia="B Nazanin" w:cs="B Nazanin"/>
        </w:rPr>
        <w:t>خودتان</w:t>
      </w:r>
      <w:proofErr w:type="spellEnd"/>
      <w:r>
        <w:rPr>
          <w:rFonts w:eastAsia="B Nazanin" w:cs="B Nazanin"/>
        </w:rPr>
        <w:t xml:space="preserve"> </w:t>
      </w:r>
      <w:proofErr w:type="spellStart"/>
      <w:r>
        <w:rPr>
          <w:rFonts w:eastAsia="B Nazanin" w:cs="B Nazanin"/>
        </w:rPr>
        <w:t>است</w:t>
      </w:r>
      <w:proofErr w:type="spellEnd"/>
      <w:r w:rsidR="00C60EF8">
        <w:rPr>
          <w:rFonts w:eastAsia="B Nazanin" w:cs="B Nazanin" w:hint="cs"/>
          <w:rtl/>
        </w:rPr>
        <w:t>.</w:t>
      </w:r>
    </w:p>
    <w:p w14:paraId="6F702BA4" w14:textId="77777777" w:rsidR="006A2542" w:rsidRDefault="007F2F21" w:rsidP="002159CC">
      <w:pPr>
        <w:pStyle w:val="Heading1"/>
        <w:bidi/>
      </w:pPr>
      <w:r>
        <w:rPr>
          <w:rFonts w:ascii="B Nazanin" w:eastAsia="B Nazanin" w:hAnsi="B Nazanin" w:cs="B Nazanin"/>
        </w:rPr>
        <w:lastRenderedPageBreak/>
        <w:t>نتیجه</w:t>
      </w:r>
      <w:r>
        <w:rPr>
          <w:rFonts w:ascii="B Nazanin" w:eastAsia="B Nazanin" w:hAnsi="B Nazanin" w:cs="B Nazanin"/>
        </w:rPr>
        <w:t>‌</w:t>
      </w:r>
      <w:r>
        <w:rPr>
          <w:rFonts w:ascii="B Nazanin" w:eastAsia="B Nazanin" w:hAnsi="B Nazanin" w:cs="B Nazanin"/>
        </w:rPr>
        <w:t>گیری</w:t>
      </w:r>
    </w:p>
    <w:p w14:paraId="3D472A2A" w14:textId="4E7783C4" w:rsidR="006A2542" w:rsidRDefault="00C60EF8" w:rsidP="002159CC">
      <w:pPr>
        <w:bidi/>
      </w:pPr>
      <w:r>
        <w:rPr>
          <w:rFonts w:eastAsia="B Nazanin" w:cs="B Nazanin" w:hint="cs"/>
          <w:rtl/>
        </w:rPr>
        <w:t xml:space="preserve">   </w:t>
      </w:r>
      <w:proofErr w:type="spellStart"/>
      <w:r>
        <w:rPr>
          <w:rFonts w:eastAsia="B Nazanin" w:cs="B Nazanin"/>
        </w:rPr>
        <w:t>تقویت</w:t>
      </w:r>
      <w:proofErr w:type="spellEnd"/>
      <w:r>
        <w:rPr>
          <w:rFonts w:eastAsia="B Nazanin" w:cs="B Nazanin"/>
        </w:rPr>
        <w:t xml:space="preserve"> </w:t>
      </w:r>
      <w:proofErr w:type="spellStart"/>
      <w:r>
        <w:rPr>
          <w:rFonts w:eastAsia="B Nazanin" w:cs="B Nazanin"/>
        </w:rPr>
        <w:t>زبان</w:t>
      </w:r>
      <w:proofErr w:type="spellEnd"/>
      <w:r>
        <w:rPr>
          <w:rFonts w:eastAsia="B Nazanin" w:cs="B Nazanin"/>
        </w:rPr>
        <w:t xml:space="preserve"> </w:t>
      </w:r>
      <w:proofErr w:type="spellStart"/>
      <w:r>
        <w:rPr>
          <w:rFonts w:eastAsia="B Nazanin" w:cs="B Nazanin"/>
        </w:rPr>
        <w:t>انگلیسی</w:t>
      </w:r>
      <w:proofErr w:type="spellEnd"/>
      <w:r>
        <w:rPr>
          <w:rFonts w:eastAsia="B Nazanin" w:cs="B Nazanin"/>
        </w:rPr>
        <w:t xml:space="preserve"> </w:t>
      </w:r>
      <w:proofErr w:type="spellStart"/>
      <w:r>
        <w:rPr>
          <w:rFonts w:eastAsia="B Nazanin" w:cs="B Nazanin"/>
        </w:rPr>
        <w:t>در</w:t>
      </w:r>
      <w:proofErr w:type="spellEnd"/>
      <w:r>
        <w:rPr>
          <w:rFonts w:eastAsia="B Nazanin" w:cs="B Nazanin"/>
        </w:rPr>
        <w:t xml:space="preserve"> سه ماه هدفی دست‌یافتنی است، اگر منظور از آن پیشرفت محسوس و ساختن عادت‌های مؤثر باشد، نه تسلط کامل بر تمام جنبه‌های زبان. برای رسیدن به این هدف، باید نقطه شروع را بشناسیم، هدف‌های روشن تعیین کنیم و زمان خود را میان شنیدن، صحبت کردن، خواندن، نوشتن، واژگان و دستور زبان تقسیم کنیم. تمرین‌های کوتاه و منظم، استفاده فعال از عبارت‌های تازه و </w:t>
      </w:r>
      <w:proofErr w:type="spellStart"/>
      <w:r>
        <w:rPr>
          <w:rFonts w:eastAsia="B Nazanin" w:cs="B Nazanin"/>
        </w:rPr>
        <w:t>دریافت</w:t>
      </w:r>
      <w:proofErr w:type="spellEnd"/>
      <w:r>
        <w:rPr>
          <w:rFonts w:eastAsia="B Nazanin" w:cs="B Nazanin"/>
        </w:rPr>
        <w:t xml:space="preserve"> </w:t>
      </w:r>
      <w:proofErr w:type="spellStart"/>
      <w:r>
        <w:rPr>
          <w:rFonts w:eastAsia="B Nazanin" w:cs="B Nazanin"/>
        </w:rPr>
        <w:t>بازخورد</w:t>
      </w:r>
      <w:proofErr w:type="spellEnd"/>
      <w:r>
        <w:rPr>
          <w:rFonts w:eastAsia="B Nazanin" w:cs="B Nazanin"/>
        </w:rPr>
        <w:t xml:space="preserve">، </w:t>
      </w:r>
      <w:proofErr w:type="spellStart"/>
      <w:r>
        <w:rPr>
          <w:rFonts w:eastAsia="B Nazanin" w:cs="B Nazanin"/>
        </w:rPr>
        <w:t>مسیر</w:t>
      </w:r>
      <w:proofErr w:type="spellEnd"/>
      <w:r>
        <w:rPr>
          <w:rFonts w:eastAsia="B Nazanin" w:cs="B Nazanin"/>
        </w:rPr>
        <w:t xml:space="preserve"> </w:t>
      </w:r>
      <w:proofErr w:type="spellStart"/>
      <w:r>
        <w:rPr>
          <w:rFonts w:eastAsia="B Nazanin" w:cs="B Nazanin"/>
        </w:rPr>
        <w:t>یادگیری</w:t>
      </w:r>
      <w:proofErr w:type="spellEnd"/>
      <w:r>
        <w:rPr>
          <w:rFonts w:eastAsia="B Nazanin" w:cs="B Nazanin"/>
        </w:rPr>
        <w:t xml:space="preserve"> </w:t>
      </w:r>
      <w:proofErr w:type="spellStart"/>
      <w:r>
        <w:rPr>
          <w:rFonts w:eastAsia="B Nazanin" w:cs="B Nazanin"/>
        </w:rPr>
        <w:t>را</w:t>
      </w:r>
      <w:proofErr w:type="spellEnd"/>
      <w:r>
        <w:rPr>
          <w:rFonts w:eastAsia="B Nazanin" w:cs="B Nazanin"/>
        </w:rPr>
        <w:t xml:space="preserve"> </w:t>
      </w:r>
      <w:proofErr w:type="spellStart"/>
      <w:r>
        <w:rPr>
          <w:rFonts w:eastAsia="B Nazanin" w:cs="B Nazanin"/>
        </w:rPr>
        <w:t>مؤثرتر</w:t>
      </w:r>
      <w:proofErr w:type="spellEnd"/>
      <w:r>
        <w:rPr>
          <w:rFonts w:eastAsia="B Nazanin" w:cs="B Nazanin"/>
        </w:rPr>
        <w:t xml:space="preserve"> </w:t>
      </w:r>
      <w:proofErr w:type="spellStart"/>
      <w:r>
        <w:rPr>
          <w:rFonts w:eastAsia="B Nazanin" w:cs="B Nazanin"/>
        </w:rPr>
        <w:t>می‌کنند</w:t>
      </w:r>
      <w:proofErr w:type="spellEnd"/>
      <w:r>
        <w:rPr>
          <w:rFonts w:eastAsia="B Nazanin" w:cs="B Nazanin" w:hint="cs"/>
          <w:rtl/>
        </w:rPr>
        <w:t>.</w:t>
      </w:r>
    </w:p>
    <w:p w14:paraId="6E296333" w14:textId="50BE9ACF" w:rsidR="006A2542" w:rsidRDefault="007F2F21" w:rsidP="002159CC">
      <w:pPr>
        <w:bidi/>
      </w:pPr>
      <w:r>
        <w:rPr>
          <w:rFonts w:eastAsia="B Nazanin" w:cs="B Nazanin"/>
        </w:rPr>
        <w:t>در</w:t>
      </w:r>
      <w:r>
        <w:rPr>
          <w:rFonts w:eastAsia="B Nazanin" w:cs="B Nazanin"/>
        </w:rPr>
        <w:t xml:space="preserve"> </w:t>
      </w:r>
      <w:r>
        <w:rPr>
          <w:rFonts w:eastAsia="B Nazanin" w:cs="B Nazanin"/>
        </w:rPr>
        <w:t>ماه</w:t>
      </w:r>
      <w:r>
        <w:rPr>
          <w:rFonts w:eastAsia="B Nazanin" w:cs="B Nazanin"/>
        </w:rPr>
        <w:t xml:space="preserve"> </w:t>
      </w:r>
      <w:r>
        <w:rPr>
          <w:rFonts w:eastAsia="B Nazanin" w:cs="B Nazanin"/>
        </w:rPr>
        <w:t>نخست،</w:t>
      </w:r>
      <w:r>
        <w:rPr>
          <w:rFonts w:eastAsia="B Nazanin" w:cs="B Nazanin"/>
        </w:rPr>
        <w:t xml:space="preserve"> </w:t>
      </w:r>
      <w:r>
        <w:rPr>
          <w:rFonts w:eastAsia="B Nazanin" w:cs="B Nazanin"/>
        </w:rPr>
        <w:t>تمرکز</w:t>
      </w:r>
      <w:r>
        <w:rPr>
          <w:rFonts w:eastAsia="B Nazanin" w:cs="B Nazanin"/>
        </w:rPr>
        <w:t xml:space="preserve"> </w:t>
      </w:r>
      <w:r>
        <w:rPr>
          <w:rFonts w:eastAsia="B Nazanin" w:cs="B Nazanin"/>
        </w:rPr>
        <w:t>اصلی</w:t>
      </w:r>
      <w:r>
        <w:rPr>
          <w:rFonts w:eastAsia="B Nazanin" w:cs="B Nazanin"/>
        </w:rPr>
        <w:t xml:space="preserve"> </w:t>
      </w:r>
      <w:r>
        <w:rPr>
          <w:rFonts w:eastAsia="B Nazanin" w:cs="B Nazanin"/>
        </w:rPr>
        <w:t>باید</w:t>
      </w:r>
      <w:r>
        <w:rPr>
          <w:rFonts w:eastAsia="B Nazanin" w:cs="B Nazanin"/>
        </w:rPr>
        <w:t xml:space="preserve"> </w:t>
      </w:r>
      <w:r>
        <w:rPr>
          <w:rFonts w:eastAsia="B Nazanin" w:cs="B Nazanin"/>
        </w:rPr>
        <w:t>بر</w:t>
      </w:r>
      <w:r>
        <w:rPr>
          <w:rFonts w:eastAsia="B Nazanin" w:cs="B Nazanin"/>
        </w:rPr>
        <w:t xml:space="preserve"> </w:t>
      </w:r>
      <w:r>
        <w:rPr>
          <w:rFonts w:eastAsia="B Nazanin" w:cs="B Nazanin"/>
        </w:rPr>
        <w:t>ایجاد</w:t>
      </w:r>
      <w:r>
        <w:rPr>
          <w:rFonts w:eastAsia="B Nazanin" w:cs="B Nazanin"/>
        </w:rPr>
        <w:t xml:space="preserve"> </w:t>
      </w:r>
      <w:r>
        <w:rPr>
          <w:rFonts w:eastAsia="B Nazanin" w:cs="B Nazanin"/>
        </w:rPr>
        <w:t>عادت</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تقویت</w:t>
      </w:r>
      <w:r>
        <w:rPr>
          <w:rFonts w:eastAsia="B Nazanin" w:cs="B Nazanin"/>
        </w:rPr>
        <w:t xml:space="preserve"> </w:t>
      </w:r>
      <w:r>
        <w:rPr>
          <w:rFonts w:eastAsia="B Nazanin" w:cs="B Nazanin"/>
        </w:rPr>
        <w:t>پایه</w:t>
      </w:r>
      <w:r>
        <w:rPr>
          <w:rFonts w:eastAsia="B Nazanin" w:cs="B Nazanin"/>
        </w:rPr>
        <w:t>‌</w:t>
      </w:r>
      <w:r>
        <w:rPr>
          <w:rFonts w:eastAsia="B Nazanin" w:cs="B Nazanin"/>
        </w:rPr>
        <w:t>ها</w:t>
      </w:r>
      <w:r>
        <w:rPr>
          <w:rFonts w:eastAsia="B Nazanin" w:cs="B Nazanin"/>
        </w:rPr>
        <w:t xml:space="preserve"> </w:t>
      </w:r>
      <w:r>
        <w:rPr>
          <w:rFonts w:eastAsia="B Nazanin" w:cs="B Nazanin"/>
        </w:rPr>
        <w:t>باشد</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ماه</w:t>
      </w:r>
      <w:r>
        <w:rPr>
          <w:rFonts w:eastAsia="B Nazanin" w:cs="B Nazanin"/>
        </w:rPr>
        <w:t xml:space="preserve"> </w:t>
      </w:r>
      <w:r>
        <w:rPr>
          <w:rFonts w:eastAsia="B Nazanin" w:cs="B Nazanin"/>
        </w:rPr>
        <w:t>دوم،</w:t>
      </w:r>
      <w:r>
        <w:rPr>
          <w:rFonts w:eastAsia="B Nazanin" w:cs="B Nazanin"/>
        </w:rPr>
        <w:t xml:space="preserve"> </w:t>
      </w:r>
      <w:r>
        <w:rPr>
          <w:rFonts w:eastAsia="B Nazanin" w:cs="B Nazanin"/>
        </w:rPr>
        <w:t>فرصت</w:t>
      </w:r>
      <w:r>
        <w:rPr>
          <w:rFonts w:eastAsia="B Nazanin" w:cs="B Nazanin"/>
        </w:rPr>
        <w:t xml:space="preserve"> </w:t>
      </w:r>
      <w:r>
        <w:rPr>
          <w:rFonts w:eastAsia="B Nazanin" w:cs="B Nazanin"/>
        </w:rPr>
        <w:t>بیشتری</w:t>
      </w:r>
      <w:r>
        <w:rPr>
          <w:rFonts w:eastAsia="B Nazanin" w:cs="B Nazanin"/>
        </w:rPr>
        <w:t xml:space="preserve"> </w:t>
      </w:r>
      <w:r>
        <w:rPr>
          <w:rFonts w:eastAsia="B Nazanin" w:cs="B Nazanin"/>
        </w:rPr>
        <w:t>برای</w:t>
      </w:r>
      <w:r>
        <w:rPr>
          <w:rFonts w:eastAsia="B Nazanin" w:cs="B Nazanin"/>
        </w:rPr>
        <w:t xml:space="preserve"> </w:t>
      </w:r>
      <w:r>
        <w:rPr>
          <w:rFonts w:eastAsia="B Nazanin" w:cs="B Nazanin"/>
        </w:rPr>
        <w:t>استفاده</w:t>
      </w:r>
      <w:r>
        <w:rPr>
          <w:rFonts w:eastAsia="B Nazanin" w:cs="B Nazanin"/>
        </w:rPr>
        <w:t xml:space="preserve"> </w:t>
      </w:r>
      <w:r>
        <w:rPr>
          <w:rFonts w:eastAsia="B Nazanin" w:cs="B Nazanin"/>
        </w:rPr>
        <w:t>فعال</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زبان</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تولید</w:t>
      </w:r>
      <w:r>
        <w:rPr>
          <w:rFonts w:eastAsia="B Nazanin" w:cs="B Nazanin"/>
        </w:rPr>
        <w:t xml:space="preserve"> </w:t>
      </w:r>
      <w:r>
        <w:rPr>
          <w:rFonts w:eastAsia="B Nazanin" w:cs="B Nazanin"/>
        </w:rPr>
        <w:t>جمله</w:t>
      </w:r>
      <w:r>
        <w:rPr>
          <w:rFonts w:eastAsia="B Nazanin" w:cs="B Nazanin"/>
        </w:rPr>
        <w:t>‌</w:t>
      </w:r>
      <w:r>
        <w:rPr>
          <w:rFonts w:eastAsia="B Nazanin" w:cs="B Nazanin"/>
        </w:rPr>
        <w:t>های</w:t>
      </w:r>
      <w:r>
        <w:rPr>
          <w:rFonts w:eastAsia="B Nazanin" w:cs="B Nazanin"/>
        </w:rPr>
        <w:t xml:space="preserve"> </w:t>
      </w:r>
      <w:r>
        <w:rPr>
          <w:rFonts w:eastAsia="B Nazanin" w:cs="B Nazanin"/>
        </w:rPr>
        <w:t>طولانی</w:t>
      </w:r>
      <w:r>
        <w:rPr>
          <w:rFonts w:eastAsia="B Nazanin" w:cs="B Nazanin"/>
        </w:rPr>
        <w:t>‌</w:t>
      </w:r>
      <w:r>
        <w:rPr>
          <w:rFonts w:eastAsia="B Nazanin" w:cs="B Nazanin"/>
        </w:rPr>
        <w:t>تر</w:t>
      </w:r>
      <w:r>
        <w:rPr>
          <w:rFonts w:eastAsia="B Nazanin" w:cs="B Nazanin"/>
        </w:rPr>
        <w:t xml:space="preserve"> </w:t>
      </w:r>
      <w:r>
        <w:rPr>
          <w:rFonts w:eastAsia="B Nazanin" w:cs="B Nazanin"/>
        </w:rPr>
        <w:t>فراهم</w:t>
      </w:r>
      <w:r>
        <w:rPr>
          <w:rFonts w:eastAsia="B Nazanin" w:cs="B Nazanin"/>
        </w:rPr>
        <w:t xml:space="preserve"> </w:t>
      </w:r>
      <w:r>
        <w:rPr>
          <w:rFonts w:eastAsia="B Nazanin" w:cs="B Nazanin"/>
        </w:rPr>
        <w:t>می</w:t>
      </w:r>
      <w:r>
        <w:rPr>
          <w:rFonts w:eastAsia="B Nazanin" w:cs="B Nazanin"/>
        </w:rPr>
        <w:t>‌</w:t>
      </w:r>
      <w:r>
        <w:rPr>
          <w:rFonts w:eastAsia="B Nazanin" w:cs="B Nazanin"/>
        </w:rPr>
        <w:t>شود</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ماه</w:t>
      </w:r>
      <w:r>
        <w:rPr>
          <w:rFonts w:eastAsia="B Nazanin" w:cs="B Nazanin"/>
        </w:rPr>
        <w:t xml:space="preserve"> </w:t>
      </w:r>
      <w:r>
        <w:rPr>
          <w:rFonts w:eastAsia="B Nazanin" w:cs="B Nazanin"/>
        </w:rPr>
        <w:t>سوم،</w:t>
      </w:r>
      <w:r>
        <w:rPr>
          <w:rFonts w:eastAsia="B Nazanin" w:cs="B Nazanin"/>
        </w:rPr>
        <w:t xml:space="preserve"> </w:t>
      </w:r>
      <w:r>
        <w:rPr>
          <w:rFonts w:eastAsia="B Nazanin" w:cs="B Nazanin"/>
        </w:rPr>
        <w:t>می</w:t>
      </w:r>
      <w:r>
        <w:rPr>
          <w:rFonts w:eastAsia="B Nazanin" w:cs="B Nazanin"/>
        </w:rPr>
        <w:t>‌</w:t>
      </w:r>
      <w:r>
        <w:rPr>
          <w:rFonts w:eastAsia="B Nazanin" w:cs="B Nazanin"/>
        </w:rPr>
        <w:t>توان</w:t>
      </w:r>
      <w:r>
        <w:rPr>
          <w:rFonts w:eastAsia="B Nazanin" w:cs="B Nazanin"/>
        </w:rPr>
        <w:t xml:space="preserve"> </w:t>
      </w:r>
      <w:r>
        <w:rPr>
          <w:rFonts w:eastAsia="B Nazanin" w:cs="B Nazanin"/>
        </w:rPr>
        <w:t>تمرین</w:t>
      </w:r>
      <w:r>
        <w:rPr>
          <w:rFonts w:eastAsia="B Nazanin" w:cs="B Nazanin"/>
        </w:rPr>
        <w:t>‌</w:t>
      </w:r>
      <w:r>
        <w:rPr>
          <w:rFonts w:eastAsia="B Nazanin" w:cs="B Nazanin"/>
        </w:rPr>
        <w:t>ها</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کمی</w:t>
      </w:r>
      <w:r>
        <w:rPr>
          <w:rFonts w:eastAsia="B Nazanin" w:cs="B Nazanin"/>
        </w:rPr>
        <w:t xml:space="preserve"> </w:t>
      </w:r>
      <w:r>
        <w:rPr>
          <w:rFonts w:eastAsia="B Nazanin" w:cs="B Nazanin"/>
        </w:rPr>
        <w:t>دشوارتر</w:t>
      </w:r>
      <w:r>
        <w:rPr>
          <w:rFonts w:eastAsia="B Nazanin" w:cs="B Nazanin"/>
        </w:rPr>
        <w:t xml:space="preserve"> </w:t>
      </w:r>
      <w:r>
        <w:rPr>
          <w:rFonts w:eastAsia="B Nazanin" w:cs="B Nazanin"/>
        </w:rPr>
        <w:t>کرد</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با</w:t>
      </w:r>
      <w:r>
        <w:rPr>
          <w:rFonts w:eastAsia="B Nazanin" w:cs="B Nazanin"/>
        </w:rPr>
        <w:t xml:space="preserve"> </w:t>
      </w:r>
      <w:r>
        <w:rPr>
          <w:rFonts w:eastAsia="B Nazanin" w:cs="B Nazanin"/>
        </w:rPr>
        <w:t>نمونه</w:t>
      </w:r>
      <w:r>
        <w:rPr>
          <w:rFonts w:eastAsia="B Nazanin" w:cs="B Nazanin"/>
        </w:rPr>
        <w:t>‌</w:t>
      </w:r>
      <w:r>
        <w:rPr>
          <w:rFonts w:eastAsia="B Nazanin" w:cs="B Nazanin"/>
        </w:rPr>
        <w:t>های</w:t>
      </w:r>
      <w:r>
        <w:rPr>
          <w:rFonts w:eastAsia="B Nazanin" w:cs="B Nazanin"/>
        </w:rPr>
        <w:t xml:space="preserve"> </w:t>
      </w:r>
      <w:r>
        <w:rPr>
          <w:rFonts w:eastAsia="B Nazanin" w:cs="B Nazanin"/>
        </w:rPr>
        <w:t>قابل</w:t>
      </w:r>
      <w:r>
        <w:rPr>
          <w:rFonts w:eastAsia="B Nazanin" w:cs="B Nazanin"/>
        </w:rPr>
        <w:t>‌</w:t>
      </w:r>
      <w:r>
        <w:rPr>
          <w:rFonts w:eastAsia="B Nazanin" w:cs="B Nazanin"/>
        </w:rPr>
        <w:t>اندازه</w:t>
      </w:r>
      <w:r>
        <w:rPr>
          <w:rFonts w:eastAsia="B Nazanin" w:cs="B Nazanin"/>
        </w:rPr>
        <w:t>‌</w:t>
      </w:r>
      <w:r>
        <w:rPr>
          <w:rFonts w:eastAsia="B Nazanin" w:cs="B Nazanin"/>
        </w:rPr>
        <w:t>گیری،</w:t>
      </w:r>
      <w:r>
        <w:rPr>
          <w:rFonts w:eastAsia="B Nazanin" w:cs="B Nazanin"/>
        </w:rPr>
        <w:t xml:space="preserve"> </w:t>
      </w:r>
      <w:r>
        <w:rPr>
          <w:rFonts w:eastAsia="B Nazanin" w:cs="B Nazanin"/>
        </w:rPr>
        <w:t>پیشرفت</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سنجید</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تمام</w:t>
      </w:r>
      <w:r>
        <w:rPr>
          <w:rFonts w:eastAsia="B Nazanin" w:cs="B Nazanin"/>
        </w:rPr>
        <w:t xml:space="preserve"> </w:t>
      </w:r>
      <w:r>
        <w:rPr>
          <w:rFonts w:eastAsia="B Nazanin" w:cs="B Nazanin"/>
        </w:rPr>
        <w:t>این</w:t>
      </w:r>
      <w:r>
        <w:rPr>
          <w:rFonts w:eastAsia="B Nazanin" w:cs="B Nazanin"/>
        </w:rPr>
        <w:t xml:space="preserve"> </w:t>
      </w:r>
      <w:r>
        <w:rPr>
          <w:rFonts w:eastAsia="B Nazanin" w:cs="B Nazanin"/>
        </w:rPr>
        <w:t>مدت،</w:t>
      </w:r>
      <w:r>
        <w:rPr>
          <w:rFonts w:eastAsia="B Nazanin" w:cs="B Nazanin"/>
        </w:rPr>
        <w:t xml:space="preserve"> </w:t>
      </w:r>
      <w:r>
        <w:rPr>
          <w:rFonts w:eastAsia="B Nazanin" w:cs="B Nazanin"/>
        </w:rPr>
        <w:t>برنامه</w:t>
      </w:r>
      <w:r>
        <w:rPr>
          <w:rFonts w:eastAsia="B Nazanin" w:cs="B Nazanin"/>
        </w:rPr>
        <w:t xml:space="preserve"> </w:t>
      </w:r>
      <w:r>
        <w:rPr>
          <w:rFonts w:eastAsia="B Nazanin" w:cs="B Nazanin"/>
        </w:rPr>
        <w:t>باید</w:t>
      </w:r>
      <w:r>
        <w:rPr>
          <w:rFonts w:eastAsia="B Nazanin" w:cs="B Nazanin"/>
        </w:rPr>
        <w:t xml:space="preserve"> </w:t>
      </w:r>
      <w:r>
        <w:rPr>
          <w:rFonts w:eastAsia="B Nazanin" w:cs="B Nazanin"/>
        </w:rPr>
        <w:t>با</w:t>
      </w:r>
      <w:r>
        <w:rPr>
          <w:rFonts w:eastAsia="B Nazanin" w:cs="B Nazanin"/>
        </w:rPr>
        <w:t xml:space="preserve"> </w:t>
      </w:r>
      <w:proofErr w:type="spellStart"/>
      <w:r>
        <w:rPr>
          <w:rFonts w:eastAsia="B Nazanin" w:cs="B Nazanin"/>
        </w:rPr>
        <w:t>سطح</w:t>
      </w:r>
      <w:proofErr w:type="spellEnd"/>
      <w:r>
        <w:rPr>
          <w:rFonts w:eastAsia="B Nazanin" w:cs="B Nazanin"/>
        </w:rPr>
        <w:t xml:space="preserve"> </w:t>
      </w:r>
      <w:r>
        <w:rPr>
          <w:rFonts w:eastAsia="B Nazanin" w:cs="B Nazanin"/>
        </w:rPr>
        <w:t>و</w:t>
      </w:r>
      <w:r>
        <w:rPr>
          <w:rFonts w:eastAsia="B Nazanin" w:cs="B Nazanin"/>
        </w:rPr>
        <w:t xml:space="preserve"> </w:t>
      </w:r>
      <w:proofErr w:type="spellStart"/>
      <w:r>
        <w:rPr>
          <w:rFonts w:eastAsia="B Nazanin" w:cs="B Nazanin"/>
        </w:rPr>
        <w:t>شرایط</w:t>
      </w:r>
      <w:proofErr w:type="spellEnd"/>
      <w:r>
        <w:rPr>
          <w:rFonts w:eastAsia="B Nazanin" w:cs="B Nazanin"/>
        </w:rPr>
        <w:t xml:space="preserve"> </w:t>
      </w:r>
      <w:proofErr w:type="spellStart"/>
      <w:r>
        <w:rPr>
          <w:rFonts w:eastAsia="B Nazanin" w:cs="B Nazanin"/>
        </w:rPr>
        <w:t>زندگی</w:t>
      </w:r>
      <w:proofErr w:type="spellEnd"/>
      <w:r>
        <w:rPr>
          <w:rFonts w:eastAsia="B Nazanin" w:cs="B Nazanin"/>
        </w:rPr>
        <w:t xml:space="preserve"> </w:t>
      </w:r>
      <w:proofErr w:type="spellStart"/>
      <w:r>
        <w:rPr>
          <w:rFonts w:eastAsia="B Nazanin" w:cs="B Nazanin"/>
        </w:rPr>
        <w:t>فرد</w:t>
      </w:r>
      <w:proofErr w:type="spellEnd"/>
      <w:r>
        <w:rPr>
          <w:rFonts w:eastAsia="B Nazanin" w:cs="B Nazanin"/>
        </w:rPr>
        <w:t xml:space="preserve"> </w:t>
      </w:r>
      <w:proofErr w:type="spellStart"/>
      <w:r>
        <w:rPr>
          <w:rFonts w:eastAsia="B Nazanin" w:cs="B Nazanin"/>
        </w:rPr>
        <w:t>هماهنگ</w:t>
      </w:r>
      <w:proofErr w:type="spellEnd"/>
      <w:r>
        <w:rPr>
          <w:rFonts w:eastAsia="B Nazanin" w:cs="B Nazanin"/>
        </w:rPr>
        <w:t xml:space="preserve"> </w:t>
      </w:r>
      <w:proofErr w:type="spellStart"/>
      <w:r>
        <w:rPr>
          <w:rFonts w:eastAsia="B Nazanin" w:cs="B Nazanin"/>
        </w:rPr>
        <w:t>بماند</w:t>
      </w:r>
      <w:proofErr w:type="spellEnd"/>
      <w:r w:rsidR="00C60EF8">
        <w:rPr>
          <w:rFonts w:eastAsia="B Nazanin" w:cs="B Nazanin" w:hint="cs"/>
          <w:rtl/>
        </w:rPr>
        <w:t>.</w:t>
      </w:r>
    </w:p>
    <w:p w14:paraId="44CF827B" w14:textId="7FCA85CD" w:rsidR="006A2542" w:rsidRDefault="007F2F21" w:rsidP="002159CC">
      <w:pPr>
        <w:bidi/>
      </w:pPr>
      <w:r>
        <w:rPr>
          <w:rFonts w:eastAsia="B Nazanin" w:cs="B Nazanin"/>
        </w:rPr>
        <w:t>در</w:t>
      </w:r>
      <w:r>
        <w:rPr>
          <w:rFonts w:eastAsia="B Nazanin" w:cs="B Nazanin"/>
        </w:rPr>
        <w:t xml:space="preserve"> </w:t>
      </w:r>
      <w:r>
        <w:rPr>
          <w:rFonts w:eastAsia="B Nazanin" w:cs="B Nazanin"/>
        </w:rPr>
        <w:t>نهایت،</w:t>
      </w:r>
      <w:r>
        <w:rPr>
          <w:rFonts w:eastAsia="B Nazanin" w:cs="B Nazanin"/>
        </w:rPr>
        <w:t xml:space="preserve"> </w:t>
      </w:r>
      <w:r>
        <w:rPr>
          <w:rFonts w:eastAsia="B Nazanin" w:cs="B Nazanin"/>
        </w:rPr>
        <w:t>هیچ</w:t>
      </w:r>
      <w:r>
        <w:rPr>
          <w:rFonts w:eastAsia="B Nazanin" w:cs="B Nazanin"/>
        </w:rPr>
        <w:t xml:space="preserve"> </w:t>
      </w:r>
      <w:r>
        <w:rPr>
          <w:rFonts w:eastAsia="B Nazanin" w:cs="B Nazanin"/>
        </w:rPr>
        <w:t>روش</w:t>
      </w:r>
      <w:r>
        <w:rPr>
          <w:rFonts w:eastAsia="B Nazanin" w:cs="B Nazanin"/>
        </w:rPr>
        <w:t xml:space="preserve"> </w:t>
      </w:r>
      <w:r>
        <w:rPr>
          <w:rFonts w:eastAsia="B Nazanin" w:cs="B Nazanin"/>
        </w:rPr>
        <w:t>میان</w:t>
      </w:r>
      <w:r>
        <w:rPr>
          <w:rFonts w:eastAsia="B Nazanin" w:cs="B Nazanin"/>
        </w:rPr>
        <w:t>‌</w:t>
      </w:r>
      <w:r>
        <w:rPr>
          <w:rFonts w:eastAsia="B Nazanin" w:cs="B Nazanin"/>
        </w:rPr>
        <w:t>بری</w:t>
      </w:r>
      <w:r>
        <w:rPr>
          <w:rFonts w:eastAsia="B Nazanin" w:cs="B Nazanin"/>
        </w:rPr>
        <w:t xml:space="preserve"> </w:t>
      </w:r>
      <w:r>
        <w:rPr>
          <w:rFonts w:eastAsia="B Nazanin" w:cs="B Nazanin"/>
        </w:rPr>
        <w:t>جای</w:t>
      </w:r>
      <w:r>
        <w:rPr>
          <w:rFonts w:eastAsia="B Nazanin" w:cs="B Nazanin"/>
        </w:rPr>
        <w:t xml:space="preserve"> </w:t>
      </w:r>
      <w:r>
        <w:rPr>
          <w:rFonts w:eastAsia="B Nazanin" w:cs="B Nazanin"/>
        </w:rPr>
        <w:t>تمرین</w:t>
      </w:r>
      <w:r>
        <w:rPr>
          <w:rFonts w:eastAsia="B Nazanin" w:cs="B Nazanin"/>
        </w:rPr>
        <w:t xml:space="preserve"> </w:t>
      </w:r>
      <w:r>
        <w:rPr>
          <w:rFonts w:eastAsia="B Nazanin" w:cs="B Nazanin"/>
        </w:rPr>
        <w:t>پیوسته</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نمی</w:t>
      </w:r>
      <w:r>
        <w:rPr>
          <w:rFonts w:eastAsia="B Nazanin" w:cs="B Nazanin"/>
        </w:rPr>
        <w:t>‌</w:t>
      </w:r>
      <w:r>
        <w:rPr>
          <w:rFonts w:eastAsia="B Nazanin" w:cs="B Nazanin"/>
        </w:rPr>
        <w:t>گیرد</w:t>
      </w:r>
      <w:r>
        <w:rPr>
          <w:rFonts w:eastAsia="B Nazanin" w:cs="B Nazanin"/>
        </w:rPr>
        <w:t xml:space="preserve">. </w:t>
      </w:r>
      <w:r>
        <w:rPr>
          <w:rFonts w:eastAsia="B Nazanin" w:cs="B Nazanin"/>
        </w:rPr>
        <w:t>اگر</w:t>
      </w:r>
      <w:r>
        <w:rPr>
          <w:rFonts w:eastAsia="B Nazanin" w:cs="B Nazanin"/>
        </w:rPr>
        <w:t xml:space="preserve"> </w:t>
      </w:r>
      <w:r>
        <w:rPr>
          <w:rFonts w:eastAsia="B Nazanin" w:cs="B Nazanin"/>
        </w:rPr>
        <w:t>هر</w:t>
      </w:r>
      <w:r>
        <w:rPr>
          <w:rFonts w:eastAsia="B Nazanin" w:cs="B Nazanin"/>
        </w:rPr>
        <w:t xml:space="preserve"> </w:t>
      </w:r>
      <w:r>
        <w:rPr>
          <w:rFonts w:eastAsia="B Nazanin" w:cs="B Nazanin"/>
        </w:rPr>
        <w:t>روز</w:t>
      </w:r>
      <w:r>
        <w:rPr>
          <w:rFonts w:eastAsia="B Nazanin" w:cs="B Nazanin"/>
        </w:rPr>
        <w:t xml:space="preserve"> </w:t>
      </w:r>
      <w:r>
        <w:rPr>
          <w:rFonts w:eastAsia="B Nazanin" w:cs="B Nazanin"/>
        </w:rPr>
        <w:t>قدمی</w:t>
      </w:r>
      <w:r>
        <w:rPr>
          <w:rFonts w:eastAsia="B Nazanin" w:cs="B Nazanin"/>
        </w:rPr>
        <w:t xml:space="preserve"> </w:t>
      </w:r>
      <w:r>
        <w:rPr>
          <w:rFonts w:eastAsia="B Nazanin" w:cs="B Nazanin"/>
        </w:rPr>
        <w:t>کوچک</w:t>
      </w:r>
      <w:r>
        <w:rPr>
          <w:rFonts w:eastAsia="B Nazanin" w:cs="B Nazanin"/>
        </w:rPr>
        <w:t xml:space="preserve"> </w:t>
      </w:r>
      <w:r>
        <w:rPr>
          <w:rFonts w:eastAsia="B Nazanin" w:cs="B Nazanin"/>
        </w:rPr>
        <w:t>برداریم،</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اشتباه</w:t>
      </w:r>
      <w:r>
        <w:rPr>
          <w:rFonts w:eastAsia="B Nazanin" w:cs="B Nazanin"/>
        </w:rPr>
        <w:t xml:space="preserve"> </w:t>
      </w:r>
      <w:r>
        <w:rPr>
          <w:rFonts w:eastAsia="B Nazanin" w:cs="B Nazanin"/>
        </w:rPr>
        <w:t>کردن</w:t>
      </w:r>
      <w:r>
        <w:rPr>
          <w:rFonts w:eastAsia="B Nazanin" w:cs="B Nazanin"/>
        </w:rPr>
        <w:t xml:space="preserve"> </w:t>
      </w:r>
      <w:r>
        <w:rPr>
          <w:rFonts w:eastAsia="B Nazanin" w:cs="B Nazanin"/>
        </w:rPr>
        <w:t>نترسیم</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برنامه</w:t>
      </w:r>
      <w:r>
        <w:rPr>
          <w:rFonts w:eastAsia="B Nazanin" w:cs="B Nazanin"/>
        </w:rPr>
        <w:t xml:space="preserve"> </w:t>
      </w:r>
      <w:r>
        <w:rPr>
          <w:rFonts w:eastAsia="B Nazanin" w:cs="B Nazanin"/>
        </w:rPr>
        <w:t>خود</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بر</w:t>
      </w:r>
      <w:r>
        <w:rPr>
          <w:rFonts w:eastAsia="B Nazanin" w:cs="B Nazanin"/>
        </w:rPr>
        <w:t xml:space="preserve"> </w:t>
      </w:r>
      <w:r>
        <w:rPr>
          <w:rFonts w:eastAsia="B Nazanin" w:cs="B Nazanin"/>
        </w:rPr>
        <w:t>اساس</w:t>
      </w:r>
      <w:r>
        <w:rPr>
          <w:rFonts w:eastAsia="B Nazanin" w:cs="B Nazanin"/>
        </w:rPr>
        <w:t xml:space="preserve"> </w:t>
      </w:r>
      <w:r>
        <w:rPr>
          <w:rFonts w:eastAsia="B Nazanin" w:cs="B Nazanin"/>
        </w:rPr>
        <w:t>نیازهایمان</w:t>
      </w:r>
      <w:r>
        <w:rPr>
          <w:rFonts w:eastAsia="B Nazanin" w:cs="B Nazanin"/>
        </w:rPr>
        <w:t xml:space="preserve"> </w:t>
      </w:r>
      <w:r>
        <w:rPr>
          <w:rFonts w:eastAsia="B Nazanin" w:cs="B Nazanin"/>
        </w:rPr>
        <w:t>اصلاح</w:t>
      </w:r>
      <w:r>
        <w:rPr>
          <w:rFonts w:eastAsia="B Nazanin" w:cs="B Nazanin"/>
        </w:rPr>
        <w:t xml:space="preserve"> </w:t>
      </w:r>
      <w:r>
        <w:rPr>
          <w:rFonts w:eastAsia="B Nazanin" w:cs="B Nazanin"/>
        </w:rPr>
        <w:t>کنیم،</w:t>
      </w:r>
      <w:r>
        <w:rPr>
          <w:rFonts w:eastAsia="B Nazanin" w:cs="B Nazanin"/>
        </w:rPr>
        <w:t xml:space="preserve"> </w:t>
      </w:r>
      <w:r>
        <w:rPr>
          <w:rFonts w:eastAsia="B Nazanin" w:cs="B Nazanin"/>
        </w:rPr>
        <w:t>سه</w:t>
      </w:r>
      <w:r>
        <w:rPr>
          <w:rFonts w:eastAsia="B Nazanin" w:cs="B Nazanin"/>
        </w:rPr>
        <w:t xml:space="preserve"> </w:t>
      </w:r>
      <w:r>
        <w:rPr>
          <w:rFonts w:eastAsia="B Nazanin" w:cs="B Nazanin"/>
        </w:rPr>
        <w:t>ماه</w:t>
      </w:r>
      <w:r>
        <w:rPr>
          <w:rFonts w:eastAsia="B Nazanin" w:cs="B Nazanin"/>
        </w:rPr>
        <w:t xml:space="preserve"> </w:t>
      </w:r>
      <w:r>
        <w:rPr>
          <w:rFonts w:eastAsia="B Nazanin" w:cs="B Nazanin"/>
        </w:rPr>
        <w:t>می</w:t>
      </w:r>
      <w:r>
        <w:rPr>
          <w:rFonts w:eastAsia="B Nazanin" w:cs="B Nazanin"/>
        </w:rPr>
        <w:t>‌</w:t>
      </w:r>
      <w:r>
        <w:rPr>
          <w:rFonts w:eastAsia="B Nazanin" w:cs="B Nazanin"/>
        </w:rPr>
        <w:t>تواند</w:t>
      </w:r>
      <w:r>
        <w:rPr>
          <w:rFonts w:eastAsia="B Nazanin" w:cs="B Nazanin"/>
        </w:rPr>
        <w:t xml:space="preserve"> </w:t>
      </w:r>
      <w:r>
        <w:rPr>
          <w:rFonts w:eastAsia="B Nazanin" w:cs="B Nazanin"/>
        </w:rPr>
        <w:t>آغاز</w:t>
      </w:r>
      <w:r>
        <w:rPr>
          <w:rFonts w:eastAsia="B Nazanin" w:cs="B Nazanin"/>
        </w:rPr>
        <w:t xml:space="preserve"> </w:t>
      </w:r>
      <w:r>
        <w:rPr>
          <w:rFonts w:eastAsia="B Nazanin" w:cs="B Nazanin"/>
        </w:rPr>
        <w:t>تغییری</w:t>
      </w:r>
      <w:r>
        <w:rPr>
          <w:rFonts w:eastAsia="B Nazanin" w:cs="B Nazanin"/>
        </w:rPr>
        <w:t xml:space="preserve"> </w:t>
      </w:r>
      <w:r>
        <w:rPr>
          <w:rFonts w:eastAsia="B Nazanin" w:cs="B Nazanin"/>
        </w:rPr>
        <w:t>ماندگار</w:t>
      </w:r>
      <w:r>
        <w:rPr>
          <w:rFonts w:eastAsia="B Nazanin" w:cs="B Nazanin"/>
        </w:rPr>
        <w:t xml:space="preserve"> </w:t>
      </w:r>
      <w:r>
        <w:rPr>
          <w:rFonts w:eastAsia="B Nazanin" w:cs="B Nazanin"/>
        </w:rPr>
        <w:t>باشد</w:t>
      </w:r>
      <w:r>
        <w:rPr>
          <w:rFonts w:eastAsia="B Nazanin" w:cs="B Nazanin"/>
        </w:rPr>
        <w:t xml:space="preserve">. </w:t>
      </w:r>
      <w:r>
        <w:rPr>
          <w:rFonts w:eastAsia="B Nazanin" w:cs="B Nazanin"/>
        </w:rPr>
        <w:t>مهم</w:t>
      </w:r>
      <w:r>
        <w:rPr>
          <w:rFonts w:eastAsia="B Nazanin" w:cs="B Nazanin"/>
        </w:rPr>
        <w:t xml:space="preserve"> </w:t>
      </w:r>
      <w:r>
        <w:rPr>
          <w:rFonts w:eastAsia="B Nazanin" w:cs="B Nazanin"/>
        </w:rPr>
        <w:t>نیست</w:t>
      </w:r>
      <w:r>
        <w:rPr>
          <w:rFonts w:eastAsia="B Nazanin" w:cs="B Nazanin"/>
        </w:rPr>
        <w:t xml:space="preserve"> </w:t>
      </w:r>
      <w:r>
        <w:rPr>
          <w:rFonts w:eastAsia="B Nazanin" w:cs="B Nazanin"/>
        </w:rPr>
        <w:t>که</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پایان</w:t>
      </w:r>
      <w:r>
        <w:rPr>
          <w:rFonts w:eastAsia="B Nazanin" w:cs="B Nazanin"/>
        </w:rPr>
        <w:t xml:space="preserve"> </w:t>
      </w:r>
      <w:r>
        <w:rPr>
          <w:rFonts w:eastAsia="B Nazanin" w:cs="B Nazanin"/>
        </w:rPr>
        <w:t>این</w:t>
      </w:r>
      <w:r>
        <w:rPr>
          <w:rFonts w:eastAsia="B Nazanin" w:cs="B Nazanin"/>
        </w:rPr>
        <w:t xml:space="preserve"> </w:t>
      </w:r>
      <w:r>
        <w:rPr>
          <w:rFonts w:eastAsia="B Nazanin" w:cs="B Nazanin"/>
        </w:rPr>
        <w:t>دوره</w:t>
      </w:r>
      <w:r>
        <w:rPr>
          <w:rFonts w:eastAsia="B Nazanin" w:cs="B Nazanin"/>
        </w:rPr>
        <w:t xml:space="preserve"> </w:t>
      </w:r>
      <w:r>
        <w:rPr>
          <w:rFonts w:eastAsia="B Nazanin" w:cs="B Nazanin"/>
        </w:rPr>
        <w:t>همه</w:t>
      </w:r>
      <w:r>
        <w:rPr>
          <w:rFonts w:eastAsia="B Nazanin" w:cs="B Nazanin"/>
        </w:rPr>
        <w:t xml:space="preserve"> </w:t>
      </w:r>
      <w:r>
        <w:rPr>
          <w:rFonts w:eastAsia="B Nazanin" w:cs="B Nazanin"/>
        </w:rPr>
        <w:t>چیز</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بدانیم؛</w:t>
      </w:r>
      <w:r>
        <w:rPr>
          <w:rFonts w:eastAsia="B Nazanin" w:cs="B Nazanin"/>
        </w:rPr>
        <w:t xml:space="preserve"> </w:t>
      </w:r>
      <w:r>
        <w:rPr>
          <w:rFonts w:eastAsia="B Nazanin" w:cs="B Nazanin"/>
        </w:rPr>
        <w:t>مهم</w:t>
      </w:r>
      <w:r>
        <w:rPr>
          <w:rFonts w:eastAsia="B Nazanin" w:cs="B Nazanin"/>
        </w:rPr>
        <w:t xml:space="preserve"> </w:t>
      </w:r>
      <w:r>
        <w:rPr>
          <w:rFonts w:eastAsia="B Nazanin" w:cs="B Nazanin"/>
        </w:rPr>
        <w:t>آن</w:t>
      </w:r>
      <w:r>
        <w:rPr>
          <w:rFonts w:eastAsia="B Nazanin" w:cs="B Nazanin"/>
        </w:rPr>
        <w:t xml:space="preserve"> </w:t>
      </w:r>
      <w:r>
        <w:rPr>
          <w:rFonts w:eastAsia="B Nazanin" w:cs="B Nazanin"/>
        </w:rPr>
        <w:t>است</w:t>
      </w:r>
      <w:r>
        <w:rPr>
          <w:rFonts w:eastAsia="B Nazanin" w:cs="B Nazanin"/>
        </w:rPr>
        <w:t xml:space="preserve"> </w:t>
      </w:r>
      <w:r>
        <w:rPr>
          <w:rFonts w:eastAsia="B Nazanin" w:cs="B Nazanin"/>
        </w:rPr>
        <w:t>که</w:t>
      </w:r>
      <w:r>
        <w:rPr>
          <w:rFonts w:eastAsia="B Nazanin" w:cs="B Nazanin"/>
        </w:rPr>
        <w:t xml:space="preserve"> </w:t>
      </w:r>
      <w:r>
        <w:rPr>
          <w:rFonts w:eastAsia="B Nazanin" w:cs="B Nazanin"/>
        </w:rPr>
        <w:t>بتوانیم</w:t>
      </w:r>
      <w:r>
        <w:rPr>
          <w:rFonts w:eastAsia="B Nazanin" w:cs="B Nazanin"/>
        </w:rPr>
        <w:t xml:space="preserve"> </w:t>
      </w:r>
      <w:r>
        <w:rPr>
          <w:rFonts w:eastAsia="B Nazanin" w:cs="B Nazanin"/>
        </w:rPr>
        <w:t>بهتر</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گذشته</w:t>
      </w:r>
      <w:r>
        <w:rPr>
          <w:rFonts w:eastAsia="B Nazanin" w:cs="B Nazanin"/>
        </w:rPr>
        <w:t xml:space="preserve"> </w:t>
      </w:r>
      <w:r>
        <w:rPr>
          <w:rFonts w:eastAsia="B Nazanin" w:cs="B Nazanin"/>
        </w:rPr>
        <w:t>ارتباط</w:t>
      </w:r>
      <w:r>
        <w:rPr>
          <w:rFonts w:eastAsia="B Nazanin" w:cs="B Nazanin"/>
        </w:rPr>
        <w:t xml:space="preserve"> </w:t>
      </w:r>
      <w:r>
        <w:rPr>
          <w:rFonts w:eastAsia="B Nazanin" w:cs="B Nazanin"/>
        </w:rPr>
        <w:t>برقرار</w:t>
      </w:r>
      <w:r>
        <w:rPr>
          <w:rFonts w:eastAsia="B Nazanin" w:cs="B Nazanin"/>
        </w:rPr>
        <w:t xml:space="preserve"> </w:t>
      </w:r>
      <w:r>
        <w:rPr>
          <w:rFonts w:eastAsia="B Nazanin" w:cs="B Nazanin"/>
        </w:rPr>
        <w:t>کنیم</w:t>
      </w:r>
      <w:r>
        <w:rPr>
          <w:rFonts w:eastAsia="B Nazanin" w:cs="B Nazanin"/>
        </w:rPr>
        <w:t xml:space="preserve"> </w:t>
      </w:r>
      <w:r>
        <w:rPr>
          <w:rFonts w:eastAsia="B Nazanin" w:cs="B Nazanin"/>
        </w:rPr>
        <w:t>و</w:t>
      </w:r>
      <w:r>
        <w:rPr>
          <w:rFonts w:eastAsia="B Nazanin" w:cs="B Nazanin"/>
        </w:rPr>
        <w:t xml:space="preserve"> </w:t>
      </w:r>
      <w:proofErr w:type="spellStart"/>
      <w:r>
        <w:rPr>
          <w:rFonts w:eastAsia="B Nazanin" w:cs="B Nazanin"/>
        </w:rPr>
        <w:t>بدانیم</w:t>
      </w:r>
      <w:proofErr w:type="spellEnd"/>
      <w:r>
        <w:rPr>
          <w:rFonts w:eastAsia="B Nazanin" w:cs="B Nazanin"/>
        </w:rPr>
        <w:t xml:space="preserve"> </w:t>
      </w:r>
      <w:proofErr w:type="spellStart"/>
      <w:r>
        <w:rPr>
          <w:rFonts w:eastAsia="B Nazanin" w:cs="B Nazanin"/>
        </w:rPr>
        <w:t>چگونه</w:t>
      </w:r>
      <w:proofErr w:type="spellEnd"/>
      <w:r>
        <w:rPr>
          <w:rFonts w:eastAsia="B Nazanin" w:cs="B Nazanin"/>
        </w:rPr>
        <w:t xml:space="preserve"> </w:t>
      </w:r>
      <w:proofErr w:type="spellStart"/>
      <w:r>
        <w:rPr>
          <w:rFonts w:eastAsia="B Nazanin" w:cs="B Nazanin"/>
        </w:rPr>
        <w:t>یادگیری</w:t>
      </w:r>
      <w:proofErr w:type="spellEnd"/>
      <w:r>
        <w:rPr>
          <w:rFonts w:eastAsia="B Nazanin" w:cs="B Nazanin"/>
        </w:rPr>
        <w:t xml:space="preserve"> </w:t>
      </w:r>
      <w:proofErr w:type="spellStart"/>
      <w:r>
        <w:rPr>
          <w:rFonts w:eastAsia="B Nazanin" w:cs="B Nazanin"/>
        </w:rPr>
        <w:t>خود</w:t>
      </w:r>
      <w:proofErr w:type="spellEnd"/>
      <w:r>
        <w:rPr>
          <w:rFonts w:eastAsia="B Nazanin" w:cs="B Nazanin"/>
        </w:rPr>
        <w:t xml:space="preserve"> </w:t>
      </w:r>
      <w:proofErr w:type="spellStart"/>
      <w:r>
        <w:rPr>
          <w:rFonts w:eastAsia="B Nazanin" w:cs="B Nazanin"/>
        </w:rPr>
        <w:t>را</w:t>
      </w:r>
      <w:proofErr w:type="spellEnd"/>
      <w:r>
        <w:rPr>
          <w:rFonts w:eastAsia="B Nazanin" w:cs="B Nazanin"/>
        </w:rPr>
        <w:t xml:space="preserve"> </w:t>
      </w:r>
      <w:proofErr w:type="spellStart"/>
      <w:r>
        <w:rPr>
          <w:rFonts w:eastAsia="B Nazanin" w:cs="B Nazanin"/>
        </w:rPr>
        <w:t>ادامه</w:t>
      </w:r>
      <w:proofErr w:type="spellEnd"/>
      <w:r>
        <w:rPr>
          <w:rFonts w:eastAsia="B Nazanin" w:cs="B Nazanin"/>
        </w:rPr>
        <w:t xml:space="preserve"> </w:t>
      </w:r>
      <w:proofErr w:type="spellStart"/>
      <w:r>
        <w:rPr>
          <w:rFonts w:eastAsia="B Nazanin" w:cs="B Nazanin"/>
        </w:rPr>
        <w:t>دهیم</w:t>
      </w:r>
      <w:proofErr w:type="spellEnd"/>
      <w:r w:rsidR="00C60EF8">
        <w:rPr>
          <w:rFonts w:eastAsia="B Nazanin" w:cs="B Nazanin" w:hint="cs"/>
          <w:rtl/>
        </w:rPr>
        <w:t>.</w:t>
      </w:r>
    </w:p>
    <w:p w14:paraId="67CD7256" w14:textId="77777777" w:rsidR="006A2542" w:rsidRDefault="007F2F21" w:rsidP="002159CC">
      <w:pPr>
        <w:pStyle w:val="Heading1"/>
        <w:bidi/>
      </w:pPr>
      <w:r>
        <w:rPr>
          <w:rFonts w:ascii="B Nazanin" w:eastAsia="B Nazanin" w:hAnsi="B Nazanin" w:cs="B Nazanin"/>
        </w:rPr>
        <w:t>منابع</w:t>
      </w:r>
      <w:r>
        <w:rPr>
          <w:rFonts w:ascii="B Nazanin" w:eastAsia="B Nazanin" w:hAnsi="B Nazanin" w:cs="B Nazanin"/>
        </w:rPr>
        <w:t xml:space="preserve"> </w:t>
      </w:r>
      <w:r>
        <w:rPr>
          <w:rFonts w:ascii="B Nazanin" w:eastAsia="B Nazanin" w:hAnsi="B Nazanin" w:cs="B Nazanin"/>
        </w:rPr>
        <w:t>پیشنهادی</w:t>
      </w:r>
    </w:p>
    <w:p w14:paraId="4FA83C49" w14:textId="506534CA" w:rsidR="006A2542" w:rsidRDefault="007F2F21" w:rsidP="002159CC">
      <w:pPr>
        <w:bidi/>
      </w:pPr>
      <w:r>
        <w:rPr>
          <w:rFonts w:eastAsia="B Nazanin" w:cs="B Nazanin"/>
        </w:rPr>
        <w:t xml:space="preserve">British Council. </w:t>
      </w:r>
      <w:proofErr w:type="spellStart"/>
      <w:r>
        <w:rPr>
          <w:rFonts w:eastAsia="B Nazanin" w:cs="B Nazanin"/>
        </w:rPr>
        <w:t>LearnEnglish</w:t>
      </w:r>
      <w:proofErr w:type="spellEnd"/>
      <w:r>
        <w:rPr>
          <w:rFonts w:eastAsia="B Nazanin" w:cs="B Nazanin"/>
        </w:rPr>
        <w:t xml:space="preserve">: </w:t>
      </w:r>
      <w:proofErr w:type="spellStart"/>
      <w:r>
        <w:rPr>
          <w:rFonts w:eastAsia="B Nazanin" w:cs="B Nazanin"/>
        </w:rPr>
        <w:t>منابع</w:t>
      </w:r>
      <w:proofErr w:type="spellEnd"/>
      <w:r>
        <w:rPr>
          <w:rFonts w:eastAsia="B Nazanin" w:cs="B Nazanin"/>
        </w:rPr>
        <w:t xml:space="preserve"> </w:t>
      </w:r>
      <w:proofErr w:type="spellStart"/>
      <w:r>
        <w:rPr>
          <w:rFonts w:eastAsia="B Nazanin" w:cs="B Nazanin"/>
        </w:rPr>
        <w:t>آموزشی</w:t>
      </w:r>
      <w:proofErr w:type="spellEnd"/>
      <w:r>
        <w:rPr>
          <w:rFonts w:eastAsia="B Nazanin" w:cs="B Nazanin"/>
        </w:rPr>
        <w:t xml:space="preserve"> </w:t>
      </w:r>
      <w:proofErr w:type="spellStart"/>
      <w:r>
        <w:rPr>
          <w:rFonts w:eastAsia="B Nazanin" w:cs="B Nazanin"/>
        </w:rPr>
        <w:t>برای</w:t>
      </w:r>
      <w:proofErr w:type="spellEnd"/>
      <w:r>
        <w:rPr>
          <w:rFonts w:eastAsia="B Nazanin" w:cs="B Nazanin"/>
        </w:rPr>
        <w:t xml:space="preserve"> </w:t>
      </w:r>
      <w:proofErr w:type="spellStart"/>
      <w:r>
        <w:rPr>
          <w:rFonts w:eastAsia="B Nazanin" w:cs="B Nazanin"/>
        </w:rPr>
        <w:t>مهارت</w:t>
      </w:r>
      <w:r>
        <w:rPr>
          <w:rFonts w:eastAsia="B Nazanin" w:cs="B Nazanin"/>
        </w:rPr>
        <w:t>‌</w:t>
      </w:r>
      <w:r>
        <w:rPr>
          <w:rFonts w:eastAsia="B Nazanin" w:cs="B Nazanin"/>
        </w:rPr>
        <w:t>های</w:t>
      </w:r>
      <w:proofErr w:type="spellEnd"/>
      <w:r>
        <w:rPr>
          <w:rFonts w:eastAsia="B Nazanin" w:cs="B Nazanin"/>
        </w:rPr>
        <w:t xml:space="preserve"> </w:t>
      </w:r>
      <w:proofErr w:type="spellStart"/>
      <w:r>
        <w:rPr>
          <w:rFonts w:eastAsia="B Nazanin" w:cs="B Nazanin"/>
        </w:rPr>
        <w:t>شنیدن</w:t>
      </w:r>
      <w:proofErr w:type="spellEnd"/>
      <w:r>
        <w:rPr>
          <w:rFonts w:eastAsia="B Nazanin" w:cs="B Nazanin"/>
        </w:rPr>
        <w:t>،</w:t>
      </w:r>
      <w:r>
        <w:rPr>
          <w:rFonts w:eastAsia="B Nazanin" w:cs="B Nazanin"/>
        </w:rPr>
        <w:t xml:space="preserve"> </w:t>
      </w:r>
      <w:proofErr w:type="spellStart"/>
      <w:r>
        <w:rPr>
          <w:rFonts w:eastAsia="B Nazanin" w:cs="B Nazanin"/>
        </w:rPr>
        <w:t>خواندن</w:t>
      </w:r>
      <w:proofErr w:type="spellEnd"/>
      <w:r>
        <w:rPr>
          <w:rFonts w:eastAsia="B Nazanin" w:cs="B Nazanin"/>
        </w:rPr>
        <w:t>،</w:t>
      </w:r>
      <w:r>
        <w:rPr>
          <w:rFonts w:eastAsia="B Nazanin" w:cs="B Nazanin"/>
        </w:rPr>
        <w:t xml:space="preserve"> </w:t>
      </w:r>
      <w:proofErr w:type="spellStart"/>
      <w:r>
        <w:rPr>
          <w:rFonts w:eastAsia="B Nazanin" w:cs="B Nazanin"/>
        </w:rPr>
        <w:t>نوشتن</w:t>
      </w:r>
      <w:proofErr w:type="spellEnd"/>
      <w:r>
        <w:rPr>
          <w:rFonts w:eastAsia="B Nazanin" w:cs="B Nazanin"/>
        </w:rPr>
        <w:t xml:space="preserve"> </w:t>
      </w:r>
      <w:r>
        <w:rPr>
          <w:rFonts w:eastAsia="B Nazanin" w:cs="B Nazanin"/>
        </w:rPr>
        <w:t>و</w:t>
      </w:r>
      <w:r>
        <w:rPr>
          <w:rFonts w:eastAsia="B Nazanin" w:cs="B Nazanin"/>
        </w:rPr>
        <w:t xml:space="preserve"> </w:t>
      </w:r>
      <w:proofErr w:type="spellStart"/>
      <w:r>
        <w:rPr>
          <w:rFonts w:eastAsia="B Nazanin" w:cs="B Nazanin"/>
        </w:rPr>
        <w:t>دستور</w:t>
      </w:r>
      <w:proofErr w:type="spellEnd"/>
      <w:r>
        <w:rPr>
          <w:rFonts w:eastAsia="B Nazanin" w:cs="B Nazanin"/>
        </w:rPr>
        <w:t xml:space="preserve"> </w:t>
      </w:r>
      <w:proofErr w:type="spellStart"/>
      <w:r>
        <w:rPr>
          <w:rFonts w:eastAsia="B Nazanin" w:cs="B Nazanin"/>
        </w:rPr>
        <w:t>زبان</w:t>
      </w:r>
      <w:proofErr w:type="spellEnd"/>
      <w:r>
        <w:rPr>
          <w:rFonts w:eastAsia="B Nazanin" w:cs="B Nazanin"/>
        </w:rPr>
        <w:br/>
        <w:t xml:space="preserve">Cambridge English. </w:t>
      </w:r>
      <w:r>
        <w:rPr>
          <w:rFonts w:eastAsia="B Nazanin" w:cs="B Nazanin"/>
        </w:rPr>
        <w:t>منابع</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راهنماهای</w:t>
      </w:r>
      <w:r>
        <w:rPr>
          <w:rFonts w:eastAsia="B Nazanin" w:cs="B Nazanin"/>
        </w:rPr>
        <w:t xml:space="preserve"> </w:t>
      </w:r>
      <w:r>
        <w:rPr>
          <w:rFonts w:eastAsia="B Nazanin" w:cs="B Nazanin"/>
        </w:rPr>
        <w:t>یادگیری</w:t>
      </w:r>
      <w:r>
        <w:rPr>
          <w:rFonts w:eastAsia="B Nazanin" w:cs="B Nazanin"/>
        </w:rPr>
        <w:t xml:space="preserve"> </w:t>
      </w:r>
      <w:r>
        <w:rPr>
          <w:rFonts w:eastAsia="B Nazanin" w:cs="B Nazanin"/>
        </w:rPr>
        <w:t>زبان</w:t>
      </w:r>
      <w:r>
        <w:rPr>
          <w:rFonts w:eastAsia="B Nazanin" w:cs="B Nazanin"/>
        </w:rPr>
        <w:t xml:space="preserve"> </w:t>
      </w:r>
      <w:r>
        <w:rPr>
          <w:rFonts w:eastAsia="B Nazanin" w:cs="B Nazanin"/>
        </w:rPr>
        <w:t>انگلیسی</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ارزیابی</w:t>
      </w:r>
      <w:r>
        <w:rPr>
          <w:rFonts w:eastAsia="B Nazanin" w:cs="B Nazanin"/>
        </w:rPr>
        <w:t xml:space="preserve"> </w:t>
      </w:r>
      <w:r>
        <w:rPr>
          <w:rFonts w:eastAsia="B Nazanin" w:cs="B Nazanin"/>
        </w:rPr>
        <w:t>مهارت</w:t>
      </w:r>
      <w:r>
        <w:rPr>
          <w:rFonts w:eastAsia="B Nazanin" w:cs="B Nazanin"/>
        </w:rPr>
        <w:t>‌</w:t>
      </w:r>
      <w:r>
        <w:rPr>
          <w:rFonts w:eastAsia="B Nazanin" w:cs="B Nazanin"/>
        </w:rPr>
        <w:t>ها</w:t>
      </w:r>
      <w:r>
        <w:rPr>
          <w:rFonts w:eastAsia="B Nazanin" w:cs="B Nazanin"/>
        </w:rPr>
        <w:t>.</w:t>
      </w:r>
      <w:r>
        <w:rPr>
          <w:rFonts w:eastAsia="B Nazanin" w:cs="B Nazanin"/>
        </w:rPr>
        <w:br/>
        <w:t xml:space="preserve">Oxford Learner’s Dictionaries. </w:t>
      </w:r>
      <w:r>
        <w:rPr>
          <w:rFonts w:eastAsia="B Nazanin" w:cs="B Nazanin"/>
        </w:rPr>
        <w:t>فرهنگ</w:t>
      </w:r>
      <w:r>
        <w:rPr>
          <w:rFonts w:eastAsia="B Nazanin" w:cs="B Nazanin"/>
        </w:rPr>
        <w:t xml:space="preserve"> </w:t>
      </w:r>
      <w:r>
        <w:rPr>
          <w:rFonts w:eastAsia="B Nazanin" w:cs="B Nazanin"/>
        </w:rPr>
        <w:t>لغت</w:t>
      </w:r>
      <w:r>
        <w:rPr>
          <w:rFonts w:eastAsia="B Nazanin" w:cs="B Nazanin"/>
        </w:rPr>
        <w:t xml:space="preserve"> </w:t>
      </w:r>
      <w:r>
        <w:rPr>
          <w:rFonts w:eastAsia="B Nazanin" w:cs="B Nazanin"/>
        </w:rPr>
        <w:t>زب</w:t>
      </w:r>
      <w:r>
        <w:rPr>
          <w:rFonts w:eastAsia="B Nazanin" w:cs="B Nazanin"/>
        </w:rPr>
        <w:t>ان</w:t>
      </w:r>
      <w:r>
        <w:rPr>
          <w:rFonts w:eastAsia="B Nazanin" w:cs="B Nazanin"/>
        </w:rPr>
        <w:t>‌</w:t>
      </w:r>
      <w:r>
        <w:rPr>
          <w:rFonts w:eastAsia="B Nazanin" w:cs="B Nazanin"/>
        </w:rPr>
        <w:t>آموزان</w:t>
      </w:r>
      <w:r>
        <w:rPr>
          <w:rFonts w:eastAsia="B Nazanin" w:cs="B Nazanin"/>
        </w:rPr>
        <w:t xml:space="preserve"> </w:t>
      </w:r>
      <w:proofErr w:type="spellStart"/>
      <w:r>
        <w:rPr>
          <w:rFonts w:eastAsia="B Nazanin" w:cs="B Nazanin"/>
        </w:rPr>
        <w:t>برای</w:t>
      </w:r>
      <w:proofErr w:type="spellEnd"/>
      <w:r>
        <w:rPr>
          <w:rFonts w:eastAsia="B Nazanin" w:cs="B Nazanin"/>
        </w:rPr>
        <w:t xml:space="preserve"> </w:t>
      </w:r>
      <w:proofErr w:type="spellStart"/>
      <w:r>
        <w:rPr>
          <w:rFonts w:eastAsia="B Nazanin" w:cs="B Nazanin"/>
        </w:rPr>
        <w:t>بررسی</w:t>
      </w:r>
      <w:proofErr w:type="spellEnd"/>
      <w:r>
        <w:rPr>
          <w:rFonts w:eastAsia="B Nazanin" w:cs="B Nazanin"/>
        </w:rPr>
        <w:t xml:space="preserve"> </w:t>
      </w:r>
      <w:proofErr w:type="spellStart"/>
      <w:r>
        <w:rPr>
          <w:rFonts w:eastAsia="B Nazanin" w:cs="B Nazanin"/>
        </w:rPr>
        <w:t>معنی</w:t>
      </w:r>
      <w:proofErr w:type="spellEnd"/>
      <w:r>
        <w:rPr>
          <w:rFonts w:eastAsia="B Nazanin" w:cs="B Nazanin"/>
        </w:rPr>
        <w:t>،</w:t>
      </w:r>
      <w:r>
        <w:rPr>
          <w:rFonts w:eastAsia="B Nazanin" w:cs="B Nazanin"/>
        </w:rPr>
        <w:t xml:space="preserve"> </w:t>
      </w:r>
      <w:proofErr w:type="spellStart"/>
      <w:r>
        <w:rPr>
          <w:rFonts w:eastAsia="B Nazanin" w:cs="B Nazanin"/>
        </w:rPr>
        <w:t>تلفظ</w:t>
      </w:r>
      <w:proofErr w:type="spellEnd"/>
      <w:r>
        <w:rPr>
          <w:rFonts w:eastAsia="B Nazanin" w:cs="B Nazanin"/>
        </w:rPr>
        <w:t xml:space="preserve"> </w:t>
      </w:r>
      <w:r>
        <w:rPr>
          <w:rFonts w:eastAsia="B Nazanin" w:cs="B Nazanin"/>
        </w:rPr>
        <w:t>و</w:t>
      </w:r>
      <w:r>
        <w:rPr>
          <w:rFonts w:eastAsia="B Nazanin" w:cs="B Nazanin"/>
        </w:rPr>
        <w:t xml:space="preserve"> </w:t>
      </w:r>
      <w:proofErr w:type="spellStart"/>
      <w:r>
        <w:rPr>
          <w:rFonts w:eastAsia="B Nazanin" w:cs="B Nazanin"/>
        </w:rPr>
        <w:t>مثال</w:t>
      </w:r>
      <w:r>
        <w:rPr>
          <w:rFonts w:eastAsia="B Nazanin" w:cs="B Nazanin"/>
        </w:rPr>
        <w:t>‌</w:t>
      </w:r>
      <w:r>
        <w:rPr>
          <w:rFonts w:eastAsia="B Nazanin" w:cs="B Nazanin"/>
        </w:rPr>
        <w:t>های</w:t>
      </w:r>
      <w:proofErr w:type="spellEnd"/>
      <w:r>
        <w:rPr>
          <w:rFonts w:eastAsia="B Nazanin" w:cs="B Nazanin"/>
        </w:rPr>
        <w:t xml:space="preserve"> </w:t>
      </w:r>
      <w:proofErr w:type="spellStart"/>
      <w:r>
        <w:rPr>
          <w:rFonts w:eastAsia="B Nazanin" w:cs="B Nazanin"/>
        </w:rPr>
        <w:t>کاربردی</w:t>
      </w:r>
      <w:proofErr w:type="spellEnd"/>
      <w:r>
        <w:rPr>
          <w:rFonts w:eastAsia="B Nazanin" w:cs="B Nazanin"/>
        </w:rPr>
        <w:t>.</w:t>
      </w:r>
      <w:r>
        <w:rPr>
          <w:rFonts w:eastAsia="B Nazanin" w:cs="B Nazanin"/>
        </w:rPr>
        <w:br/>
        <w:t>Nation, I. S. P. Learning Vocabulary in Another Language. Cambridge University Press.</w:t>
      </w:r>
      <w:r>
        <w:rPr>
          <w:rFonts w:eastAsia="B Nazanin" w:cs="B Nazanin"/>
        </w:rPr>
        <w:br/>
        <w:t>Harmer, Jeremy. The Practice of English Language Teaching. Pearson.</w:t>
      </w:r>
    </w:p>
    <w:p w14:paraId="041D9DB5" w14:textId="0563FA2A" w:rsidR="006A2542" w:rsidRDefault="007F2F21" w:rsidP="002159CC">
      <w:pPr>
        <w:bidi/>
      </w:pPr>
      <w:r>
        <w:rPr>
          <w:rFonts w:eastAsia="B Nazanin" w:cs="B Nazanin"/>
        </w:rPr>
        <w:t>این</w:t>
      </w:r>
      <w:r>
        <w:rPr>
          <w:rFonts w:eastAsia="B Nazanin" w:cs="B Nazanin"/>
        </w:rPr>
        <w:t xml:space="preserve"> </w:t>
      </w:r>
      <w:r>
        <w:rPr>
          <w:rFonts w:eastAsia="B Nazanin" w:cs="B Nazanin"/>
        </w:rPr>
        <w:t>منابع</w:t>
      </w:r>
      <w:r>
        <w:rPr>
          <w:rFonts w:eastAsia="B Nazanin" w:cs="B Nazanin"/>
        </w:rPr>
        <w:t xml:space="preserve"> </w:t>
      </w:r>
      <w:r>
        <w:rPr>
          <w:rFonts w:eastAsia="B Nazanin" w:cs="B Nazanin"/>
        </w:rPr>
        <w:t>برای</w:t>
      </w:r>
      <w:r>
        <w:rPr>
          <w:rFonts w:eastAsia="B Nazanin" w:cs="B Nazanin"/>
        </w:rPr>
        <w:t xml:space="preserve"> </w:t>
      </w:r>
      <w:r>
        <w:rPr>
          <w:rFonts w:eastAsia="B Nazanin" w:cs="B Nazanin"/>
        </w:rPr>
        <w:t>مطالعه</w:t>
      </w:r>
      <w:r>
        <w:rPr>
          <w:rFonts w:eastAsia="B Nazanin" w:cs="B Nazanin"/>
        </w:rPr>
        <w:t xml:space="preserve"> </w:t>
      </w:r>
      <w:r>
        <w:rPr>
          <w:rFonts w:eastAsia="B Nazanin" w:cs="B Nazanin"/>
        </w:rPr>
        <w:t>بیشتر</w:t>
      </w:r>
      <w:r>
        <w:rPr>
          <w:rFonts w:eastAsia="B Nazanin" w:cs="B Nazanin"/>
        </w:rPr>
        <w:t xml:space="preserve"> </w:t>
      </w:r>
      <w:r>
        <w:rPr>
          <w:rFonts w:eastAsia="B Nazanin" w:cs="B Nazanin"/>
        </w:rPr>
        <w:t>پیشنهاد</w:t>
      </w:r>
      <w:r>
        <w:rPr>
          <w:rFonts w:eastAsia="B Nazanin" w:cs="B Nazanin"/>
        </w:rPr>
        <w:t xml:space="preserve"> </w:t>
      </w:r>
      <w:r>
        <w:rPr>
          <w:rFonts w:eastAsia="B Nazanin" w:cs="B Nazanin"/>
        </w:rPr>
        <w:t>شده</w:t>
      </w:r>
      <w:r>
        <w:rPr>
          <w:rFonts w:eastAsia="B Nazanin" w:cs="B Nazanin"/>
        </w:rPr>
        <w:t>‌</w:t>
      </w:r>
      <w:r>
        <w:rPr>
          <w:rFonts w:eastAsia="B Nazanin" w:cs="B Nazanin"/>
        </w:rPr>
        <w:t>اند</w:t>
      </w:r>
      <w:r>
        <w:rPr>
          <w:rFonts w:eastAsia="B Nazanin" w:cs="B Nazanin"/>
        </w:rPr>
        <w:t xml:space="preserve">. </w:t>
      </w:r>
      <w:r>
        <w:rPr>
          <w:rFonts w:eastAsia="B Nazanin" w:cs="B Nazanin"/>
        </w:rPr>
        <w:t>هنگام</w:t>
      </w:r>
      <w:r>
        <w:rPr>
          <w:rFonts w:eastAsia="B Nazanin" w:cs="B Nazanin"/>
        </w:rPr>
        <w:t xml:space="preserve"> </w:t>
      </w:r>
      <w:r>
        <w:rPr>
          <w:rFonts w:eastAsia="B Nazanin" w:cs="B Nazanin"/>
        </w:rPr>
        <w:t>استفاده</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هر</w:t>
      </w:r>
      <w:r>
        <w:rPr>
          <w:rFonts w:eastAsia="B Nazanin" w:cs="B Nazanin"/>
        </w:rPr>
        <w:t xml:space="preserve"> </w:t>
      </w:r>
      <w:r>
        <w:rPr>
          <w:rFonts w:eastAsia="B Nazanin" w:cs="B Nazanin"/>
        </w:rPr>
        <w:t>منبع،</w:t>
      </w:r>
      <w:r>
        <w:rPr>
          <w:rFonts w:eastAsia="B Nazanin" w:cs="B Nazanin"/>
        </w:rPr>
        <w:t xml:space="preserve"> </w:t>
      </w:r>
      <w:r>
        <w:rPr>
          <w:rFonts w:eastAsia="B Nazanin" w:cs="B Nazanin"/>
        </w:rPr>
        <w:t>سطح</w:t>
      </w:r>
      <w:r>
        <w:rPr>
          <w:rFonts w:eastAsia="B Nazanin" w:cs="B Nazanin"/>
        </w:rPr>
        <w:t xml:space="preserve"> </w:t>
      </w:r>
      <w:r>
        <w:rPr>
          <w:rFonts w:eastAsia="B Nazanin" w:cs="B Nazanin"/>
        </w:rPr>
        <w:t>دشواری</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هدف</w:t>
      </w:r>
      <w:r>
        <w:rPr>
          <w:rFonts w:eastAsia="B Nazanin" w:cs="B Nazanin"/>
        </w:rPr>
        <w:t xml:space="preserve"> </w:t>
      </w:r>
      <w:r>
        <w:rPr>
          <w:rFonts w:eastAsia="B Nazanin" w:cs="B Nazanin"/>
        </w:rPr>
        <w:t>آموزشی</w:t>
      </w:r>
      <w:r>
        <w:rPr>
          <w:rFonts w:eastAsia="B Nazanin" w:cs="B Nazanin"/>
        </w:rPr>
        <w:t xml:space="preserve"> </w:t>
      </w:r>
      <w:r>
        <w:rPr>
          <w:rFonts w:eastAsia="B Nazanin" w:cs="B Nazanin"/>
        </w:rPr>
        <w:t>خود</w:t>
      </w:r>
      <w:r>
        <w:rPr>
          <w:rFonts w:eastAsia="B Nazanin" w:cs="B Nazanin"/>
        </w:rPr>
        <w:t xml:space="preserve"> </w:t>
      </w:r>
      <w:r>
        <w:rPr>
          <w:rFonts w:eastAsia="B Nazanin" w:cs="B Nazanin"/>
        </w:rPr>
        <w:t>را</w:t>
      </w:r>
      <w:r>
        <w:rPr>
          <w:rFonts w:eastAsia="B Nazanin" w:cs="B Nazanin"/>
        </w:rPr>
        <w:t xml:space="preserve"> </w:t>
      </w:r>
      <w:r>
        <w:rPr>
          <w:rFonts w:eastAsia="B Nazanin" w:cs="B Nazanin"/>
        </w:rPr>
        <w:t>در</w:t>
      </w:r>
      <w:r>
        <w:rPr>
          <w:rFonts w:eastAsia="B Nazanin" w:cs="B Nazanin"/>
        </w:rPr>
        <w:t xml:space="preserve"> </w:t>
      </w:r>
      <w:r>
        <w:rPr>
          <w:rFonts w:eastAsia="B Nazanin" w:cs="B Nazanin"/>
        </w:rPr>
        <w:t>نظر</w:t>
      </w:r>
      <w:r>
        <w:rPr>
          <w:rFonts w:eastAsia="B Nazanin" w:cs="B Nazanin"/>
        </w:rPr>
        <w:t xml:space="preserve"> </w:t>
      </w:r>
      <w:r>
        <w:rPr>
          <w:rFonts w:eastAsia="B Nazanin" w:cs="B Nazanin"/>
        </w:rPr>
        <w:t>بگیرید</w:t>
      </w:r>
      <w:r>
        <w:rPr>
          <w:rFonts w:eastAsia="B Nazanin" w:cs="B Nazanin"/>
        </w:rPr>
        <w:t xml:space="preserve"> </w:t>
      </w:r>
      <w:r>
        <w:rPr>
          <w:rFonts w:eastAsia="B Nazanin" w:cs="B Nazanin"/>
        </w:rPr>
        <w:t>و</w:t>
      </w:r>
      <w:r>
        <w:rPr>
          <w:rFonts w:eastAsia="B Nazanin" w:cs="B Nazanin"/>
        </w:rPr>
        <w:t xml:space="preserve"> </w:t>
      </w:r>
      <w:r>
        <w:rPr>
          <w:rFonts w:eastAsia="B Nazanin" w:cs="B Nazanin"/>
        </w:rPr>
        <w:t>از</w:t>
      </w:r>
      <w:r>
        <w:rPr>
          <w:rFonts w:eastAsia="B Nazanin" w:cs="B Nazanin"/>
        </w:rPr>
        <w:t xml:space="preserve"> </w:t>
      </w:r>
      <w:r>
        <w:rPr>
          <w:rFonts w:eastAsia="B Nazanin" w:cs="B Nazanin"/>
        </w:rPr>
        <w:t>مطالبی</w:t>
      </w:r>
      <w:r>
        <w:rPr>
          <w:rFonts w:eastAsia="B Nazanin" w:cs="B Nazanin"/>
        </w:rPr>
        <w:t xml:space="preserve"> </w:t>
      </w:r>
      <w:r>
        <w:rPr>
          <w:rFonts w:eastAsia="B Nazanin" w:cs="B Nazanin"/>
        </w:rPr>
        <w:t>شروع</w:t>
      </w:r>
      <w:r>
        <w:rPr>
          <w:rFonts w:eastAsia="B Nazanin" w:cs="B Nazanin"/>
        </w:rPr>
        <w:t xml:space="preserve"> </w:t>
      </w:r>
      <w:r>
        <w:rPr>
          <w:rFonts w:eastAsia="B Nazanin" w:cs="B Nazanin"/>
        </w:rPr>
        <w:t>کنید</w:t>
      </w:r>
      <w:r>
        <w:rPr>
          <w:rFonts w:eastAsia="B Nazanin" w:cs="B Nazanin"/>
        </w:rPr>
        <w:t xml:space="preserve"> </w:t>
      </w:r>
      <w:r>
        <w:rPr>
          <w:rFonts w:eastAsia="B Nazanin" w:cs="B Nazanin"/>
        </w:rPr>
        <w:t>که</w:t>
      </w:r>
      <w:r>
        <w:rPr>
          <w:rFonts w:eastAsia="B Nazanin" w:cs="B Nazanin"/>
        </w:rPr>
        <w:t xml:space="preserve"> </w:t>
      </w:r>
      <w:proofErr w:type="spellStart"/>
      <w:r>
        <w:rPr>
          <w:rFonts w:eastAsia="B Nazanin" w:cs="B Nazanin"/>
        </w:rPr>
        <w:t>بتوانید</w:t>
      </w:r>
      <w:proofErr w:type="spellEnd"/>
      <w:r>
        <w:rPr>
          <w:rFonts w:eastAsia="B Nazanin" w:cs="B Nazanin"/>
        </w:rPr>
        <w:t xml:space="preserve"> </w:t>
      </w:r>
      <w:proofErr w:type="spellStart"/>
      <w:r>
        <w:rPr>
          <w:rFonts w:eastAsia="B Nazanin" w:cs="B Nazanin"/>
        </w:rPr>
        <w:t>بخش</w:t>
      </w:r>
      <w:proofErr w:type="spellEnd"/>
      <w:r>
        <w:rPr>
          <w:rFonts w:eastAsia="B Nazanin" w:cs="B Nazanin"/>
        </w:rPr>
        <w:t xml:space="preserve"> </w:t>
      </w:r>
      <w:proofErr w:type="spellStart"/>
      <w:r>
        <w:rPr>
          <w:rFonts w:eastAsia="B Nazanin" w:cs="B Nazanin"/>
        </w:rPr>
        <w:t>عمده</w:t>
      </w:r>
      <w:proofErr w:type="spellEnd"/>
      <w:r>
        <w:rPr>
          <w:rFonts w:eastAsia="B Nazanin" w:cs="B Nazanin"/>
        </w:rPr>
        <w:t xml:space="preserve"> </w:t>
      </w:r>
      <w:proofErr w:type="spellStart"/>
      <w:r>
        <w:rPr>
          <w:rFonts w:eastAsia="B Nazanin" w:cs="B Nazanin"/>
        </w:rPr>
        <w:t>آن</w:t>
      </w:r>
      <w:r>
        <w:rPr>
          <w:rFonts w:eastAsia="B Nazanin" w:cs="B Nazanin"/>
        </w:rPr>
        <w:t>‌</w:t>
      </w:r>
      <w:r>
        <w:rPr>
          <w:rFonts w:eastAsia="B Nazanin" w:cs="B Nazanin"/>
        </w:rPr>
        <w:t>ها</w:t>
      </w:r>
      <w:proofErr w:type="spellEnd"/>
      <w:r>
        <w:rPr>
          <w:rFonts w:eastAsia="B Nazanin" w:cs="B Nazanin"/>
        </w:rPr>
        <w:t xml:space="preserve"> </w:t>
      </w:r>
      <w:proofErr w:type="spellStart"/>
      <w:r>
        <w:rPr>
          <w:rFonts w:eastAsia="B Nazanin" w:cs="B Nazanin"/>
        </w:rPr>
        <w:t>را</w:t>
      </w:r>
      <w:proofErr w:type="spellEnd"/>
      <w:r>
        <w:rPr>
          <w:rFonts w:eastAsia="B Nazanin" w:cs="B Nazanin"/>
        </w:rPr>
        <w:t xml:space="preserve"> </w:t>
      </w:r>
      <w:proofErr w:type="spellStart"/>
      <w:r>
        <w:rPr>
          <w:rFonts w:eastAsia="B Nazanin" w:cs="B Nazanin"/>
        </w:rPr>
        <w:t>درک</w:t>
      </w:r>
      <w:proofErr w:type="spellEnd"/>
      <w:r>
        <w:rPr>
          <w:rFonts w:eastAsia="B Nazanin" w:cs="B Nazanin"/>
        </w:rPr>
        <w:t xml:space="preserve"> </w:t>
      </w:r>
      <w:proofErr w:type="spellStart"/>
      <w:r>
        <w:rPr>
          <w:rFonts w:eastAsia="B Nazanin" w:cs="B Nazanin"/>
        </w:rPr>
        <w:t>کنید</w:t>
      </w:r>
      <w:proofErr w:type="spellEnd"/>
      <w:r w:rsidR="005F4EC1">
        <w:rPr>
          <w:rFonts w:eastAsia="B Nazanin" w:cs="B Nazanin" w:hint="cs"/>
          <w:rtl/>
        </w:rPr>
        <w:t>.</w:t>
      </w:r>
    </w:p>
    <w:sectPr w:rsidR="006A2542" w:rsidSect="00034616">
      <w:footerReference w:type="default" r:id="rId8"/>
      <w:pgSz w:w="12240" w:h="15840"/>
      <w:pgMar w:top="1152" w:right="1224" w:bottom="115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937A1" w14:textId="77777777" w:rsidR="00CD212C" w:rsidRDefault="00CD212C">
      <w:pPr>
        <w:spacing w:after="0" w:line="240" w:lineRule="auto"/>
      </w:pPr>
      <w:r>
        <w:separator/>
      </w:r>
    </w:p>
  </w:endnote>
  <w:endnote w:type="continuationSeparator" w:id="0">
    <w:p w14:paraId="4CF278B5" w14:textId="77777777" w:rsidR="00CD212C" w:rsidRDefault="00CD2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8019990"/>
      <w:docPartObj>
        <w:docPartGallery w:val="Page Numbers (Bottom of Page)"/>
        <w:docPartUnique/>
      </w:docPartObj>
    </w:sdtPr>
    <w:sdtEndPr>
      <w:rPr>
        <w:noProof/>
      </w:rPr>
    </w:sdtEndPr>
    <w:sdtContent>
      <w:p w14:paraId="2F370BF6" w14:textId="11E0614A" w:rsidR="002159CC" w:rsidRDefault="002159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DCC9D6" w14:textId="3BD9D7C2" w:rsidR="006A2542" w:rsidRDefault="006A254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ECF5C" w14:textId="77777777" w:rsidR="00CD212C" w:rsidRDefault="00CD212C">
      <w:pPr>
        <w:spacing w:after="0" w:line="240" w:lineRule="auto"/>
      </w:pPr>
      <w:r>
        <w:separator/>
      </w:r>
    </w:p>
  </w:footnote>
  <w:footnote w:type="continuationSeparator" w:id="0">
    <w:p w14:paraId="3754F863" w14:textId="77777777" w:rsidR="00CD212C" w:rsidRDefault="00CD21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5634A43"/>
    <w:multiLevelType w:val="hybridMultilevel"/>
    <w:tmpl w:val="1676F42A"/>
    <w:lvl w:ilvl="0" w:tplc="F746055C">
      <w:start w:val="1"/>
      <w:numFmt w:val="decimal"/>
      <w:lvlText w:val="%1."/>
      <w:lvlJc w:val="left"/>
      <w:pPr>
        <w:ind w:left="720" w:hanging="360"/>
      </w:pPr>
      <w:rPr>
        <w:rFonts w:ascii="B Nazanin" w:eastAsia="B Nazanin" w:hAnsi="B Nazanin" w:cs="B Nazani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4159079">
    <w:abstractNumId w:val="8"/>
  </w:num>
  <w:num w:numId="2" w16cid:durableId="846555242">
    <w:abstractNumId w:val="6"/>
  </w:num>
  <w:num w:numId="3" w16cid:durableId="1474058045">
    <w:abstractNumId w:val="5"/>
  </w:num>
  <w:num w:numId="4" w16cid:durableId="1478104255">
    <w:abstractNumId w:val="4"/>
  </w:num>
  <w:num w:numId="5" w16cid:durableId="1665157543">
    <w:abstractNumId w:val="7"/>
  </w:num>
  <w:num w:numId="6" w16cid:durableId="806506968">
    <w:abstractNumId w:val="3"/>
  </w:num>
  <w:num w:numId="7" w16cid:durableId="728462844">
    <w:abstractNumId w:val="2"/>
  </w:num>
  <w:num w:numId="8" w16cid:durableId="1721586974">
    <w:abstractNumId w:val="1"/>
  </w:num>
  <w:num w:numId="9" w16cid:durableId="870533672">
    <w:abstractNumId w:val="0"/>
  </w:num>
  <w:num w:numId="10" w16cid:durableId="10991341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59CC"/>
    <w:rsid w:val="0029639D"/>
    <w:rsid w:val="00326F90"/>
    <w:rsid w:val="005F4EC1"/>
    <w:rsid w:val="006A2542"/>
    <w:rsid w:val="007F2F21"/>
    <w:rsid w:val="008A5F44"/>
    <w:rsid w:val="0095661F"/>
    <w:rsid w:val="00AA1D8D"/>
    <w:rsid w:val="00B47730"/>
    <w:rsid w:val="00C60EF8"/>
    <w:rsid w:val="00CB0664"/>
    <w:rsid w:val="00CD212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43EA3C"/>
  <w14:defaultImageDpi w14:val="300"/>
  <w15:docId w15:val="{5DA8170E-2932-4604-9A4F-BEC0F5CED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324" w:lineRule="auto"/>
    </w:pPr>
    <w:rPr>
      <w:rFonts w:ascii="B Nazanin" w:hAnsi="B Nazani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2837</Words>
  <Characters>16177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18977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DAYANLAND.COM</cp:lastModifiedBy>
  <cp:revision>2</cp:revision>
  <dcterms:created xsi:type="dcterms:W3CDTF">2026-10-27T15:07:00Z</dcterms:created>
  <dcterms:modified xsi:type="dcterms:W3CDTF">2026-10-27T15:07:00Z</dcterms:modified>
  <cp:category/>
</cp:coreProperties>
</file>